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- 8 Aug 2008"</w:t>
      </w:r>
      <w:r>
        <w:br/>
      </w:r>
      <w:r>
        <w:rPr>
          <w:b w:val="0"/>
          <w:i w:val="0"/>
        </w:rPr>
        <w:br/>
        <w:t>date_original: "8 Aug 2008"</w:t>
      </w:r>
      <w:r>
        <w:br/>
      </w:r>
      <w:r>
        <w:rPr>
          <w:b w:val="0"/>
          <w:i w:val="0"/>
        </w:rPr>
        <w:br/>
        <w:t>source_url: "https://www.ourdogs.co.uk/members/breednotes/2008/RetrieverLabrador/RetrieverLabrador-aug8.htm"</w:t>
      </w:r>
      <w:r>
        <w:br/>
      </w:r>
      <w:r>
        <w:rPr>
          <w:b w:val="0"/>
          <w:i w:val="0"/>
        </w:rPr>
        <w:br/>
        <w:t>archive_type: "static_html"</w:t>
      </w:r>
      <w:r>
        <w:br/>
      </w:r>
      <w:r>
        <w:rPr>
          <w:b w:val="0"/>
          <w:i w:val="0"/>
        </w:rPr>
        <w:br/>
        <w:t>scraped_at: "2026-09-13T22:04:18"</w:t>
      </w:r>
      <w:r>
        <w:br/>
      </w:r>
      <w:r>
        <w:rPr>
          <w:b w:val="0"/>
          <w:i w:val="0"/>
        </w:rPr>
        <w:br/>
        <w:t>word_count: 1329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If anyone has lost a pale grey ladies short jacket which was left on a ringside chair at Leeds please contact Marlene Hepper, on mardaslabradors@tiscali.co.uk.</w:t>
      </w:r>
    </w:p>
    <w:p>
      <w:r>
        <w:rPr>
          <w:b w:val="0"/>
          <w:i w:val="0"/>
        </w:rPr>
        <w:t>The three-day Leeds championship show was held as usual in the glorious parkland of Harewood House. The Group days are annually rotated through Saturday, Sunday and Monday.</w:t>
      </w:r>
    </w:p>
    <w:p>
      <w:r>
        <w:rPr>
          <w:b w:val="0"/>
          <w:i w:val="0"/>
        </w:rPr>
        <w:t>This year Gundogs were on the Monday, a workday and therefore a bit traffic-heavy on the motorways, both coming and returning home; next year we will be scheduled on Saturday, so it should be easier.</w:t>
      </w:r>
    </w:p>
    <w:p>
      <w:r>
        <w:rPr>
          <w:b w:val="0"/>
          <w:i w:val="0"/>
        </w:rPr>
        <w:t>It certainly meant for a very early start, but driving on light mornings is no hardship at this time of the year and we arrived well in time despite queuing right from the A1 to the traffic lights outside the showground.</w:t>
      </w:r>
    </w:p>
    <w:p>
      <w:r>
        <w:rPr>
          <w:b w:val="0"/>
          <w:i w:val="0"/>
        </w:rPr>
        <w:t>I would always advise that you allow an extra 35 minutes if approaching Leeds show from this direction as the queue always seems to be there whatever the day.</w:t>
      </w:r>
    </w:p>
    <w:p>
      <w:r>
        <w:rPr>
          <w:b w:val="0"/>
          <w:i w:val="0"/>
        </w:rPr>
        <w:t>Last year the weekend of Leeds saw much of the country badly flooded by persistent heavy rain. This year the committee must have been mightily relieved that the weather forecast predicted no rain in sight for the build-up period and the duration of the show, although I gather it rained heavily two days after the show closed.</w:t>
      </w:r>
    </w:p>
    <w:p>
      <w:r>
        <w:rPr>
          <w:b w:val="0"/>
          <w:i w:val="0"/>
        </w:rPr>
        <w:t>Vice Chairman Eric Gill looked extremely well despite having worked so hard over the days to make sure the show ran like clockwork. As usual, Eric’s wife, Pat (one of next years Crufts Labrador judges) was working hard in the show office There was a lovely photo of both Eric and Pat in Our Dogs last week. The caption said that they had been married 59 years, which must surely be a misprint, unless of course, they were child bride and groom?</w:t>
      </w:r>
    </w:p>
    <w:p>
      <w:r>
        <w:rPr>
          <w:b w:val="0"/>
          <w:i w:val="0"/>
        </w:rPr>
        <w:t>Our judges were Erica Jayes (Dogs) and Tom Grant (Bitches) with a joint entry of 228 dogs and bitches. As the appointed stewards in the Dog ring failed to appear at the start of judging, Carole Coode and Marlene Hepper, respected Labrador judges who were visiting the show, stepped into the breach and stewarded for the dog judge. At least with Carole calling out the numbers, no one could claim they hadn’t heard their class being announced.</w:t>
      </w:r>
    </w:p>
    <w:p>
      <w:r>
        <w:rPr>
          <w:b w:val="0"/>
          <w:i w:val="0"/>
        </w:rPr>
        <w:t>At East of England a couple of weeks previously, Marion and David Hopkinson (Rocheby), must have been over the moon to win the Dog CC, Best of Breed and Gundog Group 1 under judge John Thirlwell, with Sh Ch Silver Suede over Rocheby, well, at Leeds they did it all again; CC, Best of Breed and Group 1, the latter this time under Frank Kane. They must be so thrilled, what an achievement! Two shows and two splendid Gundog Group wins. Many congratulations.</w:t>
      </w:r>
      <w:r>
        <w:br/>
      </w:r>
      <w:r>
        <w:rPr>
          <w:b w:val="0"/>
          <w:i w:val="0"/>
        </w:rPr>
        <w:br/>
        <w:t>The Dog RCC was won by Les Brabban’s yellow, Sh Ch Cambremer Craftsman (Rocheby Old Smokey x Sh Ch Cambremer Call my Bluff).</w:t>
      </w:r>
    </w:p>
    <w:p>
      <w:r>
        <w:rPr>
          <w:b w:val="0"/>
          <w:i w:val="0"/>
        </w:rPr>
        <w:t>The Bitch CC, her 4th, was won by Judith Charltons yellow Yearling, Sh Ch Foxrush Ovaltine (Rocheby Old Smokey x Sh Ch Foxrush Giselle), whilst the Bitch RCC went to Mrs Holt and Noelene Dodds yellow, Sh Ch Eneleon Amber JW Sh CM (Cricklecreek Cruising Along x Trendlewood Ruby Tuesday), who was looking so well after her break from the show-ring to have a litter. Best Puppy on his final puppy outing was Fiona Braddon’s black, Trendlewood Only to Fly (Brigburn Sedge x Trendlewood Forever Young).</w:t>
      </w:r>
    </w:p>
    <w:p>
      <w:r>
        <w:rPr>
          <w:b w:val="0"/>
          <w:i w:val="0"/>
        </w:rPr>
        <w:t>Optigen have confirmed that Diana Stevens will run a 20/20 clinic on Thursday 18th September 2008. Diana writes “This will be, as per my previous clinics, arranged where folks book their own tests online with written direction from me and my discount code to tap in on the payment page, then get their own blood taken at their own vets and mailed to me. I will then pack up everything and Fedex it to the States in time for the clinic on the Thursday.</w:t>
      </w:r>
    </w:p>
    <w:p>
      <w:r>
        <w:rPr>
          <w:b w:val="0"/>
          <w:i w:val="0"/>
        </w:rPr>
        <w:t>Blood samples and original test forms will need to be with me ideally by Tuesday 16th September or definitely by Wednesday 17th at the latest. Please ensure the blood either taken on the Friday or Saturday before and stored in your fridge over the weekend, or taken on Monday and mailed to me registered next day post.</w:t>
      </w:r>
    </w:p>
    <w:p>
      <w:r>
        <w:rPr>
          <w:b w:val="0"/>
          <w:i w:val="0"/>
        </w:rPr>
        <w:t>I will be Fed Ex'ing samples off the afternoon of Wednesday 17th September on an overnight service.” To book places Diana Stevens may be contacted at wylanbriarlabs@aol.com or via, tel 01903 755963 mob 0771 4458944</w:t>
      </w:r>
    </w:p>
    <w:p>
      <w:r>
        <w:rPr>
          <w:b w:val="0"/>
          <w:i w:val="0"/>
        </w:rPr>
        <w:t>I thought the following was rather apt:-</w:t>
      </w:r>
      <w:r>
        <w:br/>
      </w:r>
      <w:r>
        <w:rPr>
          <w:b w:val="0"/>
          <w:i w:val="0"/>
        </w:rPr>
        <w:br/>
        <w:t>Stud Dog Lament:</w:t>
      </w:r>
    </w:p>
    <w:p>
      <w:r>
        <w:rPr>
          <w:b w:val="0"/>
          <w:i w:val="0"/>
        </w:rPr>
        <w:t>My job is making puppies, And I get two tries at that, They pat me on the head and, say "Good Boy", then that is that.</w:t>
      </w:r>
    </w:p>
    <w:p>
      <w:r>
        <w:rPr>
          <w:b w:val="0"/>
          <w:i w:val="0"/>
        </w:rPr>
        <w:t>It's half my job to give them teeth and toplines, fronts and other, But please do not forget that they always have a Mother.</w:t>
      </w:r>
    </w:p>
    <w:p>
      <w:r>
        <w:rPr>
          <w:b w:val="0"/>
          <w:i w:val="0"/>
        </w:rPr>
        <w:t>It's not my task to carry pups, And make 'em grow and nurse 'em, That jobs for their Mother, plus perhaps a caring person.</w:t>
      </w:r>
    </w:p>
    <w:p>
      <w:r>
        <w:rPr>
          <w:b w:val="0"/>
          <w:i w:val="0"/>
        </w:rPr>
        <w:t>It's not my job to wean, And feed the calcium and food, And stack and gait and housebreak to, Complete the showing brood.</w:t>
      </w:r>
    </w:p>
    <w:p>
      <w:r>
        <w:rPr>
          <w:b w:val="0"/>
          <w:i w:val="0"/>
        </w:rPr>
        <w:t>It's not my job to plan the breeding, To know what augers well, To study pedigrees, spot what's foretold, And pick out those to sell.</w:t>
      </w:r>
    </w:p>
    <w:p>
      <w:r>
        <w:rPr>
          <w:b w:val="0"/>
          <w:i w:val="0"/>
        </w:rPr>
        <w:t>It's not my job to guarantee, That Champions are born, The breeder picks the pair to mate, To whelp, feed and adorn,</w:t>
      </w:r>
    </w:p>
    <w:p>
      <w:r>
        <w:rPr>
          <w:b w:val="0"/>
          <w:i w:val="0"/>
        </w:rPr>
        <w:t>It's not my job to be on hand, when rosettes are given out. The breeder, owner, dam and friends, Take the credit with a shout.</w:t>
      </w:r>
    </w:p>
    <w:p>
      <w:r>
        <w:rPr>
          <w:b w:val="0"/>
          <w:i w:val="0"/>
        </w:rPr>
        <w:t>It's not my job to deliver THE WINNER. It's only my genes I sell. But let the puppies turn out bad.... And GUESS who catches HELL?</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