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- 08/01/2021 - ISSUE"</w:t>
      </w:r>
      <w:r>
        <w:br/>
      </w:r>
      <w:r>
        <w:rPr>
          <w:b w:val="0"/>
          <w:i w:val="0"/>
        </w:rPr>
        <w:br/>
        <w:t>date_original: "08/01/2021 - ISSUE"</w:t>
      </w:r>
      <w:r>
        <w:br/>
      </w:r>
      <w:r>
        <w:rPr>
          <w:b w:val="0"/>
          <w:i w:val="0"/>
        </w:rPr>
        <w:br/>
        <w:t>source_url: "https://www.ourdogs.co.uk/members/breednotes/RetrieverLabradorMain.php"</w:t>
      </w:r>
      <w:r>
        <w:br/>
      </w:r>
      <w:r>
        <w:rPr>
          <w:b w:val="0"/>
          <w:i w:val="0"/>
        </w:rPr>
        <w:br/>
        <w:t>scraped_at: "2026-09-13T15:15:56"</w:t>
      </w:r>
      <w:r>
        <w:br/>
      </w:r>
      <w:r>
        <w:rPr>
          <w:b w:val="0"/>
          <w:i w:val="0"/>
        </w:rPr>
        <w:br/>
        <w:t>word_count: 1261</w:t>
      </w:r>
    </w:p>
    <w:p>
      <w:r>
        <w:t>――――――――――――――――――――――――――――――</w:t>
      </w:r>
    </w:p>
    <w:p>
      <w:r>
        <w:rPr>
          <w:b w:val="0"/>
          <w:i w:val="0"/>
        </w:rPr>
        <w:t>NEWS MEMBERS' AREA SHOP SUBSCRIBE UPCOMING SHOWS MORE</w:t>
      </w:r>
    </w:p>
    <w:p>
      <w:r>
        <w:rPr>
          <w:b w:val="0"/>
          <w:i w:val="0"/>
        </w:rPr>
        <w:t>RETRIEVER LABRADOR</w:t>
      </w:r>
    </w:p>
    <w:p>
      <w:r>
        <w:rPr>
          <w:b w:val="0"/>
          <w:i w:val="0"/>
        </w:rPr>
        <w:t>Issue: 08/01/2021</w:t>
      </w:r>
    </w:p>
    <w:p>
      <w:r>
        <w:rPr>
          <w:b w:val="0"/>
          <w:i w:val="0"/>
        </w:rPr>
        <w:t>I wish all our readers a Happy New Year and look forward to receiving a Covid vaccination in the forthcoming months and the possibility of my life, and that of everyone else, returning to normal later in 2021. In the meantime, I am resigned to Lockdown with dogs in a muddy Herefordshire winter, the weeks of life drifting away, one day idly passing into another. Thank goodness we have our dogs to care for and spring to look forward too. I see snowdrops in the garden are poking their heads above the frosty ground, always a good sign that the worse time of the year may be slowly passing.</w:t>
      </w:r>
    </w:p>
    <w:p>
      <w:r>
        <w:rPr>
          <w:b w:val="0"/>
          <w:i w:val="0"/>
        </w:rPr>
        <w:t>Regarding Covid injections, a plea from NHS staff. Ã¢â‚¬Å"Please  make sure you and your family dig out your NHS number and have a copy of it immediately to hand when you, or they are called for the COVID jab. From my colleagues on the front line this is by far and away causing the biggest bottle neck, when it comes to administering the vaccine, to as many people, as quickly as possible.</w:t>
      </w:r>
    </w:p>
    <w:p>
      <w:r>
        <w:rPr>
          <w:b w:val="0"/>
          <w:i w:val="0"/>
        </w:rPr>
        <w:t>Ã¢â‚¬Å"You can find your NHS number on any NHS correspondence or through the app</w:t>
      </w:r>
    </w:p>
    <w:p>
      <w:r>
        <w:rPr>
          <w:b w:val="0"/>
          <w:i w:val="0"/>
        </w:rPr>
        <w:t>Ã¢â‚¬Å"It would also be really helpful if you can share this message with everyone you know. Thank youÃ¢â‚¬Â.</w:t>
      </w:r>
    </w:p>
    <w:p>
      <w:r>
        <w:rPr>
          <w:b w:val="0"/>
          <w:i w:val="0"/>
        </w:rPr>
        <w:t>Prior to Christmas came the great news that Becca Mills, our very own talented handler and exhibitor of top class Labradors has, after two years of dedicated study, passed her OSCE examination and is now a fully qualified Veterinary Nurse. Of course we would expect nothing less of you Becca but three cheers and very hearty Congratulations Becca from all of us.</w:t>
      </w:r>
    </w:p>
    <w:p>
      <w:r>
        <w:rPr>
          <w:b w:val="0"/>
          <w:i w:val="0"/>
        </w:rPr>
        <w:t xml:space="preserve">Alison Scutcher, Secretary of KSS Lab Club posted information about the clubs proposed Open show, which is well worth studying by all exhibitors as it may well apply to other shows which might be capped numerically because of Covid restrictions at any venue, in the forthcoming year. </w:t>
      </w:r>
    </w:p>
    <w:p>
      <w:r>
        <w:rPr>
          <w:b w:val="0"/>
          <w:i w:val="0"/>
        </w:rPr>
        <w:t>Alison wrote, Ã¢â‚¬Å"I am just going to shut down a misconception about capping. The entry has been capped for our open show and this has to appear in the schedule. The entry has been capped at nearly double our normal entry, so there is not likely to be any issue for anyone entering be it members or non members. The cap has been put in place as a precaution incase we saw higher than average entries and have to be mindful of running times and safety.</w:t>
      </w:r>
    </w:p>
    <w:p>
      <w:r>
        <w:rPr>
          <w:b w:val="0"/>
          <w:i w:val="0"/>
        </w:rPr>
        <w:t>Ã¢â‚¬Å"Issues affecting the normal running times of the event are:</w:t>
      </w:r>
    </w:p>
    <w:p>
      <w:r>
        <w:rPr>
          <w:b w:val="0"/>
          <w:i w:val="0"/>
        </w:rPr>
        <w:t>Ã¢â‚¬Å" The judge must sanitise between each dog</w:t>
      </w:r>
    </w:p>
    <w:p>
      <w:r>
        <w:rPr>
          <w:b w:val="0"/>
          <w:i w:val="0"/>
        </w:rPr>
        <w:t>Ã¢â‚¬Å" Classes must completely leave the ring before the next class enters</w:t>
      </w:r>
    </w:p>
    <w:p>
      <w:r>
        <w:rPr>
          <w:b w:val="0"/>
          <w:i w:val="0"/>
        </w:rPr>
        <w:t>Ã¢â‚¬Å" Stewards must not touch the judging book or do any completion on the judges behalf</w:t>
      </w:r>
    </w:p>
    <w:p>
      <w:r>
        <w:rPr>
          <w:b w:val="0"/>
          <w:i w:val="0"/>
        </w:rPr>
        <w:t>Ã¢â‚¬Å" 2 meter social distancing has to be managed inside, outside and around the ring</w:t>
      </w:r>
    </w:p>
    <w:p>
      <w:r>
        <w:rPr>
          <w:b w:val="0"/>
          <w:i w:val="0"/>
        </w:rPr>
        <w:t>Ã¢â‚¬Å" Exhibitors are required to enter the ring at one point and exit at another</w:t>
      </w:r>
    </w:p>
    <w:p>
      <w:r>
        <w:rPr>
          <w:b w:val="0"/>
          <w:i w:val="0"/>
        </w:rPr>
        <w:t>Ã¢â‚¬Å" Exhibitors must show the judge the teeth to keep handling to a minimum</w:t>
      </w:r>
    </w:p>
    <w:p>
      <w:r>
        <w:rPr>
          <w:b w:val="0"/>
          <w:i w:val="0"/>
        </w:rPr>
        <w:t xml:space="preserve">Ã¢â‚¬Å" Exhibitors socially distanced will take longer to move around the ringÃ¢â‚¬Â. </w:t>
      </w:r>
    </w:p>
    <w:p>
      <w:r>
        <w:rPr>
          <w:b w:val="0"/>
          <w:i w:val="0"/>
        </w:rPr>
        <w:t>Thank you Alison.</w:t>
      </w:r>
    </w:p>
    <w:p>
      <w:r>
        <w:rPr>
          <w:b w:val="0"/>
          <w:i w:val="0"/>
        </w:rPr>
        <w:t>Recent news has been very sobering, and I am sad to hear one of our Welsh Labrador exhibitors and her husband are poorly, fighting Covid. Our thoughts are with you both and our very best wishes for a good recovery.</w:t>
      </w:r>
    </w:p>
    <w:p>
      <w:r>
        <w:rPr>
          <w:b w:val="0"/>
          <w:i w:val="0"/>
        </w:rPr>
        <w:t xml:space="preserve">Over Christmas sad news came from Anne Johnson of the passing of Catherine Hadwen, Beltarn Labradors. She was a breeder of excellent Labradors and a long-standing committee member of Midland Counties Labrador Club. </w:t>
      </w:r>
    </w:p>
    <w:p>
      <w:r>
        <w:rPr>
          <w:b w:val="0"/>
          <w:i w:val="0"/>
        </w:rPr>
        <w:t>Catherine was the school nurse/matron of Repton School for many years and on her retirement, she moved from the Midlands back to her home near Swansea. Although asthmatic and suffering with breathing problems for a long time, it was actually a brain tumour which finally took her in the end.</w:t>
      </w:r>
    </w:p>
    <w:p>
      <w:r>
        <w:rPr>
          <w:b w:val="0"/>
          <w:i w:val="0"/>
        </w:rPr>
        <w:t xml:space="preserve">CatherineÃ¢â‚¬â„¢s best known Labrador was the champion black dog Sh Ch Beltarn Diuma of Newinn who was owned and campaigned by Rosemary Hewitt (Newinn). Born in 1986, he was sired by Ch Kupros Master Mariner x Beltarn Princess Goda, a daughter of Newinn Natterjack. Diuma won 15 CCs, eight RCCs and eight Best of Breeds, was the Top Winning Labrador in 1988 including Best in Show at the Labrador Retriever Club ch show from a near 500 dog entry under Erica Jayes and referee Jo Coulton. He sired the black dog, Sh Ch Newinn Clint Black and black bitch Sh Ch Newinn Greenfinch and her yellow sister who won one CC,  Newinn Goldfinch. </w:t>
      </w:r>
    </w:p>
    <w:p>
      <w:r>
        <w:rPr>
          <w:b w:val="0"/>
          <w:i w:val="0"/>
        </w:rPr>
        <w:t>Yet another page in our breed history has turned. Our condolences go to CatherineÃ¢â‚¬â„¢s husband and family.</w:t>
      </w:r>
    </w:p>
    <w:p>
      <w:r>
        <w:rPr>
          <w:b w:val="0"/>
          <w:i w:val="0"/>
        </w:rPr>
        <w:t>Also in a similar sad vein, Dale Elliott writes, Ã¢â‚¬Å"We are sad to inform you of the death of long standing KSS Lab Club Member, Maureen Tickner.  She was taken into hospital suffering from Covid and sadly her heart couldnÃ¢â‚¬â„¢t stand the onslaught of the virus.  Many  of you will remember her late husband John showing their Ankari Labradors in the 1980s and 90s, in recent years, shown by Anne and Jo, with Maureen often sitting beside the ring to support them.  We send our deepest condolences and much love, to Anne and the whole family on their sad loss.Ã¢â‚¬Â</w:t>
      </w:r>
    </w:p>
    <w:p>
      <w:r>
        <w:rPr>
          <w:b w:val="0"/>
          <w:i w:val="0"/>
        </w:rPr>
        <w:t xml:space="preserve">Secretary of the Labrador Retriever Club, Karl Gawthorpe writes, Ã¢â‚¬Å"ItÃ¢â‚¬â„¢s that time of year for Membership Renewals - UK Members Ã‚Â£10.00 Single, Ã‚Â£12.00 Joint, Overseas Members Ã‚Â£14.00 Single Ã‚Â£17.00 Joint. </w:t>
      </w:r>
    </w:p>
    <w:p>
      <w:r>
        <w:rPr>
          <w:b w:val="0"/>
          <w:i w:val="0"/>
        </w:rPr>
        <w:t>Ã¢â‚¬Å"Bank Details are Natwest Bank, Account Name: The Labrador Retriever Club, Account Number: 41387619, Sort Code: 60-40-09, IBAN Number: GB57NWBK60400941387619, BIC Swift Code: NWBKGB2L.</w:t>
      </w:r>
    </w:p>
    <w:p>
      <w:r>
        <w:rPr>
          <w:b w:val="0"/>
          <w:i w:val="0"/>
        </w:rPr>
        <w:t>Ã¢â‚¬Å"Some members might find that they have their membership returned to them, if you find that, then please change your standing order/direct debit to the details above, we have now closed the Santander account.</w:t>
      </w:r>
    </w:p>
    <w:p>
      <w:r>
        <w:rPr>
          <w:b w:val="0"/>
          <w:i w:val="0"/>
        </w:rPr>
        <w:t>Ã¢â‚¬Å"Cheques can be sent to the Membership Secretary Mrs. Geraldine Thompson her details can be found in the yearbook or on the clubÃ¢â‚¬â„¢s website.</w:t>
      </w:r>
    </w:p>
    <w:p>
      <w:r>
        <w:rPr>
          <w:b w:val="0"/>
          <w:i w:val="0"/>
        </w:rPr>
        <w:t>Ã¢â‚¬Å"Many thanks for all your support over the years and we hope that you continue to support us.Ã¢â‚¬Â</w:t>
      </w:r>
    </w:p>
    <w:p>
      <w:r>
        <w:rPr>
          <w:b w:val="0"/>
          <w:i w:val="0"/>
        </w:rPr>
        <w:t>Membership fees are also due for most Labrador breed Clubs from 1st January 2021.</w:t>
      </w:r>
    </w:p>
    <w:p>
      <w:r>
        <w:rPr>
          <w:b w:val="0"/>
          <w:i w:val="0"/>
        </w:rPr>
        <w:t>It was good to receive Cotswold and Wyevern Labrador Club news-sheet recently circulated to Members including details of their fee. It usefully points out that Membership lapses if unpaid by 1st March 2021. The fees are Ã‚Â£6 Single and Ã‚Â£8 Joint. The Treasurer is Mr David Taylor at Sandylands or via the Secretary Ms C Jenkins, 1 Target Close Ledbury, Herefordshire HR8 2LR</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