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- 27 Oct 2006"</w:t>
      </w:r>
      <w:r>
        <w:br/>
      </w:r>
      <w:r>
        <w:rPr>
          <w:b w:val="0"/>
          <w:i w:val="0"/>
        </w:rPr>
        <w:br/>
        <w:t>date_original: "27 Oct 2006"</w:t>
      </w:r>
      <w:r>
        <w:br/>
      </w:r>
      <w:r>
        <w:rPr>
          <w:b w:val="0"/>
          <w:i w:val="0"/>
        </w:rPr>
        <w:br/>
        <w:t>source_url: "https://www.ourdogs.co.uk/members/breednotes/2006/RetrieverLabrador/RetrieverLabrador-oct27.htm"</w:t>
      </w:r>
      <w:r>
        <w:br/>
      </w:r>
      <w:r>
        <w:rPr>
          <w:b w:val="0"/>
          <w:i w:val="0"/>
        </w:rPr>
        <w:br/>
        <w:t>archive_type: "static_html"</w:t>
      </w:r>
      <w:r>
        <w:br/>
      </w:r>
      <w:r>
        <w:rPr>
          <w:b w:val="0"/>
          <w:i w:val="0"/>
        </w:rPr>
        <w:br/>
        <w:t>scraped_at: "2026-09-13T22:10:51"</w:t>
      </w:r>
      <w:r>
        <w:br/>
      </w:r>
      <w:r>
        <w:rPr>
          <w:b w:val="0"/>
          <w:i w:val="0"/>
        </w:rPr>
        <w:br/>
        <w:t>word_count: 1446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Shaun Williamson Chairman of North West Labrador Retriever Club writes: “It is with great sadness I inform you of the death of our good friend Sheila Saunt. She died on Thursday 12th October.</w:t>
      </w:r>
    </w:p>
    <w:p>
      <w:r>
        <w:rPr>
          <w:b w:val="0"/>
          <w:i w:val="0"/>
        </w:rPr>
        <w:t>Sheila had battled with cancer for some years and was soon to be given the "all clear", when she got the bad news that the cancer had returned to her liver. Whilst the prospects were not good, Sheila fought hard, and to the very end remained full of grit and determination, so typical of Sheila to make the most of what time she had left.</w:t>
      </w:r>
    </w:p>
    <w:p>
      <w:r>
        <w:rPr>
          <w:b w:val="0"/>
          <w:i w:val="0"/>
        </w:rPr>
        <w:t>“Sheila was well known throughout the dog world for her genuine, no nonsense approach to life. She was extremely proud to be involved in her local breed club, North West Labrador Retriever Club and had served as Secretary for an amazing 19 years! The committee and members will miss Sheila enormously.</w:t>
      </w:r>
    </w:p>
    <w:p>
      <w:r>
        <w:rPr>
          <w:b w:val="0"/>
          <w:i w:val="0"/>
        </w:rPr>
        <w:t>“I doubt there is a single person involved in Labradors in the North West that will not mourn her passing for one reason or another; she was such a genuine, pleasant and approachable person.</w:t>
      </w:r>
    </w:p>
    <w:p>
      <w:r>
        <w:rPr>
          <w:b w:val="0"/>
          <w:i w:val="0"/>
        </w:rPr>
        <w:t>“Sheila had shown Labradors under the Glenorell affix for as long as I can remember, her first "big winner" being Strinesdales Northern Ballerina at Glenorrell acquired from the late Fred Belshaw. I personally will dearly miss her; we had been friends for many years; so much so she had become ‘Aunty Sheila’”</w:t>
      </w:r>
    </w:p>
    <w:p>
      <w:r>
        <w:rPr>
          <w:b w:val="0"/>
          <w:i w:val="0"/>
        </w:rPr>
        <w:t>Thank you for this tribute Shaun. I know we will all remember Sheila fondly. The funeral was held on Friday 20th October at Wigan Crematorium, followed by refreshments at The Fox Tavern, Wigan. Her family requested no flowers, but would welcome donations to North West Labrador Retriever Club Rescue and Cancer Research, as per Sheila's requests.</w:t>
      </w:r>
    </w:p>
    <w:p>
      <w:r>
        <w:rPr>
          <w:b w:val="0"/>
          <w:i w:val="0"/>
        </w:rPr>
        <w:t>Cards may be sent to Sheila’s sister, Mrs. Lillian Chisnall, 9 Derwent Road, Orrell, Wigan, WN5 8PP.</w:t>
      </w:r>
    </w:p>
    <w:p>
      <w:r>
        <w:rPr>
          <w:b w:val="0"/>
          <w:i w:val="0"/>
        </w:rPr>
        <w:t>After several years away from Malvern, Gundog Society of Wales moved their championship show back to the Three Counties Showground this year, and the increased entry, a total of 2089 dogs, demonstrated that the exhibitors approved of the move. The show is well run by an enthusiastic team of gundog specialists.</w:t>
      </w:r>
    </w:p>
    <w:p>
      <w:r>
        <w:rPr>
          <w:b w:val="0"/>
          <w:i w:val="0"/>
        </w:rPr>
        <w:t>Alan Fall is the Chairman and Richard Stafford the Secretary, both experienced judges and exhibitors in their own breeds, Golden Retrievers and Labradors.</w:t>
      </w:r>
    </w:p>
    <w:p>
      <w:r>
        <w:rPr>
          <w:b w:val="0"/>
          <w:i w:val="0"/>
        </w:rPr>
        <w:t>I understand the show will probably be held at Malvern for at least the next four years. Interim locations have included the Royal Welsh Showground at Builth Wells, which is not the easiest to get to; and latterly the showground at Usk, a delightful ground, but having no permanent buildings it does require full tenting at this time of year. Malvern certainly fits the bill for an October show.</w:t>
      </w:r>
    </w:p>
    <w:p>
      <w:r>
        <w:rPr>
          <w:b w:val="0"/>
          <w:i w:val="0"/>
        </w:rPr>
        <w:t>The weather forecast for the mid-week show was pretty grim a couple of days before- hand, with heavy rain predicted. However, the rain system luckily hurried through the previous day and, although the show-day dawned dull and misty, no rain fell at all and by lunchtime we even had a quick glimpse of the sun.</w:t>
      </w:r>
    </w:p>
    <w:p>
      <w:r>
        <w:rPr>
          <w:b w:val="0"/>
          <w:i w:val="0"/>
        </w:rPr>
        <w:t>The benching halls were clad in new blue carpet and the dogs were benched on Danco’s brand new, top class, metric benching, with no gaps at the back and no horrid joins between the bases to trap tails or feet.</w:t>
      </w:r>
    </w:p>
    <w:p>
      <w:r>
        <w:rPr>
          <w:b w:val="0"/>
          <w:i w:val="0"/>
        </w:rPr>
        <w:t>The bench dividers were brand new too, with new benching chain connections, being much more accessible than the previous ones, which were built into the lower part of the back-boards of the benches.</w:t>
      </w:r>
    </w:p>
    <w:p>
      <w:r>
        <w:rPr>
          <w:b w:val="0"/>
          <w:i w:val="0"/>
        </w:rPr>
        <w:t>All I remember of those is trying to push my benched dogs out of the way to try to find the low down bar for the benching chain clip, right at the back of the bench, whilst being pushed, washed and licked to death by each of my dogs in the process. I would come out of it looking like Hyacinth Bouquet on a bad day!</w:t>
      </w:r>
    </w:p>
    <w:p>
      <w:r>
        <w:rPr>
          <w:b w:val="0"/>
          <w:i w:val="0"/>
        </w:rPr>
        <w:t>The large outside rings were spacious and will probably be the last we shall see until next years WELKS at the same venue in April 2007.</w:t>
      </w:r>
    </w:p>
    <w:p>
      <w:r>
        <w:rPr>
          <w:b w:val="0"/>
          <w:i w:val="0"/>
        </w:rPr>
        <w:t>Nearly all the male dogs seemed very much on their toes, full of fun, strutting about like peacocks, there being so many bitches in season, some standing alluringly only feet away in the adjacent ring, which made movement with a male dog on the slippy grass a trifle tricky, especially when the handler has a hip replacement and the dog thinks there might be some charming young lady just waiting for him on the other side of the ring tape!!</w:t>
      </w:r>
    </w:p>
    <w:p>
      <w:r>
        <w:rPr>
          <w:b w:val="0"/>
          <w:i w:val="0"/>
        </w:rPr>
        <w:t>Our judges were Isobel Keys (Dogs) and Shaun Williamson (Bitches) Winning the Bitch CC, and Best of Breed on the decision of the referee Mrs Brenda Banbury was Nolene Dodd and Mrs Holt’s Sh Ch Eneleon Amber JW Sh CM, (Cricklecreek Cruising Along x Trendlewood Ruby Tuesday), who was later short-listed in the Group.</w:t>
      </w:r>
    </w:p>
    <w:p>
      <w:r>
        <w:rPr>
          <w:b w:val="0"/>
          <w:i w:val="0"/>
        </w:rPr>
        <w:t>She certainly is on a run with the CC and BOB at the last four shows. The Bitch RCC was won by Mr and Mrs Anthony and Erica Jayes’ yellow, Sh Ch Sandylands Wait Awhile (Sh Ch Rocheby Whisky Mac x Rocheby Purple Shades at Sandylands).</w:t>
      </w:r>
    </w:p>
    <w:p>
      <w:r>
        <w:rPr>
          <w:b w:val="0"/>
          <w:i w:val="0"/>
        </w:rPr>
        <w:t>The Dog CC was a first for Mr and Mrs Neal’s black Ludalor Lunar Eclipse over Amberstope JW (Sh Ch Amberstope Blue Moon x Sh Ch Ludalor Lilly), whilst his litter brother, Lorraine Tooth’s yellow, Ludalor Lunar Orbit JW . (Sh Ch Amberstope Blue Moon x Sh Ch Ludalor Lilly) won the RCC .</w:t>
      </w:r>
    </w:p>
    <w:p>
      <w:r>
        <w:rPr>
          <w:b w:val="0"/>
          <w:i w:val="0"/>
        </w:rPr>
        <w:t>Congratulations to Lorraine who bred them both and to Mr and Mrs Neal, who bred their sire. Best Puppy was John and Denise Timms’ yellow minor puppy bitch, Remabeto Cherry Pip at Lejie.(Rocheby Old Smokey x Lejie Sweet Medicine).</w:t>
      </w:r>
    </w:p>
    <w:p>
      <w:r>
        <w:rPr>
          <w:b w:val="0"/>
          <w:i w:val="0"/>
        </w:rPr>
        <w:t>In the Stakes classes there was success for the Alison Scutcher’s yellow dog, Winsleywood Waterloo JW. He won the Arthur Jones Memorial Open Stakes under Moray Armstrong, who has previously awarded him the RCC at Paignton earlier this year.</w:t>
      </w:r>
    </w:p>
    <w:p>
      <w:r>
        <w:rPr>
          <w:b w:val="0"/>
          <w:i w:val="0"/>
        </w:rPr>
        <w:t>Much hilarity and a complete sell out at the show for the reprinted Labrador breeder’s calendar, where 16 brave and generous Labrador breeders have bared all for Labrador rescue charities.</w:t>
      </w:r>
    </w:p>
    <w:p>
      <w:r>
        <w:rPr>
          <w:b w:val="0"/>
          <w:i w:val="0"/>
        </w:rPr>
        <w:t>Judging by the enthusiastic response to purchase, I should think the money will fund the rescue for many a month! The calendars will be on sale at most of the shows or from John Jackson on the Our Dogs stand; price £10.</w:t>
      </w:r>
    </w:p>
    <w:p>
      <w:r>
        <w:rPr>
          <w:b w:val="0"/>
          <w:i w:val="0"/>
        </w:rPr>
        <w:t>Don’t forget to do your year- book adverts now and send them off as soon as possible to the editors.!!</w:t>
      </w:r>
    </w:p>
    <w:p>
      <w:r>
        <w:rPr>
          <w:b w:val="0"/>
          <w:i w:val="0"/>
        </w:rP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