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- 05/01/2024 - ISSUE"</w:t>
      </w:r>
      <w:r>
        <w:br/>
      </w:r>
      <w:r>
        <w:rPr>
          <w:b w:val="0"/>
          <w:i w:val="0"/>
        </w:rPr>
        <w:br/>
        <w:t>date_original: "05/01/2024 - ISSUE"</w:t>
      </w:r>
      <w:r>
        <w:br/>
      </w:r>
      <w:r>
        <w:rPr>
          <w:b w:val="0"/>
          <w:i w:val="0"/>
        </w:rPr>
        <w:br/>
        <w:t>source_url: "https://www.ourdogs.co.uk/members/breednotes/RetrieverLabradorMain.php"</w:t>
      </w:r>
      <w:r>
        <w:br/>
      </w:r>
      <w:r>
        <w:rPr>
          <w:b w:val="0"/>
          <w:i w:val="0"/>
        </w:rPr>
        <w:br/>
        <w:t>scraped_at: "2026-09-13T15:09:02"</w:t>
      </w:r>
      <w:r>
        <w:br/>
      </w:r>
      <w:r>
        <w:rPr>
          <w:b w:val="0"/>
          <w:i w:val="0"/>
        </w:rPr>
        <w:br/>
        <w:t>word_count: 618</w:t>
      </w:r>
    </w:p>
    <w:p>
      <w:r>
        <w:t>――――――――――――――――――――――――――――――</w:t>
      </w:r>
    </w:p>
    <w:p>
      <w:r>
        <w:rPr>
          <w:b w:val="0"/>
          <w:i w:val="0"/>
        </w:rPr>
        <w:t>NEWS MEMBERS' AREA SHOP SUBSCRIBE UPCOMING SHOWS MORE</w:t>
      </w:r>
    </w:p>
    <w:p>
      <w:r>
        <w:rPr>
          <w:b w:val="0"/>
          <w:i w:val="0"/>
        </w:rPr>
        <w:t>RETRIEVER LABRADOR</w:t>
      </w:r>
    </w:p>
    <w:p>
      <w:r>
        <w:rPr>
          <w:b w:val="0"/>
          <w:i w:val="0"/>
        </w:rPr>
        <w:t>Issue: 05/01/2024</w:t>
      </w:r>
    </w:p>
    <w:p>
      <w:r>
        <w:rPr>
          <w:b w:val="0"/>
          <w:i w:val="0"/>
        </w:rPr>
        <w:t>Happy New Year to you all. Not long to wait for the new 2024 show season to begin. Good luck to you all.</w:t>
      </w:r>
    </w:p>
    <w:p>
      <w:r>
        <w:rPr>
          <w:b w:val="0"/>
          <w:i w:val="0"/>
        </w:rPr>
        <w:t xml:space="preserve">The WELRC Committee are very pleased with the entry for their forthcoming Open Show at Woolavington Village Hall, Bridgewater on Sat 6th January where judge Angela Mitchell has drawn a lovely entry of 81 dogs/99 entries. A warm welcome will await those attending. </w:t>
      </w:r>
    </w:p>
    <w:p>
      <w:r>
        <w:rPr>
          <w:b w:val="0"/>
          <w:i w:val="0"/>
        </w:rPr>
        <w:t>Manchester Ch Show at Stafford, just a couple of weeks away, will run from 18th - 21st January. Gundog day is Sunday 21st Jan. The judges are Sian EvanÃ¢â‚¬â„¢s (Dogs) and Diane Stewart-Richie (Bitches). Entries are Ã‚Â£30 per dog. Entries now closed.</w:t>
      </w:r>
    </w:p>
    <w:p>
      <w:r>
        <w:rPr>
          <w:b w:val="0"/>
          <w:i w:val="0"/>
        </w:rPr>
        <w:t xml:space="preserve">The Lab Club of Wales Ch Show at Forest Oak Farm Lydney GL15 4LN is on Sunday 4th Feb. Paper entries close on 6th Jan and online entries  close on 18th Jan via fossedata. Judges are Maureen Rees (Dogs)and Huw Bishop (Bitches) Entry fee Ã‚Â£11 members and Ã‚Â£17 non members. </w:t>
      </w:r>
    </w:p>
    <w:p>
      <w:r>
        <w:rPr>
          <w:b w:val="0"/>
          <w:i w:val="0"/>
        </w:rPr>
        <w:t xml:space="preserve">A timely reminder of Lab Club of Wales increase in subscriptions which are due on January 1st 2024 </w:t>
      </w:r>
    </w:p>
    <w:p>
      <w:r>
        <w:rPr>
          <w:b w:val="0"/>
          <w:i w:val="0"/>
        </w:rPr>
        <w:t xml:space="preserve">Single membership Ã‚Â£10.00 per annum; Joint membership Ã‚Â£15.00 per annum; </w:t>
      </w:r>
    </w:p>
    <w:p>
      <w:r>
        <w:rPr>
          <w:b w:val="0"/>
          <w:i w:val="0"/>
        </w:rPr>
        <w:t>Junior membership (up to 16 years of age) Ã‚Â£2.00 per annum.</w:t>
      </w:r>
    </w:p>
    <w:p>
      <w:r>
        <w:rPr>
          <w:b w:val="0"/>
          <w:i w:val="0"/>
        </w:rPr>
        <w:t>If you already pay by Standing Order please adjust your payment to reflect these changes. If you wish to change to payment by Bank Transfer or Standing Order, the bank details are as follows:</w:t>
      </w:r>
    </w:p>
    <w:p>
      <w:r>
        <w:rPr>
          <w:b w:val="0"/>
          <w:i w:val="0"/>
        </w:rPr>
        <w:t>Account name: Labrador Club Of Wales;  Sort Code: 30-96-00; Account number: 03689187  Please use your name and postcode as a reference.</w:t>
      </w:r>
    </w:p>
    <w:p>
      <w:r>
        <w:rPr>
          <w:b w:val="0"/>
          <w:i w:val="0"/>
        </w:rPr>
        <w:t>On the same subject of membership fees, from the clubs website, The Labrador Retriever Club Membership Secretary is Richard Gill email:  membershipsecretary@thelabradorretrieverclub.com</w:t>
      </w:r>
    </w:p>
    <w:p>
      <w:r>
        <w:rPr>
          <w:b w:val="0"/>
          <w:i w:val="0"/>
        </w:rPr>
        <w:t>Once again Please subscriptions for membership are due 2nd January each year.</w:t>
      </w:r>
    </w:p>
    <w:p>
      <w:r>
        <w:rPr>
          <w:b w:val="0"/>
          <w:i w:val="0"/>
        </w:rPr>
        <w:t>Single: Ã‚Â£10.00     Joint: Ã‚Â£12.00</w:t>
      </w:r>
    </w:p>
    <w:p>
      <w:r>
        <w:rPr>
          <w:b w:val="0"/>
          <w:i w:val="0"/>
        </w:rPr>
        <w:t xml:space="preserve">Overseas Membership </w:t>
      </w:r>
    </w:p>
    <w:p>
      <w:r>
        <w:rPr>
          <w:b w:val="0"/>
          <w:i w:val="0"/>
        </w:rPr>
        <w:t>Single: Ã‚Â£14.00   Joint: Ã‚Â£17.00</w:t>
      </w:r>
    </w:p>
    <w:p>
      <w:r>
        <w:rPr>
          <w:b w:val="0"/>
          <w:i w:val="0"/>
        </w:rPr>
        <w:t>Bank Transfer payments  can be paid into the Labrador Retriever Club account at Natwest Bank, Chesterfield:</w:t>
      </w:r>
    </w:p>
    <w:p>
      <w:r>
        <w:rPr>
          <w:b w:val="0"/>
          <w:i w:val="0"/>
        </w:rPr>
        <w:t>Sort Code: 60-40-09</w:t>
      </w:r>
    </w:p>
    <w:p>
      <w:r>
        <w:rPr>
          <w:b w:val="0"/>
          <w:i w:val="0"/>
        </w:rPr>
        <w:t xml:space="preserve">Account Number: 41387619 </w:t>
      </w:r>
    </w:p>
    <w:p>
      <w:r>
        <w:rPr>
          <w:b w:val="0"/>
          <w:i w:val="0"/>
        </w:rPr>
        <w:t xml:space="preserve">IBAN number: GB57 NWBK 6040 0941 387619 </w:t>
      </w:r>
    </w:p>
    <w:p>
      <w:r>
        <w:rPr>
          <w:b w:val="0"/>
          <w:i w:val="0"/>
        </w:rPr>
        <w:t>BIC Swift code: NWBKGB2L</w:t>
      </w:r>
    </w:p>
    <w:p>
      <w:r>
        <w:rPr>
          <w:b w:val="0"/>
          <w:i w:val="0"/>
        </w:rPr>
        <w:t xml:space="preserve">Membership  includes postage in the UK, airmail to Europe and surface mail outside Europe. If airmail is required outside Europe please add Ã‚Â£5.00. </w:t>
      </w:r>
    </w:p>
    <w:p>
      <w:r>
        <w:rPr>
          <w:b w:val="0"/>
          <w:i w:val="0"/>
        </w:rPr>
        <w:t>An annual Year Book is included in the cost of your membership.</w:t>
      </w:r>
    </w:p>
    <w:p>
      <w:r>
        <w:rPr>
          <w:b w:val="0"/>
          <w:i w:val="0"/>
        </w:rPr>
        <w:t>Subscription fee to Membership Secretary, Mr Richard Gill, Glenhurst Slipe Drove, West Pinchbeck, Spalding PE11 3QF</w:t>
      </w:r>
    </w:p>
    <w:p>
      <w:r>
        <w:rPr>
          <w:b w:val="0"/>
          <w:i w:val="0"/>
        </w:rPr>
        <w:t>An application for membership cannot be considered unless a proposer and seconder are named, these people being paid-up members of the Club.  If you perhaps do not know anyone in the Club, please get in touch with Karl Gawthorpe, Hon Secretary  who will be able to help.</w:t>
      </w:r>
    </w:p>
    <w:p>
      <w:r>
        <w:rPr>
          <w:b w:val="0"/>
          <w:i w:val="0"/>
        </w:rPr>
        <w:t>Please also read our GDPR Privacy Notice and complete a standing order form on acceptance.</w:t>
      </w:r>
    </w:p>
    <w:p>
      <w:r>
        <w:rPr>
          <w:b w:val="0"/>
          <w:i w:val="0"/>
        </w:rPr>
        <w:t>Also from their website, the Yellow Lab Club subs are due by 1st January 2024 and are Ã‚Â£12 single and Ã‚Â£17 joint. Cheques to Angela Mitchell, Church Clerks Cottage, Church Hill, Lawford, Essex CO11 2JX</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