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- 17/06/2016 - ISSUE"</w:t>
      </w:r>
      <w:r>
        <w:br/>
      </w:r>
      <w:r>
        <w:rPr>
          <w:b w:val="0"/>
          <w:i w:val="0"/>
        </w:rPr>
        <w:br/>
        <w:t>date_original: "17/06/2016 - ISSUE"</w:t>
      </w:r>
      <w:r>
        <w:br/>
      </w:r>
      <w:r>
        <w:rPr>
          <w:b w:val="0"/>
          <w:i w:val="0"/>
        </w:rPr>
        <w:br/>
        <w:t>source_url: "https://www.ourdogs.co.uk/members/breednotes/RetrieverLabradorMain.php"</w:t>
      </w:r>
      <w:r>
        <w:br/>
      </w:r>
      <w:r>
        <w:rPr>
          <w:b w:val="0"/>
          <w:i w:val="0"/>
        </w:rPr>
        <w:br/>
        <w:t>scraped_at: "2026-09-13T15:28:35"</w:t>
      </w:r>
      <w:r>
        <w:br/>
      </w:r>
      <w:r>
        <w:rPr>
          <w:b w:val="0"/>
          <w:i w:val="0"/>
        </w:rPr>
        <w:br/>
        <w:t>word_count: 1286</w:t>
      </w:r>
    </w:p>
    <w:p>
      <w:r>
        <w:t>――――――――――――――――――――――――――――――</w:t>
      </w:r>
    </w:p>
    <w:p>
      <w:r>
        <w:rPr>
          <w:b w:val="0"/>
          <w:i w:val="0"/>
        </w:rPr>
        <w:t>NEWS MEMBERS' AREA SHOP SUBSCRIBE UPCOMING SHOWS MORE</w:t>
      </w:r>
    </w:p>
    <w:p>
      <w:r>
        <w:rPr>
          <w:b w:val="0"/>
          <w:i w:val="0"/>
        </w:rPr>
        <w:t>RETRIEVER LABRADOR</w:t>
      </w:r>
    </w:p>
    <w:p>
      <w:r>
        <w:rPr>
          <w:b w:val="0"/>
          <w:i w:val="0"/>
        </w:rPr>
        <w:t>Issue: 17/06/2016</w:t>
      </w:r>
    </w:p>
    <w:p>
      <w:r>
        <w:rPr>
          <w:b w:val="0"/>
          <w:i w:val="0"/>
        </w:rPr>
        <w:t>Congratulations to all those hardy exhibitors from far and wide who managed to stay the course of the five shows, four Championship and one Open, all held in one week. I threw in the towel early on having run out of steam after exhibiting at just the first two shows Southern Counties and Three Counties. I missed the Friday Open show but rolled up mid-morning, on Saturday minus exhibits for a most enjoyable visit to the Labrador Club Centennial championship show at the Kennel Club Building, Stoneleigh. I left it to others and the wonderful on-line results service of Richard Gill to let me know what happened at the Sunday Joint Clubs championship show for which I was also entered. This marvellous selection of shows were attended by exhibitors from as far afield as Poland, Russia, Italy, Serbia, Slovakia, France, Holland and Germany plus all our usual UK and Irish exhibitors.</w:t>
      </w:r>
    </w:p>
    <w:p>
      <w:r>
        <w:rPr>
          <w:b w:val="0"/>
          <w:i w:val="0"/>
        </w:rPr>
        <w:t xml:space="preserve">After Southern Counties about which I reported last week, Three Counties was held at Malvern four days later, on Thursday 9TH June. The day dawned bright sunny and dry. As the morning passed the sun got hotter and hotter and beat down all day in a clear blue sky. By that evening many of us were sporting considerable, un-intentionally acquired sunburn, my own in the bright shade of rare roast beef. </w:t>
      </w:r>
    </w:p>
    <w:p>
      <w:r>
        <w:rPr>
          <w:b w:val="0"/>
          <w:i w:val="0"/>
        </w:rPr>
        <w:t>This was a benched show yet I was surprised to see many of the dogs from abroad crated in the full sun all day. Maybe they are used to it. Not my idea of kindness. As ever at this time of the year in hot weather, I wonder if it is right to keep a dog waiting in an outside ring whilst a numerically large class is being judged, I recall being excused to the shade in former years and of course at Three Counties this year  there were large cool unused indoor wet weather rings near the benching, which might be an idea to move judging to if similar baking weather becomes the norm.</w:t>
      </w:r>
    </w:p>
    <w:p>
      <w:r>
        <w:rPr>
          <w:b w:val="0"/>
          <w:i w:val="0"/>
        </w:rPr>
        <w:t>Sian Ellis was our judge and her winners were Dog CC and Best of Breed Mr and Mrs Wyatts chocolate Ch Meadowleigh Brown Sugar, Dog RCC Mr and Mrs Praetzas Multi Ch Blacksugar Luis from Norway. The Bitch CC her third went to the Mills  Lembas Pretty Amazing Grace JW Many congratulations on the latest champion. The Res Bitch CC was won by Mr &amp; Miss E &amp; R Killeens yellow Philipstown Jacqui At Lisvella. Best Puppy was Lorraine Tooths yellow dog Sandylands Over The Moon To Ludalor.</w:t>
      </w:r>
    </w:p>
    <w:p>
      <w:r>
        <w:rPr>
          <w:b w:val="0"/>
          <w:i w:val="0"/>
        </w:rPr>
        <w:t xml:space="preserve">The following morning, Friday, saw the Labrador Centennial Open show being judged by Rony Michiels. I wasn't there but understand Best in Show was Marion Hopkinsons Sh Ch Rocheby Sweet Sensation and Res Best in Show Mr and Mrs Praetzas Multi Ch Blacksugar Luis. Best Puppy was Richard Staffords Arrowmoy Fairytale to New York Farnfield and Best Veteran Ch Bilbo Baggins by Baileydale JW ShCM. </w:t>
      </w:r>
    </w:p>
    <w:p>
      <w:r>
        <w:rPr>
          <w:b w:val="0"/>
          <w:i w:val="0"/>
        </w:rPr>
        <w:t>For the many exhibitors who had booked to stay overnight, that evening there was an enjoyable buffet, dance and a fun Mr and Mrs Competition won eventually by the Hopkinsons, all  held at the Holiday Inn Coventry.</w:t>
      </w:r>
    </w:p>
    <w:p>
      <w:r>
        <w:rPr>
          <w:b w:val="0"/>
          <w:i w:val="0"/>
        </w:rPr>
        <w:t>Saturday morning dawned drizzly here at Ross on Wye. Still sunburnt and tired after Three Counties, sneezing from usual Three Counties hayfever, which for me has spoilt that show every year from when I was a child attending the show with my mother, I decided to leave the entered dogs at home and just go to the Saturday Centennial championship show at Stoneleigh for a day out. Very pleasant it was with marvellous light and tasty celebration cake too.</w:t>
      </w:r>
    </w:p>
    <w:p>
      <w:r>
        <w:rPr>
          <w:b w:val="0"/>
          <w:i w:val="0"/>
        </w:rPr>
        <w:t xml:space="preserve">Initially judging was outside. The judges were David Craig (Dogs) and Carole Coode (Bitches) who had a great entry of 379 dogs and bitches to go over. I arrived mid morning minus dogs, and spent a most enjoyable day chatting to friends old and new from home and abroad. There was a wonderful gundog demonstration which I could have watched again and again. Sadly, by noon the rain appeared and judging moved indoors for the rest of the day. There were plenty of people at this celebration benched show and the ringside seats were pleasantly filled which all adds to the great atmosphere. The ability to have two excellently sized non slip rings gives this venue such a great advantage over other venues and made watching the classes a most pleasant way to while away a day. </w:t>
      </w:r>
    </w:p>
    <w:p>
      <w:r>
        <w:rPr>
          <w:b w:val="0"/>
          <w:i w:val="0"/>
        </w:rPr>
        <w:t xml:space="preserve">The main winners were Dog CC and Res Best in Show - Mrs A &amp; Mr P Wyatts chocolate Ch Meadowleigh Brown Sugar winning his 8th CC. The Dog RCC went to Sharon Lamberts yellow Sh Ch Mattand Exodus JW. Bitch CC and Best in Show on Richard Edwards, the Referees decision, came from Norway Sven Slettedals black Fieldvalleys Carmen Sofie who became a Show Champion on the day. </w:t>
      </w:r>
    </w:p>
    <w:p>
      <w:r>
        <w:rPr>
          <w:b w:val="0"/>
          <w:i w:val="0"/>
        </w:rPr>
        <w:t xml:space="preserve">Many congratulations. </w:t>
      </w:r>
    </w:p>
    <w:p>
      <w:r>
        <w:rPr>
          <w:b w:val="0"/>
          <w:i w:val="0"/>
        </w:rPr>
        <w:t>The Bitch RCC was won by Chris Woods black, Lougin Secret Spy of Sundyke whose dam Sh Ch Naiken Yelenda at Lougin was Best Veteran Bitch .  Best Veteran in Show was Sh Ch Naiken Way Out West who looked as though he was thoroughly enjoying striding out around the ring showing the youngsters how to move on this, an infrequent appearance..Best Puppy was the bitch Richard Staffords yellow Arrowmoy Fairytale to New York Farnfield.</w:t>
      </w:r>
    </w:p>
    <w:p>
      <w:r>
        <w:rPr>
          <w:b w:val="0"/>
          <w:i w:val="0"/>
        </w:rPr>
        <w:t>Richard Edwards had kindly set up a stand with his marvellously interesting historic photos, Labrador Archives and Labrador books displayed for people to peruse. It was lovely to see photos of the champions of old each coupled in an album with their pedigrees. I came across a photo of my dear yellow dog Ch Bowstones Carruthers. "Oh" I said glancing at the photos and noticing what I was wearing, "I've still got those trousers. In fact I wore them last week!". Richard kindly pointed out the photo was taken in 1995. The photo was twenty one years ago and the trousers weren't new even then. They have certainly worn very well indeed!</w:t>
      </w:r>
    </w:p>
    <w:p>
      <w:r>
        <w:rPr>
          <w:b w:val="0"/>
          <w:i w:val="0"/>
        </w:rPr>
        <w:t>The following morning Sunday 12th June saw exhibitors setting up camp once more after a couple of hours drive to the east, at the Joint Labrador Club Championship Show at Godmanchester. Here the judges with an entry of 296 dogs and bitches were Heather Wiles-Fone (Dogs) and Vic Cole (Bitches). The winners were Dog CC his second Linda Harvey Major and Van Leuwards yellow Linjor Cassablanca (Re-Imp) JW ShCM. The Dog RCC was a second RCC in three days for Praetzas Multi Ch Blacksugar Luis. The Bitch CC and Best in Show was won by Davies' yellow Driffwold Daisy Baggins ShCM whilst the Bitch RCC went to Nigel Woodburn's Sh Ch Centenalee Sparkling Snow. Best Puppy was Sarah McLellans Saranden Rock Your Baby and Best Veteran was Andy and Jo Metcalfes Ch Bilbo Baggins by Baileydale.</w:t>
      </w:r>
    </w:p>
    <w:p>
      <w:r>
        <w:rPr>
          <w:b w:val="0"/>
          <w:i w:val="0"/>
        </w:rPr>
        <w:t xml:space="preserve">Thus ended the marathon of shows. The various hardworking officials, committee members, and event organisers, can give themselves a big thank you from us all and a pat on the back. They should be proud of a job very well carried out. </w:t>
      </w:r>
    </w:p>
    <w:p>
      <w:r>
        <w:rPr>
          <w:b w:val="0"/>
          <w:i w:val="0"/>
        </w:rPr>
        <w:t>A most memorable few days.</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