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- 01/04/2022 - ISSUE"</w:t>
      </w:r>
      <w:r>
        <w:br/>
      </w:r>
      <w:r>
        <w:rPr>
          <w:b w:val="0"/>
          <w:i w:val="0"/>
        </w:rPr>
        <w:br/>
        <w:t>date_original: "01/04/2022 - ISSUE"</w:t>
      </w:r>
      <w:r>
        <w:br/>
      </w:r>
      <w:r>
        <w:rPr>
          <w:b w:val="0"/>
          <w:i w:val="0"/>
        </w:rPr>
        <w:br/>
        <w:t>source_url: "https://www.ourdogs.co.uk/members/breednotes/RetrieverLabradorMain.php"</w:t>
      </w:r>
      <w:r>
        <w:br/>
      </w:r>
      <w:r>
        <w:rPr>
          <w:b w:val="0"/>
          <w:i w:val="0"/>
        </w:rPr>
        <w:br/>
        <w:t>scraped_at: "2026-09-13T15:12:37"</w:t>
      </w:r>
      <w:r>
        <w:br/>
      </w:r>
      <w:r>
        <w:rPr>
          <w:b w:val="0"/>
          <w:i w:val="0"/>
        </w:rPr>
        <w:br/>
        <w:t>word_count: 617</w:t>
      </w:r>
    </w:p>
    <w:p>
      <w:r>
        <w:t>――――――――――――――――――――――――――――――</w:t>
      </w:r>
    </w:p>
    <w:p>
      <w:r>
        <w:rPr>
          <w:b w:val="0"/>
          <w:i w:val="0"/>
        </w:rPr>
        <w:t>NEWS MEMBERS' AREA SHOP SUBSCRIBE UPCOMING SHOWS MORE</w:t>
      </w:r>
    </w:p>
    <w:p>
      <w:r>
        <w:rPr>
          <w:b w:val="0"/>
          <w:i w:val="0"/>
        </w:rPr>
        <w:t>RETRIEVER LABRADOR</w:t>
      </w:r>
    </w:p>
    <w:p>
      <w:r>
        <w:rPr>
          <w:b w:val="0"/>
          <w:i w:val="0"/>
        </w:rPr>
        <w:t>Issue: 01/04/2022</w:t>
      </w:r>
    </w:p>
    <w:p>
      <w:r>
        <w:rPr>
          <w:b w:val="0"/>
          <w:i w:val="0"/>
        </w:rPr>
        <w:t>Anne Hoban writes, Ã¢â‚¬Å"Schedules for the West of England LRC are now ready and a reminder that our show will be held at our usual venue on Saturday the 14th May, near Bridgewater at Woolavington Village Hall. The judge will be Michael Blay (Longbarrow) and we will be having a Puppy Walk again. A warm welcome with delicious hot and cold refreshments, will await and the postal entries close on Saturday April 16th and online through Fosse Data on Sunday April 24th. If you would like a schedule posted then please contact our Secretary Lucy Kent on 01823 421321 or by email: Lucy_Kent_0209@hotmail.comÃ¢â‚¬Â</w:t>
      </w:r>
    </w:p>
    <w:p>
      <w:r>
        <w:rPr>
          <w:b w:val="0"/>
          <w:i w:val="0"/>
        </w:rPr>
        <w:t xml:space="preserve">Kent Surrey and Sussex LRC Championship show was held on Sunday 27th March. Covid figures are at this moment the highest ever since the pandemic first began, I think it is one in 11 people in England have it, so if 110 exhibitors are entered at a Dog show, by the law of averages, ten of those people will have, and be spreading the virus around to others, which could have catastrophic results for unsuspecting elderly relatives. Certainly loads of exhibitors have gone down with a very nasty form of Covid since Crufts, including I gather, the judge who officiated a week later at Three Ridings Labrador Club. I read his post on Facebook, having started to feel unwell whilst judging then testing positive next day. </w:t>
      </w:r>
    </w:p>
    <w:p>
      <w:r>
        <w:rPr>
          <w:b w:val="0"/>
          <w:i w:val="0"/>
        </w:rPr>
        <w:t>One wonders what effect long Covid will have on the lives of those suffering badly.</w:t>
      </w:r>
    </w:p>
    <w:p>
      <w:r>
        <w:rPr>
          <w:b w:val="0"/>
          <w:i w:val="0"/>
        </w:rPr>
        <w:t>As I said last week please be responsible, stay away if you have a cold. It seems those affected with Covid and showing just cold symptoms, have five clear Covid tests despite feeling ill,  then they get a positive, Covid infected test, by which time theyÃ¢â‚¬â„¢ve spread it to all and sundry.</w:t>
      </w:r>
    </w:p>
    <w:p>
      <w:r>
        <w:rPr>
          <w:b w:val="0"/>
          <w:i w:val="0"/>
        </w:rPr>
        <w:t xml:space="preserve">ItÃ¢â‚¬â„¢s no use pretending itÃ¢â‚¬â„¢s just a sniffle. Think of other people. </w:t>
      </w:r>
    </w:p>
    <w:p>
      <w:r>
        <w:rPr>
          <w:b w:val="0"/>
          <w:i w:val="0"/>
        </w:rPr>
        <w:t xml:space="preserve">Sensibly, immediately before the show KSS Secretary Alison Scutcher put a polite request on Facebook suggested those with symptoms take a test before attending and stay away if positive.  </w:t>
      </w:r>
    </w:p>
    <w:p>
      <w:r>
        <w:rPr>
          <w:b w:val="0"/>
          <w:i w:val="0"/>
        </w:rPr>
        <w:t xml:space="preserve">There were originally two judges approved but Eric Parr one of the two approved judges was in contact with someone with Covid and rightly and very responsibly pulled out. The other judge, Jackie Ward therefore judged both sexes.  </w:t>
      </w:r>
    </w:p>
    <w:p>
      <w:r>
        <w:rPr>
          <w:b w:val="0"/>
          <w:i w:val="0"/>
        </w:rPr>
        <w:t xml:space="preserve">The Dog CC was won by Gary and Jean Johnsons yellow, Cremino Calabrese. The Dog RCC went to Ed Casey and EricaJayes yellow, ShCh Sandylands Hit the Road </w:t>
      </w:r>
    </w:p>
    <w:p>
      <w:r>
        <w:rPr>
          <w:b w:val="0"/>
          <w:i w:val="0"/>
        </w:rPr>
        <w:t xml:space="preserve">BDP and Best Puppy in show was Vareal Goto Forward Imp Rus. </w:t>
      </w:r>
    </w:p>
    <w:p>
      <w:r>
        <w:rPr>
          <w:b w:val="0"/>
          <w:i w:val="0"/>
        </w:rPr>
        <w:t>The Bitch CC and Best in Show was Ed Casey and Erica Jayes, Sh Ch Lapema Masquerade at Sandylands</w:t>
      </w:r>
    </w:p>
    <w:p>
      <w:r>
        <w:rPr>
          <w:b w:val="0"/>
          <w:i w:val="0"/>
        </w:rPr>
        <w:t>The Bitch RCC -was won by Mac Percivals  Wynfaul Dancing Flame whilst Best Veteran went to Sh Ch Milroseglen Make my Day with Meadowvillabs.</w:t>
      </w:r>
    </w:p>
    <w:p>
      <w:r>
        <w:rPr>
          <w:b w:val="0"/>
          <w:i w:val="0"/>
        </w:rPr>
        <w:t>A warning that the artificial sweetener Xylitol, which can be so dangerous if eaten by dogs has been renamed Birch Sugar. Xylitol is extremely toxic to dogs and can cause liver failure. Evidently it is commonly found in chewing gum, ice cream and peanut butter. Check the label.</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