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- 23/06/2023 - ISSUE"</w:t>
      </w:r>
      <w:r>
        <w:br/>
      </w:r>
      <w:r>
        <w:rPr>
          <w:b w:val="0"/>
          <w:i w:val="0"/>
        </w:rPr>
        <w:br/>
        <w:t>date_original: "23/06/2023 - ISSUE"</w:t>
      </w:r>
      <w:r>
        <w:br/>
      </w:r>
      <w:r>
        <w:rPr>
          <w:b w:val="0"/>
          <w:i w:val="0"/>
        </w:rPr>
        <w:br/>
        <w:t>source_url: "https://www.ourdogs.co.uk/members/breednotes/RetrieverLabradorMain.php"</w:t>
      </w:r>
      <w:r>
        <w:br/>
      </w:r>
      <w:r>
        <w:rPr>
          <w:b w:val="0"/>
          <w:i w:val="0"/>
        </w:rPr>
        <w:br/>
        <w:t>scraped_at: "2026-09-13T15:09:54"</w:t>
      </w:r>
      <w:r>
        <w:br/>
      </w:r>
      <w:r>
        <w:rPr>
          <w:b w:val="0"/>
          <w:i w:val="0"/>
        </w:rPr>
        <w:br/>
        <w:t>word_count: 1153</w:t>
      </w:r>
    </w:p>
    <w:p>
      <w:r>
        <w:t>――――――――――――――――――――――――――――――</w:t>
      </w:r>
    </w:p>
    <w:p>
      <w:r>
        <w:rPr>
          <w:b w:val="0"/>
          <w:i w:val="0"/>
        </w:rPr>
        <w:t>NEWS MEMBERS' AREA SHOP SUBSCRIBE UPCOMING SHOWS MORE</w:t>
      </w:r>
    </w:p>
    <w:p>
      <w:r>
        <w:rPr>
          <w:b w:val="0"/>
          <w:i w:val="0"/>
        </w:rPr>
        <w:t>RETRIEVER LABRADOR</w:t>
      </w:r>
    </w:p>
    <w:p>
      <w:r>
        <w:rPr>
          <w:b w:val="0"/>
          <w:i w:val="0"/>
        </w:rPr>
        <w:t>Issue: 23/06/2023</w:t>
      </w:r>
    </w:p>
    <w:p>
      <w:r>
        <w:rPr>
          <w:b w:val="0"/>
          <w:i w:val="0"/>
        </w:rPr>
        <w:t>Approximately half way through the year and the shows are coming fast and furiously with incredibly hot sunny weather. At Three Counties on 11th June, under Louise Blunt the winners were  Dog Challenge Certificate Sh Ch/ir Sh Ch Naiken Elite Envoy (ai) JW Ir Jun Ch (Mr &amp; Mrs A R V &amp; Miss R Hodge), Reserve Dog Challenge Certificate Beskerby Pageant (Mr &amp; Mrs R I &amp; Miss M Dawson), Bitch Challenge Certificate WarringahÃ¢â‚¬â„¢s Pippingara (Mr D Coode), Reserve Bitch Challenge Certificate, Wynfaul Dancing Flame JW (Mrs M A Percival), Best of Breed, WarringahÃ¢â‚¬â„¢s Pippingara (Mr D Coode), Best Puppy Just The Joker in Linjor (Mrs L Harvey-Major), Best Veteran Winsleywood Wild Anise JW ShCM (Ms A Scutcher)</w:t>
      </w:r>
    </w:p>
    <w:p>
      <w:r>
        <w:rPr>
          <w:b w:val="0"/>
          <w:i w:val="0"/>
        </w:rPr>
        <w:t>The following week, still in glorious weather, from Friday 16th June to Sunday 18th June there were three days of events for Labrador owners to participate in, firstly championship shows and working tests on the Ford and Etal estate, hosted and organised by Northumberland and Durham LRC, plus Border Union Gundog Day at nearby Kelso on the middle day, Saturday 17th June only a few miles away.</w:t>
      </w:r>
    </w:p>
    <w:p>
      <w:r>
        <w:rPr>
          <w:b w:val="0"/>
          <w:i w:val="0"/>
        </w:rPr>
        <w:t xml:space="preserve">What an inspired venue. Great dog walking facilities.  I know it so well. My late husband and I used to stay opposite the little shop in picturesque, meticulously maintained Ford in a B and B, for Border Union and SKC shows each year ; opposite the Lady Waterford Hall were this years N and D Lab Club Saturday evening talk by Richard Edwards was given and fish supper was enjoyed. </w:t>
      </w:r>
    </w:p>
    <w:p>
      <w:r>
        <w:rPr>
          <w:b w:val="0"/>
          <w:i w:val="0"/>
        </w:rPr>
        <w:t xml:space="preserve">The first show was the Joint Labs Ch Show, held on Friday 16th June at  Etal village, Cornhill on Tweed followed by a working test on Saturday, whilst that same Saturday the show dogs travelled the short distance to attend Gundog day at Kelso. A return to the Lady Waterford Hall, Ford, in the evening after Border Union saw Richard Edwards delivering one of his splendid talks, this time on the early Labradors of Northumberland, Durham and the Borders. </w:t>
      </w:r>
    </w:p>
    <w:p>
      <w:r>
        <w:rPr>
          <w:b w:val="0"/>
          <w:i w:val="0"/>
        </w:rPr>
        <w:t xml:space="preserve">The next morning, Sunday, Northumberland and Durham Lab Clubs Centenary Ch show was held with judges Gary Johnson and Anne Taylor. </w:t>
      </w:r>
    </w:p>
    <w:p>
      <w:r>
        <w:rPr>
          <w:b w:val="0"/>
          <w:i w:val="0"/>
        </w:rPr>
        <w:t xml:space="preserve">Results of the joint Lab Club Ch Show held on Friday 16th June 2023, judges Joy Venturi Rose (dogs) Sylvia Power (bitches). 131 dogs making 163 entries. Best in Show Dog CC, Hodge familyÃ¢â‚¬â„¢s chocolate Sh Ch Ir Ch Naiken Elite Envoy, Best Opposite Sex, Bitch CC, Best veteran in Show was Maxine Woodleys black Sh Ch A Sense of Pleasures Ylvi at Alkamhurst. Best Puppy in Show Ramsayville Gigi at Taligal, Best Veteran in Show Sh Ch Poniel Reason to Believe at Bruadarach. </w:t>
      </w:r>
    </w:p>
    <w:p>
      <w:r>
        <w:rPr>
          <w:b w:val="0"/>
          <w:i w:val="0"/>
        </w:rPr>
        <w:t>The following day 17th June, it was Gundog day at Border Union, held at Kelso, where the results under Gundog specialist Chris Atkinson from an entry of 126 were: Dog Challenge Certificate  Floki Thejester in Linjor JW (Mrs L Harvey-Major), Reserve Dog Challenge Certificate Sh Ch Naiken East Meets West (ai) JW (Mr &amp; Mrs A R V &amp; Miss R Hodge), Bitch Challenge Certificate Sh Ch Lapema Masquerade at Sandylands (Mr E &amp; Mrs E Casey &amp; Jayes), Reserve Bitch Challenge Certificate, NancyÃ¢â‚¬â„¢s Special Treasure (Mrs P M Bradley), Best of Breed Sh Ch Lapema Masquerade at Sandylands (Mr E &amp; Mrs E Casey &amp; Jayes), Best Puppy Just The Joker in Linjor (Mrs L Harvey-Major, Best Veteran Sh Ch Millroseglen Make My Day with Meadovillabs (Mr P &amp; Mrs T Mccrory)</w:t>
      </w:r>
    </w:p>
    <w:p>
      <w:r>
        <w:rPr>
          <w:b w:val="0"/>
          <w:i w:val="0"/>
        </w:rPr>
        <w:t>On the third day of shows, Sunday 18th June it was back to the Joint Lab Clubs show at Ford, hosted by Northumberland and Durham LRC,  judges this time were Gary Johnson(Dogs) Anne Taylor (Bitches), From an entry of 146 dogs making 175 entries</w:t>
      </w:r>
    </w:p>
    <w:p>
      <w:r>
        <w:rPr>
          <w:b w:val="0"/>
          <w:i w:val="0"/>
        </w:rPr>
        <w:t>The winners were:- Best Opposite Sex and Dog CC Hodges Sh Ch Ir Ch Naiken Elite Envoy, Dog RCC Hodges Sh Ch Naiken East Meets West, Best Puppy Dog and Gest Puppy in Show Rocheby Squadron Leader, Best in Show Bitch CC Sh Ch Rochvale Once Upon a Time , Bitch RCC Kimbajak Miss Jazz Singer.  Best Puppy Bitch and Res BPIS Rochvale Palm Reader. Best Veteran Westerulston Nola</w:t>
      </w:r>
    </w:p>
    <w:p>
      <w:r>
        <w:rPr>
          <w:b w:val="0"/>
          <w:i w:val="0"/>
        </w:rPr>
        <w:t>Entry numbers for two forthcoming shows are - East of England, 51 dogs and 80 bitches totalling 131. Judge Brian Hayward, Windsor entry number. Total of 128 dogs and bitches - judge JR Sauge</w:t>
      </w:r>
    </w:p>
    <w:p>
      <w:r>
        <w:rPr>
          <w:b w:val="0"/>
          <w:i w:val="0"/>
        </w:rPr>
        <w:t>For those who say they canÃ¢â‚¬â„¢t abide Facebook here is a heartening tale of when it can really be used for good. From the Telegraph. Ã¢â‚¬Å"LOST dog was discovered by drone after her owner made an appeal on Facebook. The labrador had been lost in a rapeseed field for 36 hours, and was only found when a businessman used his drone to locate her in the crop. Dame Yvonne Moores, 81, a former chief nursing officer, had taken Maisie, her 20-month-old puppy, for a walk in Hordle, Hampshire, when Maisie ran into the field and her lead became entangled. After searching without success, Dame Yvonne enlisted the help of drone-owner Ryan Mullen, who found the dog with little daylight left. Dame Yvonne said: Ã¢â‚¬Å"The rape was very tall so we couldnÃ¢â‚¬â„¢t see herÃ¢â‚¬Â¦ it turned out that the rape had become twisted around her lead and she was trapped. She would have died without social media, new technology and a wonderful family who had a drone.Ã¢â‚¬Â In her Facebook plea, Dame Yvonne appealed for tracker dogs but was told they would not go into the field as some dogs are allergic to the rape crop. Mr Mullen, 36, looked for Maisie with his drone and his seven-year-old daughter. He discovered the dog curled up on the ground after seeing a patch of trampled grass that gave away her location. The father of four said: Ã¢â‚¬Å"My daughter was obsessed with finding the dog. Ã¢â‚¬Å"It was about 8pm and we were losing the light. My daughter could hear the faintest bark, and then looking at the screen we spotted a section of the field which was trampled down. Ã¢â‚¬Å"It was brilliant to have a happy ending Ã¢â‚¬â€œ my daughter would have been devastated if we hadnÃ¢â‚¬â„¢t found her.Ã¢â‚¬Â</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