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Jan 2008"</w:t>
      </w:r>
      <w:r>
        <w:br/>
      </w:r>
      <w:r>
        <w:rPr>
          <w:b w:val="0"/>
          <w:i w:val="0"/>
        </w:rPr>
        <w:br/>
        <w:t>date_original: "11 Jan 2008"</w:t>
      </w:r>
      <w:r>
        <w:br/>
      </w:r>
      <w:r>
        <w:rPr>
          <w:b w:val="0"/>
          <w:i w:val="0"/>
        </w:rPr>
        <w:br/>
        <w:t>source_url: "https://www.ourdogs.co.uk/members/breednotes/2008/RetrieverLabrador/RetrieverLabrador-jan11.htm"</w:t>
      </w:r>
      <w:r>
        <w:br/>
      </w:r>
      <w:r>
        <w:rPr>
          <w:b w:val="0"/>
          <w:i w:val="0"/>
        </w:rPr>
        <w:br/>
        <w:t>archive_type: "static_html"</w:t>
      </w:r>
      <w:r>
        <w:br/>
      </w:r>
      <w:r>
        <w:rPr>
          <w:b w:val="0"/>
          <w:i w:val="0"/>
        </w:rPr>
        <w:br/>
        <w:t>scraped_at: "2026-09-13T22:04:46"</w:t>
      </w:r>
      <w:r>
        <w:br/>
      </w:r>
      <w:r>
        <w:rPr>
          <w:b w:val="0"/>
          <w:i w:val="0"/>
        </w:rPr>
        <w:br/>
        <w:t>word_count: 1501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so sorry to have to report the tragic death of Jane Gregory, Penadlake. She was no age at all, but, I understand, had a sudden, lethal brain haemorrage just a few days before Christmas. Kind and gentle, a nicer person you could not wish to meet. I think the shock of the news will astound her many friends and acquaintances. A quiet nature, she loved her dogs and had success with her Labradors in the show ring, winning two CCs with her black bitch, Lembas Guys Girl of Penadlake, (Ch Sandylands My Guy x Lembas Midnight at the Oasis). Another she did well with was the home-bred black dog, Penadlake Puffin Billy who won a RCC. I cannot believe she has gone. We send our heartfelt condolence to her husband and sons. Rest assured she will be fondly remembered by all who knew her.</w:t>
      </w:r>
    </w:p>
    <w:p>
      <w:r>
        <w:rPr>
          <w:b w:val="0"/>
          <w:i w:val="0"/>
        </w:rPr>
        <w:t>We are well into the new year now and it is time for my usual review of the results of the previous show season. Over the next few weeks I shall cover the details of the new champions, the CC winning Dogs, the CC winning bitches of 2007 and the Best Puppies.</w:t>
      </w:r>
    </w:p>
    <w:p>
      <w:r>
        <w:rPr>
          <w:b w:val="0"/>
          <w:i w:val="0"/>
        </w:rPr>
        <w:t>In 2006 there were 13 champions made up, 5 dogs and 8 Bitches; one chocolate, three blacks and 9 yellows. In 2007 there were 11 champions made up; two less than the previous year. They included 5 yellow dogs, 2 yellow bitches and 4 black bitches. Sadly there were no chocolates made up in 2007.</w:t>
      </w:r>
    </w:p>
    <w:p>
      <w:r>
        <w:rPr>
          <w:b w:val="0"/>
          <w:i w:val="0"/>
        </w:rPr>
        <w:t>This week I will deal with the Male Labrador Champions, listed in the order that they gained their titles in 2007, they were all yellow and are as follows:-</w:t>
      </w:r>
      <w:r>
        <w:br/>
      </w:r>
      <w:r>
        <w:rPr>
          <w:b w:val="0"/>
          <w:i w:val="0"/>
        </w:rPr>
        <w:br/>
        <w:t>Lorraine Tooths Sh Ch Ludalor Lunar Orbit JW (Sh Ch Amberstope Blue Moon ex Sh Ch Ludalor Lily) was made up, with Best of Breed on the day, at the May Scottish Kennel Club show at Ingleston near Edinburgh. The judge was Mrs Sandra Hibbert who was awarding CCs for the first time. Lunar Orbit is Lorraine’s third champion. He was the Top Labrador Puppy in 2005. He won his first CC under Arwyn Ellis at Southern Counties in 2006, his second CC at WELKS 2007 under Margaret Grant and his third at SKC 2007</w:t>
      </w:r>
    </w:p>
    <w:p>
      <w:r>
        <w:rPr>
          <w:b w:val="0"/>
          <w:i w:val="0"/>
        </w:rPr>
        <w:t>Next to be made up on a very hot day at Southern Counties under Per Iversen was Alison Scutchers 2 year old yellow dog Sh Ch Winsleywood Waterloo JW Sh CM (Ch, Int Ch. Carpenny Walpole x Nanairbra Country pride at Winsleywood) This seems to be the show where new champions are made up; the previous year 2006, also on another very hot day, Sussie Wiles made up her yellow bitch Sh Ch Richbourne Starlight; now, in 2007, it was the turn of Alison Scutcher to make up Sh Ch W. Waterloo JW Sh CM . He was from Alisons very first litter, which took three consecutive seasons to produce only 4, much treasured, puppies. Waterloo was the only dog in the litter. His first CC was awarded by Oonagh Gore, when he was 13 months old, at a wet, muddy Bath, in May 2006. This was followed by the CC &amp; BOB from Maxine Crocker-Williams twelve months later on another very wet day at the National Dog Show, Stafford, in May 2007. Thankfully the sun shone brightly for his third CC and BOB at Southern Counties 2007 and later when Waterloo, was shortlisted down to the last six in the Gundog Group under judge, Kari Jarvinen from Finland.</w:t>
      </w:r>
    </w:p>
    <w:p>
      <w:r>
        <w:rPr>
          <w:b w:val="0"/>
          <w:i w:val="0"/>
        </w:rPr>
        <w:t>The third male champion of 2007 was my own 3 year old yellow dog Sh Ch Llanstinan Buzby Bowstones JW (Llanstinan Marcus x Llanstinan Candy), line bred back to my dear pals, Ch B Carruthers and Sh Ch B Susanna. He was made up under Elise Nolan at Border Union, our first stopping off point on our 2007 Scottish summer holiday in the Highlands. What a perfect way to start a holiday! Buzby, bred by Lynda and Derek Miles, had a spectacular start to his show career, being Top Labrador Puppy in 2004, and qualifying for the Pup of the Year Finals in London, just as Ch B. Carruthers had done eight years previously. He won a RCC out of Puppy and also won several Pet Plan Junior Stakes. His first CC came from Junior at the Labrador Retriever Club of Wales under Maxine Crocker Williams. His second CC was awarded by Maureen Floyd judging at the West of England Labrador Club 2006 and his crowning third CC at Border Union 2007 under Elise Nolan. My dogs tend to be slower to mature than some, but once fully mature, tend to last into grand old age, (Ch B. Carruthers is still fit, handsome, mentally and physically sound and agile at approaching 13 years of age; still jumping fences he shouldn’t, and galloping across the fields each and every day). Before Buzby gained his 3rd CC and Sh Ch title, he won 7 RCCs, which included three RCCs at Labrador breed club championship shows -West of England Labrador Retriever Club 2005 (Chris Jury), East Anglian Labrador Retriever Club 2005 (Mr O’Donaghue) and the Labrador Retriever Club 2007 (John Crook). Now at just 4 years of age he has 3CCs and 9 RCCs. He is the sire of my dual RCC winning 2 year old black bitch, Bowstones Beattie.</w:t>
      </w:r>
    </w:p>
    <w:p>
      <w:r>
        <w:rPr>
          <w:b w:val="0"/>
          <w:i w:val="0"/>
        </w:rPr>
        <w:t>The fourth male champion to be made up was the Ellis family’s 3 year old yellow dog, Sh Ch Dolwen Thomas Charles (Trenow Lancelot x Bugeilydd Anna Marie of Dolwen). Another who matured quietly, he won his 3rd CC under Mrs Rosemary Hewitt at the City of Birmingham CA. He is the second yellow dog the Dolwen kennel has made up into a UK show champion. Sh Ch D.Thomas Charles won his first CC, plus BOB, under Janet Cole at the United Retriever Club Ch Show in August 2005 where he completed a splendid day by going Best in Show. His 2nd CC, also with BOB, was awarded by Vic Cole at the Yellow Labrador Club Ch show in September 2006 and his third CC one year later at Birmingham in September 2007.</w:t>
      </w:r>
    </w:p>
    <w:p>
      <w:r>
        <w:rPr>
          <w:b w:val="0"/>
          <w:i w:val="0"/>
        </w:rPr>
        <w:t>Jean and Gary Johnsons six year old yellow dog, Sh Ch Cremino Cobweb JW Sh Cm (Sh Ch Rocheby Whisky Mac x Sh Ch Cremino Corniche JW), was made up at Belfast in September 2007 under John Thirlwell and was the final male to be made up last year. Cobweb won his first CC under Mervyn Reynolds at Paignton 2005, his 2nd CC at Paignton 2006 under Murray Armstrong and his 3rd across the water under John Thirlwell in 2007. He is the second title-holder for Jean and Gary’s Cremino kennel.</w:t>
      </w:r>
    </w:p>
    <w:p>
      <w:r>
        <w:rPr>
          <w:b w:val="0"/>
          <w:i w:val="0"/>
        </w:rPr>
        <w:t>That concludes the new Labrador male champions of 2007. Next week it will be the turn of the bitches.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