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- 15/05/2020 - ISSUE"</w:t>
      </w:r>
      <w:r>
        <w:br/>
      </w:r>
      <w:r>
        <w:rPr>
          <w:b w:val="0"/>
          <w:i w:val="0"/>
        </w:rPr>
        <w:br/>
        <w:t>date_original: "15/05/2020 - ISSUE"</w:t>
      </w:r>
      <w:r>
        <w:br/>
      </w:r>
      <w:r>
        <w:rPr>
          <w:b w:val="0"/>
          <w:i w:val="0"/>
        </w:rPr>
        <w:br/>
        <w:t>source_url: "https://www.ourdogs.co.uk/members/breednotes/RetrieverLabradorMain.php"</w:t>
      </w:r>
      <w:r>
        <w:br/>
      </w:r>
      <w:r>
        <w:rPr>
          <w:b w:val="0"/>
          <w:i w:val="0"/>
        </w:rPr>
        <w:br/>
        <w:t>scraped_at: "2026-09-13T15:17:37"</w:t>
      </w:r>
      <w:r>
        <w:br/>
      </w:r>
      <w:r>
        <w:rPr>
          <w:b w:val="0"/>
          <w:i w:val="0"/>
        </w:rPr>
        <w:br/>
        <w:t>word_count: 1245</w:t>
      </w:r>
    </w:p>
    <w:p>
      <w:r>
        <w:t>――――――――――――――――――――――――――――――</w:t>
      </w:r>
    </w:p>
    <w:p>
      <w:r>
        <w:rPr>
          <w:b w:val="0"/>
          <w:i w:val="0"/>
        </w:rPr>
        <w:t>NEWS MEMBERS' AREA SHOP SUBSCRIBE UPCOMING SHOWS MORE</w:t>
      </w:r>
    </w:p>
    <w:p>
      <w:r>
        <w:rPr>
          <w:b w:val="0"/>
          <w:i w:val="0"/>
        </w:rPr>
        <w:t>RETRIEVER LABRADOR</w:t>
      </w:r>
    </w:p>
    <w:p>
      <w:r>
        <w:rPr>
          <w:b w:val="0"/>
          <w:i w:val="0"/>
        </w:rPr>
        <w:t>Issue: 15/05/2020</w:t>
      </w:r>
    </w:p>
    <w:p>
      <w:r>
        <w:rPr>
          <w:b w:val="0"/>
          <w:i w:val="0"/>
        </w:rPr>
        <w:t>Whilst getting well settled into lockdown isolation, I was surprised to hear that there was a Bank Holiday and the country, already at a standstill would be even further shut down. Expecting that copy would probably be needed beforehand, I briefly put pen  to paper, or rather fat finger to screen, in which case as iPad users know full well, the Ipad makes up its own mind what it wants to write and the letters it chooses to use half the time by pretending I hit the wrong key with my large fingers that have had a lifetime of animal care rather than dainty book keeping!</w:t>
      </w:r>
    </w:p>
    <w:p>
      <w:r>
        <w:rPr>
          <w:b w:val="0"/>
          <w:i w:val="0"/>
        </w:rPr>
        <w:t xml:space="preserve">Life here with dogs remains pretty unchanged, the only exception being just one walk a day allowed at the moment and the choice of which of the dogs will get that days walk. </w:t>
      </w:r>
    </w:p>
    <w:p>
      <w:r>
        <w:rPr>
          <w:b w:val="0"/>
          <w:i w:val="0"/>
        </w:rPr>
        <w:t>As two bitches have conveniently come in season, the selection is slightly reduced. I had intended to mate them, but the coronavirus situation and the uncertainties therein have made me think twice. I breed to show dogs that I also like looking at through the kitchen window, 365 days of the year, not to supply a market or for financial gain. I shall therefore wait for more certain, happier times.</w:t>
      </w:r>
    </w:p>
    <w:p>
      <w:r>
        <w:rPr>
          <w:b w:val="0"/>
          <w:i w:val="0"/>
        </w:rPr>
        <w:t>Like most breeders, I am getting ten or more phone calls and messages every single day for puppies. Those pups in the UK that were born during the crisis have already been spoken for and few bitches are being mated unless the stud is on the premises, especially as travel by vehicle has been forbidden for the past six weeks. The few unsold pups appear to command any price if the seller is unconcerned about the home.</w:t>
      </w:r>
    </w:p>
    <w:p>
      <w:r>
        <w:rPr>
          <w:b w:val="0"/>
          <w:i w:val="0"/>
        </w:rPr>
        <w:t xml:space="preserve">I have seen prices of Ã‚Â£2000 plus, quoted online for unregistered Labrador  puppies, with presumably no health records. I expect some of the desperate phonecallers will be tempted. </w:t>
      </w:r>
    </w:p>
    <w:p>
      <w:r>
        <w:rPr>
          <w:b w:val="0"/>
          <w:i w:val="0"/>
        </w:rPr>
        <w:t xml:space="preserve">A great thrill for the Douglas family from Belfast, their yellow Labrador dog, Trooper with, for this Breed Note writer, the tricky name of  Sh Ch Talard Cee Three Pee Oh has been nominated in the Irish Canine Press competition for Dog of the Decade. Do go online and vote for him. </w:t>
      </w:r>
    </w:p>
    <w:p>
      <w:r>
        <w:rPr>
          <w:b w:val="0"/>
          <w:i w:val="0"/>
        </w:rPr>
        <w:t>Alec Douglas writes:- Proud to say super Trooper has been nominated for Dog of the Decade, he is our first home bred Labrador to make dual show champions of Ireland and the UK. He was an IKC champion at 16 months, became a UK Champion on his 2nd birthday,</w:t>
      </w:r>
    </w:p>
    <w:p>
      <w:r>
        <w:rPr>
          <w:b w:val="0"/>
          <w:i w:val="0"/>
        </w:rPr>
        <w:t xml:space="preserve">No2 all breeds on the ICP/Gain Top Dog Leaderboard 2019, Northern Ireland Show Dog Of The Year 2019, multiple group winner at all IKC breed championship shows, All Breed BEST IN SHOW winner at IKC all breed championship show, </w:t>
      </w:r>
    </w:p>
    <w:p>
      <w:r>
        <w:rPr>
          <w:b w:val="0"/>
          <w:i w:val="0"/>
        </w:rPr>
        <w:t xml:space="preserve">Reserve Best in show winner at IKC all breed championship show and Best in Show at groups 7&amp;8 variety championship showÃ¢â‚¬Â </w:t>
      </w:r>
    </w:p>
    <w:p>
      <w:r>
        <w:rPr>
          <w:b w:val="0"/>
          <w:i w:val="0"/>
        </w:rPr>
        <w:t>What an impressive tally. Very well done!</w:t>
      </w:r>
    </w:p>
    <w:p>
      <w:r>
        <w:rPr>
          <w:b w:val="0"/>
          <w:i w:val="0"/>
        </w:rPr>
        <w:t>Four legged Mr Pepys has been busy keeping his daily diary and thanks to his scribe Tony Jury, Here is the latest edition.</w:t>
      </w:r>
    </w:p>
    <w:p>
      <w:r>
        <w:rPr>
          <w:b w:val="0"/>
          <w:i w:val="0"/>
        </w:rPr>
        <w:t>The Occasional Diary of Mr Pepys</w:t>
      </w:r>
    </w:p>
    <w:p>
      <w:r>
        <w:rPr>
          <w:b w:val="0"/>
          <w:i w:val="0"/>
        </w:rPr>
        <w:t xml:space="preserve">Friday, 1st day of May 1655 (or thereabouts.) </w:t>
      </w:r>
    </w:p>
    <w:p>
      <w:r>
        <w:rPr>
          <w:b w:val="0"/>
          <w:i w:val="0"/>
        </w:rPr>
        <w:t>p.iii</w:t>
      </w:r>
    </w:p>
    <w:p>
      <w:r>
        <w:rPr>
          <w:b w:val="0"/>
          <w:i w:val="0"/>
        </w:rPr>
        <w:t xml:space="preserve">Lustily, we did rise at six, my Master, my Mistress and I, (Pepys, the Labrador, yet to be officially recognised, FYI) seduced by the saucy sun falling hotly upon the counterpane. That same downy duvet I had secretly stolen from the marital bed as a prevention against the cold tiles of the floor in the great kitchen. Such chilling, if allowed for any length of time doth cause irritating contusions of the elbow - the raising of eyebrows at the ring-side - and murmurings of mangy ecchymosis. </w:t>
      </w:r>
    </w:p>
    <w:p>
      <w:r>
        <w:rPr>
          <w:b w:val="0"/>
          <w:i w:val="0"/>
        </w:rPr>
        <w:t xml:space="preserve">My Mistress is irritable. Ã¢â‚¬ËœDo hurry along! Pepys. Shift! I do say!Ã¢â‚¬â„¢ There is nary a soul to be seen. The sighing city suffers in silence for there is a dearth of news of the pestilence. Our Sisters of Mercy have moved to the Metropolis. The twice-weekly mail coach requires modification, extra distancing between driver and postilion must be facilitated. This will cause the latterÃ¢â‚¬â„¢s calves to dangle dangerously between the wheels, my Master cautions. We shall surely lose him from the stirrups as he humps the bridge before the Manor House.   </w:t>
      </w:r>
    </w:p>
    <w:p>
      <w:r>
        <w:rPr>
          <w:b w:val="0"/>
          <w:i w:val="0"/>
        </w:rPr>
        <w:t xml:space="preserve">A paddock looks inviting. Pensively, I pee against the iron rail, but my thoughts are elsewhere. There is not a trace of the alchemy wrought by Coco and Nina; no redolence of Retriever, neither a sprinkle of Sprocker nor a pinch of Poodle. Where have all the flowers gone, I question? (q. v. Donovan. FYI) </w:t>
      </w:r>
    </w:p>
    <w:p>
      <w:r>
        <w:rPr>
          <w:b w:val="0"/>
          <w:i w:val="0"/>
        </w:rPr>
        <w:t xml:space="preserve">Yesterday, being the last day of April and a Thursday to boot, there should have been preparations for tomorrowÃ¢â‚¬â„¢s festivities. May Day, the first of the month. Jinks and jollity. The Mayor had planned much prancing and pole dancing and lap, er, lapping of the village greens. Followed by frantic frequent fertile festivities felicitating fecundity. (xx Ed!) But, sorrow! All this must now be eschewed and distancing shall be discrete. </w:t>
      </w:r>
    </w:p>
    <w:p>
      <w:r>
        <w:rPr>
          <w:b w:val="0"/>
          <w:i w:val="0"/>
        </w:rPr>
        <w:t>So, that day, in the cool of a supper-filled eve we did venture high upon the hill above the town, following the stony gravel path. Wearily, we rested on a tufty tussock in far sight of the great flag-staffs that did warn of the Spanish Armada some five score years past. And a fine victory that did warm the cold heart of our Virgin Queen in a time of confliction and dire dichotomy. As the Gazette reported: Ã¢â‚¬ËœTis a mercy our valiant hero Sir Francis Drake (a first class bowler in his time) did vanquish those Iberian Argonauts, Captain Reina and the Fearsome Fabregas. Albeit, with the prescient assistance of a torrid tempest winging in from the Azores.</w:t>
      </w:r>
    </w:p>
    <w:p>
      <w:r>
        <w:rPr>
          <w:b w:val="0"/>
          <w:i w:val="0"/>
        </w:rPr>
        <w:t xml:space="preserve">Ã¢â‚¬ËœBut, what is that hullabaloo I do hear, upon the effluent breeze?Ã¢â‚¬â„¢ quoth my Master, cocking his ear. Ã¢â‚¬ËœFor it is but eight of the clock on a Thursday and there is no Anton Deck before ten.Ã¢â‚¬â„¢ By happenstance, there rose upon the air the sound of bells. Followed by a heartfelt clapping and cheering and the stamping of hob-nailed boots and the clattering of pans (and the waving of woks Ã¢â‚¬â€œ this being a most modern town!) The adulation became tumultuous and highly harmonious, hammering the hillsides all the whileÃ¢â‚¬Â¦. </w:t>
      </w:r>
    </w:p>
    <w:p>
      <w:r>
        <w:rPr>
          <w:b w:val="0"/>
          <w:i w:val="0"/>
        </w:rPr>
        <w:t>Ã¢â‚¬ËœHold hard, Pepys,Ã¢â‚¬â„¢ commanded my Master. Then a silence fell. Only to be broken by the sound of mellifluous birdsong. A haunting sound upon the air.</w:t>
      </w:r>
    </w:p>
    <w:p>
      <w:r>
        <w:rPr>
          <w:b w:val="0"/>
          <w:i w:val="0"/>
        </w:rPr>
        <w:t>Ã¢â‚¬ËœDear Lord,Ã¢â‚¬â„¢ quoth my Master to his spouse. Ã¢â‚¬ËœWhat a fine commotion. Now, is that the sound of a Nightingale, I do hear?Ã¢â‚¬â„¢</w:t>
      </w:r>
    </w:p>
    <w:p>
      <w:r>
        <w:rPr>
          <w:b w:val="0"/>
          <w:i w:val="0"/>
        </w:rPr>
        <w:t>Thank you Mr Pepys, your diary is causing much merriment during these endless lockdown days.</w:t>
      </w:r>
    </w:p>
    <w:p>
      <w:r>
        <w:rPr>
          <w:b w:val="0"/>
          <w:i w:val="0"/>
        </w:rPr>
        <w:t xml:space="preserve">Ann Britton </w:t>
      </w:r>
    </w:p>
    <w:p>
      <w:r>
        <w:rPr>
          <w:b w:val="0"/>
          <w:i w:val="0"/>
        </w:rPr>
        <w:t>bowstones@btintternet.com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