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- 14/06/2019 - ISSUE"</w:t>
      </w:r>
      <w:r>
        <w:br/>
      </w:r>
      <w:r>
        <w:rPr>
          <w:b w:val="0"/>
          <w:i w:val="0"/>
        </w:rPr>
        <w:br/>
        <w:t>date_original: "14/06/2019 - ISSUE"</w:t>
      </w:r>
      <w:r>
        <w:br/>
      </w:r>
      <w:r>
        <w:rPr>
          <w:b w:val="0"/>
          <w:i w:val="0"/>
        </w:rPr>
        <w:br/>
        <w:t>source_url: "https://www.ourdogs.co.uk/members/breednotes/RetrieverLabradorMain.php"</w:t>
      </w:r>
      <w:r>
        <w:br/>
      </w:r>
      <w:r>
        <w:rPr>
          <w:b w:val="0"/>
          <w:i w:val="0"/>
        </w:rPr>
        <w:br/>
        <w:t>scraped_at: "2026-09-13T15:20:08"</w:t>
      </w:r>
      <w:r>
        <w:br/>
      </w:r>
      <w:r>
        <w:rPr>
          <w:b w:val="0"/>
          <w:i w:val="0"/>
        </w:rPr>
        <w:br/>
        <w:t>word_count: 1334</w:t>
      </w:r>
    </w:p>
    <w:p>
      <w:r>
        <w:t>――――――――――――――――――――――――――――――</w:t>
      </w:r>
    </w:p>
    <w:p>
      <w:r>
        <w:rPr>
          <w:b w:val="0"/>
          <w:i w:val="0"/>
        </w:rPr>
        <w:t>NEWS MEMBERS' AREA SHOP SUBSCRIBE UPCOMING SHOWS MORE</w:t>
      </w:r>
    </w:p>
    <w:p>
      <w:r>
        <w:rPr>
          <w:b w:val="0"/>
          <w:i w:val="0"/>
        </w:rPr>
        <w:t>RETRIEVER LABRADOR</w:t>
      </w:r>
    </w:p>
    <w:p>
      <w:r>
        <w:rPr>
          <w:b w:val="0"/>
          <w:i w:val="0"/>
        </w:rPr>
        <w:t>Issue: 14/06/2019</w:t>
      </w:r>
    </w:p>
    <w:p>
      <w:r>
        <w:rPr>
          <w:b w:val="0"/>
          <w:i w:val="0"/>
        </w:rPr>
        <w:t>I have been asked by Brian Lowes son David, to let friends know that his father, Brian Lowe, longstanding successful Labrador exhibitor, judge and breeder of champion Raybooth Labradors sadly passed away in hospital on Wednesday 5th June. His funeral will be held on 19th June at Barnsley Crematorium at 1.30pm.</w:t>
      </w:r>
    </w:p>
    <w:p>
      <w:r>
        <w:rPr>
          <w:b w:val="0"/>
          <w:i w:val="0"/>
        </w:rPr>
        <w:t>A true proud loyal friend, a Yorkshireman who did not suffer fools gladly, Brian kept in touch with his many Labrador pals by phone once he had stopped showing, right to the very end. Brian who was 84, will be remembered for his kindness, practicality and straight talking common sense and  decency.</w:t>
      </w:r>
    </w:p>
    <w:p>
      <w:r>
        <w:rPr>
          <w:b w:val="0"/>
          <w:i w:val="0"/>
        </w:rPr>
        <w:t>I recall, hopefully correctly, him telling me he was a Bevan Boy going to work down the coal mines as a very young lad. Imagine that these days. Later he had a mobile grocery and dog food supply business. He was a loyal supporter of Barnsley Football club, but above all he loved breeding and showing his top quality Labradors. You will find Raybooth sires behind many of the top winning dogs  of the 1970s onwards.</w:t>
      </w:r>
    </w:p>
    <w:p>
      <w:r>
        <w:rPr>
          <w:b w:val="0"/>
          <w:i w:val="0"/>
        </w:rPr>
        <w:t>In most recent years, he diligently cared for and eventually lost to dementia in a nursing home, his dear, long time partner, Iris. Last year, Brian became unwell and had been receiving hospital treatment for cancer. Following a recent operation, he returned home but once home, regretfully sustained a fall from which he was never to recover.</w:t>
      </w:r>
    </w:p>
    <w:p>
      <w:r>
        <w:rPr>
          <w:b w:val="0"/>
          <w:i w:val="0"/>
        </w:rPr>
        <w:t>From your many friends in the Labrador showing world, you will be sadly missed Brian, but never forgotten. Rest in Peace. Hopefully you are now putting the dog show world right from above with your old pal Vic Cole who also passed away just a few weeks ago.</w:t>
      </w:r>
    </w:p>
    <w:p>
      <w:r>
        <w:rPr>
          <w:b w:val="0"/>
          <w:i w:val="0"/>
        </w:rPr>
        <w:t>Well done Sussie Kennett (Magnavalleys) who had a fabulous day at Royal Cornwall show with her dogs ,Gertie, Louis, Finn and Florence, topped by her black dog, Magnavalleys Cornishman going BOB, Group 1 &amp; then coming Reserve Best In Show .</w:t>
      </w:r>
    </w:p>
    <w:p>
      <w:r>
        <w:rPr>
          <w:b w:val="0"/>
          <w:i w:val="0"/>
        </w:rPr>
        <w:t>A reminder that MIDLAND COUNTIES LRC are holding a Judges Breed Education Day on Sunday 21st July 2019 at the home of Michael and Judi Neachell, Wellfield House, Alrewas, Burton on Trent.</w:t>
      </w:r>
    </w:p>
    <w:p>
      <w:r>
        <w:rPr>
          <w:b w:val="0"/>
          <w:i w:val="0"/>
        </w:rPr>
        <w:t>The education day will be aimed at aspiring judges and those already judging who wish to further their knowledge of the Labrador breed</w:t>
      </w:r>
    </w:p>
    <w:p>
      <w:r>
        <w:rPr>
          <w:b w:val="0"/>
          <w:i w:val="0"/>
        </w:rPr>
        <w:t>Various lectures and hands-on education will be presented by established championship show judges</w:t>
      </w:r>
    </w:p>
    <w:p>
      <w:r>
        <w:rPr>
          <w:b w:val="0"/>
          <w:i w:val="0"/>
        </w:rPr>
        <w:t>Further details to follow, however, places are limited at Ã‚Â£25 (including refreshments). To express an interest please contact Christine Bailiss - tissalian@btinternet.com</w:t>
      </w:r>
    </w:p>
    <w:p>
      <w:r>
        <w:rPr>
          <w:b w:val="0"/>
          <w:i w:val="0"/>
        </w:rPr>
        <w:t xml:space="preserve">It appears increasingly difficult to find acceptable dog show venues these days. The committee of the Labrador Retriever Club tried out a new more northerly venue for their Championship show this year moving the main parent club show from the central Midlands to a very smart, well equipped equestrian centre near Newark, Notts, which seemed to prove popular with exhibitors who attended, especially those coming from Scotland, the North, North Midlands and East Anglia. </w:t>
      </w:r>
    </w:p>
    <w:p>
      <w:r>
        <w:rPr>
          <w:b w:val="0"/>
          <w:i w:val="0"/>
        </w:rPr>
        <w:t>Sadly,  being way out of the central area, adding extra driving time onto an already long journey for club Members and exhibitors from the south and west and Wales, it seems to have been considered just too far away for most of the well established kennels from those areas to even consider entering, which appears to have possibly affected the final entry number. I gather this was only around 211 dogs and bitches entered in all the classes; far lower than usual for this prestigious show when further south.</w:t>
      </w:r>
    </w:p>
    <w:p>
      <w:r>
        <w:rPr>
          <w:b w:val="0"/>
          <w:i w:val="0"/>
        </w:rPr>
        <w:t>From those who did get there, facilities sounded excellent throughout with, in typical Labrador owners judgement, the quality of the all day cuisine appearing to come way out on top!</w:t>
      </w:r>
    </w:p>
    <w:p>
      <w:r>
        <w:rPr>
          <w:b w:val="0"/>
          <w:i w:val="0"/>
        </w:rPr>
        <w:t>It was a day of horrid wet weather and I understand had it not been pouring with rain, judging would have taken place outside in the level mown grass rings. As it was there was plenty of praise; the  only minus point on a vile wet day was that damp dogs collected brown dust from the equestrian flooring in their coats which took some careful removal over the following days, but all in all, comments of those attending were favourable despite the weather.</w:t>
      </w:r>
    </w:p>
    <w:p>
      <w:r>
        <w:rPr>
          <w:b w:val="0"/>
          <w:i w:val="0"/>
        </w:rPr>
        <w:t>Time will tell if this proves the right venue for Members of the parent club. However, spare a thought for long suffering Secretary, Karl Gawthorpe and the committee who have an almost impossible task, doing their very best, trying to raise the standard of the venue offered for their main show, but in the process, putting the event much further north, away from the central area of the country. However, where else is there other than the KC Building at Stoneleigh or Malvern? Perhaps we should do Crowd Funding or maybe find a generous benefactor?</w:t>
      </w:r>
    </w:p>
    <w:p>
      <w:r>
        <w:rPr>
          <w:b w:val="0"/>
          <w:i w:val="0"/>
        </w:rPr>
        <w:t xml:space="preserve">has noticeably become the norm, since last year the entry of male Labradors has become minimal, lower classes often have just one, two or three entered in them and in my opinion, having organised large four day championship shows all my life, I wonder, do the low numbers still justify two judges? There were 72 males at Southern Counties, 61 at Bath and 62 at Three Counties. </w:t>
      </w:r>
    </w:p>
    <w:p>
      <w:r>
        <w:rPr>
          <w:b w:val="0"/>
          <w:i w:val="0"/>
        </w:rPr>
        <w:t>At the Lab Club there were 65 dogs entered for Lorraine Tooth to judge, with absentees included thatÃ¢â‚¬â„¢s  a total judging time of under a couple of hours only, whilst there were 146 Bitches for Caron Morton. Those numbers together are easily within the capabilities of one experienced judge and exhibitors could more conveniently time their arrival accordingly.</w:t>
      </w:r>
    </w:p>
    <w:p>
      <w:r>
        <w:rPr>
          <w:b w:val="0"/>
          <w:i w:val="0"/>
        </w:rPr>
        <w:t xml:space="preserve">The winners were </w:t>
      </w:r>
    </w:p>
    <w:p>
      <w:r>
        <w:rPr>
          <w:b w:val="0"/>
          <w:i w:val="0"/>
        </w:rPr>
        <w:t>Dog CC Christine BailissÃ¢â‚¬â„¢s yellow Sh Ch Tissalian Hi Jack.</w:t>
      </w:r>
    </w:p>
    <w:p>
      <w:r>
        <w:rPr>
          <w:b w:val="0"/>
          <w:i w:val="0"/>
        </w:rPr>
        <w:t xml:space="preserve">Dog RCC Clare LoganÃ¢â‚¬â„¢s black Madgack Mulberry Minocqua to whom I gave his first CC in 2018. </w:t>
      </w:r>
    </w:p>
    <w:p>
      <w:r>
        <w:rPr>
          <w:b w:val="0"/>
          <w:i w:val="0"/>
        </w:rPr>
        <w:t>Bitch CC and Best of Breed Maxine Woodleys black Sh Ch A Sense of Pleasures Ylvi Alkamhurst</w:t>
      </w:r>
    </w:p>
    <w:p>
      <w:r>
        <w:rPr>
          <w:b w:val="0"/>
          <w:i w:val="0"/>
        </w:rPr>
        <w:t>Bitch RCC the Hodges Sh Ch Naiken Dance Rhythm Ir Jun CH</w:t>
      </w:r>
    </w:p>
    <w:p>
      <w:r>
        <w:rPr>
          <w:b w:val="0"/>
          <w:i w:val="0"/>
        </w:rPr>
        <w:t>Best Veteran Maxine Woodleys Sh Ch Secret Moment at Alkhamhurst</w:t>
      </w:r>
    </w:p>
    <w:p>
      <w:r>
        <w:rPr>
          <w:b w:val="0"/>
          <w:i w:val="0"/>
        </w:rPr>
        <w:t>Best Puppy was Caroline CampbellÃ¢â‚¬â„¢s yellow dog Binnaig Benavie</w:t>
      </w:r>
    </w:p>
    <w:p>
      <w:r>
        <w:rPr>
          <w:b w:val="0"/>
          <w:i w:val="0"/>
        </w:rPr>
        <w:t>The following day it was Gundog Day at Three Counties Dog Show at Malvern where our own David Coode is Dog Show Chairman of the four day event which had drawn a total entry of 7183 dogs, of which included in this figure were1803 Gundogs. The judge was Maureen Rees judging at this level for the first time. There was an entry of 168. Initially judging was outside in the grassy ring during the warm, sunny morning, after which the heavy rain set in at lunchtime and we repaired to a super sized ring indoors.</w:t>
      </w:r>
    </w:p>
    <w:p>
      <w:r>
        <w:rPr>
          <w:b w:val="0"/>
          <w:i w:val="0"/>
        </w:rPr>
        <w:t>MaureenÃ¢â‚¬â„¢s all yellow top winners were a first Dog CC and Best of Breed for Gary and Jean JohnsonÃ¢â‚¬â„¢s yellow Cremino Chilly Pepper ShCM (Trendlewood Snowman JW x  Cremino Cobnut) after 3 RCCs.</w:t>
      </w:r>
    </w:p>
    <w:p>
      <w:r>
        <w:rPr>
          <w:b w:val="0"/>
          <w:i w:val="0"/>
        </w:rPr>
        <w:t>The Dog RCC winner was Stephanie Hodgkiss yellow, winner of the RCC at Crufts 2019, Dinnozo Top Notch Alfie (Sh Ch Rocheby Horn Blower x Bowstones Sunshine Rosie)</w:t>
      </w:r>
    </w:p>
    <w:p>
      <w:r>
        <w:rPr>
          <w:b w:val="0"/>
          <w:i w:val="0"/>
        </w:rPr>
        <w:t>The Bitch CC went to the Rawlinson and Balshaw families 4year old Shanorrell  Socialite at Halshimoor. (Devonshires London Edition x Sh Ch Shanorrell Splendour at Galshimoor ) winning her 2nd CC, whilst the Bitch RCC winner was Judith Charltons yellow Foxrush Oops a Daisy (Sh Ch Rocheby Old Punch x Sh Ch Foxrush Remember the Time)</w:t>
      </w:r>
    </w:p>
    <w:p>
      <w:r>
        <w:rPr>
          <w:b w:val="0"/>
          <w:i w:val="0"/>
        </w:rPr>
        <w:t>Best Puppy was Stephanie Perkins yellow dog Carromer Teguila (Rocheby Town Cryer x Carromer Shimmering Silk).</w:t>
      </w:r>
    </w:p>
    <w:p>
      <w:r>
        <w:rPr>
          <w:b w:val="0"/>
          <w:i w:val="0"/>
        </w:rPr>
        <w:t xml:space="preserve">Ann Britton </w:t>
      </w:r>
    </w:p>
    <w:p>
      <w:r>
        <w:rPr>
          <w:b w:val="0"/>
          <w:i w:val="0"/>
        </w:rPr>
        <w:t xml:space="preserve">01989720665 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