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- 27/08/2021 - ISSUE"</w:t>
      </w:r>
      <w:r>
        <w:br/>
      </w:r>
      <w:r>
        <w:rPr>
          <w:b w:val="0"/>
          <w:i w:val="0"/>
        </w:rPr>
        <w:br/>
        <w:t>date_original: "27/08/2021 - ISSUE"</w:t>
      </w:r>
      <w:r>
        <w:br/>
      </w:r>
      <w:r>
        <w:rPr>
          <w:b w:val="0"/>
          <w:i w:val="0"/>
        </w:rPr>
        <w:br/>
        <w:t>source_url: "https://www.ourdogs.co.uk/members/breednotes/RetrieverLabradorMain.php"</w:t>
      </w:r>
      <w:r>
        <w:br/>
      </w:r>
      <w:r>
        <w:rPr>
          <w:b w:val="0"/>
          <w:i w:val="0"/>
        </w:rPr>
        <w:br/>
        <w:t>scraped_at: "2026-09-13T15:14:12"</w:t>
      </w:r>
      <w:r>
        <w:br/>
      </w:r>
      <w:r>
        <w:rPr>
          <w:b w:val="0"/>
          <w:i w:val="0"/>
        </w:rPr>
        <w:br/>
        <w:t>word_count: 793</w:t>
      </w:r>
    </w:p>
    <w:p>
      <w:r>
        <w:t>――――――――――――――――――――――――――――――</w:t>
      </w:r>
    </w:p>
    <w:p>
      <w:r>
        <w:rPr>
          <w:b w:val="0"/>
          <w:i w:val="0"/>
        </w:rPr>
        <w:t>NEWS MEMBERS' AREA SHOP SUBSCRIBE UPCOMING SHOWS MORE</w:t>
      </w:r>
    </w:p>
    <w:p>
      <w:r>
        <w:rPr>
          <w:b w:val="0"/>
          <w:i w:val="0"/>
        </w:rPr>
        <w:t>RETRIEVER LABRADOR</w:t>
      </w:r>
    </w:p>
    <w:p>
      <w:r>
        <w:rPr>
          <w:b w:val="0"/>
          <w:i w:val="0"/>
        </w:rPr>
        <w:t>Issue: 27/08/2021</w:t>
      </w:r>
    </w:p>
    <w:p>
      <w:r>
        <w:rPr>
          <w:b w:val="0"/>
          <w:i w:val="0"/>
        </w:rPr>
        <w:t>Results from a wet Blackpool on Saturday 21st August under judge Jane Eyeington. DCC &amp; BOB, Ch/Ir Sh Ch Talard Cee Three Pee Ohh (Mr A, Mrs L &amp; Miss T Douglas), RDCC Naiken Elite Envoy (Ai) Jw Ir Jun Ch (Mr &amp; Mrs A R V &amp; Miss R Hodge), BCC Naiken Carinsia (Mr &amp; Mrs A R V &amp; Miss R Hodge) winning her third CC on the day, RBCC Likav Academic At Sharouns (Mr S Williamson), BP Lapema Masquerade At Sandylands (Mr E &amp; Mrs E Casey &amp; Jayes), BV Lougin Secret Spy At Sundyke JW (Miss C Wood), BJ Balladoole Captain Tom (Miss K Druggan).</w:t>
      </w:r>
    </w:p>
    <w:p>
      <w:r>
        <w:rPr>
          <w:b w:val="0"/>
          <w:i w:val="0"/>
        </w:rPr>
        <w:t xml:space="preserve">Additional results from Bournemouth Ch Show. Puppy Group 2 under Patsy Hollings was Erica Jayes and Ed CaseyÃ¢â‚¬â„¢s Labrador bitch Lapema Masquerade at Sandylands. </w:t>
      </w:r>
    </w:p>
    <w:p>
      <w:r>
        <w:rPr>
          <w:b w:val="0"/>
          <w:i w:val="0"/>
        </w:rPr>
        <w:t xml:space="preserve">Alison Scutcher posted interesting and possibly helpful remedy for ongoing ear problems. She wrote, Ã¢â‚¬Å"So many know Rosie (one of her much adored Labradors) has ongoing ear issues. She had one ear canal removed surgically and the other ear has  the same problem. At 12 years old I felt she was too old for the surgery so we opted for management. That management has involved varying different regimes. </w:t>
      </w:r>
    </w:p>
    <w:p>
      <w:r>
        <w:rPr>
          <w:b w:val="0"/>
          <w:i w:val="0"/>
        </w:rPr>
        <w:t xml:space="preserve">Ã¢â‚¬Å"It was quite funny as during a chance conversation at East of England with the onsite vet, she mentioned using a steroid eye drop for ear maintenance. </w:t>
      </w:r>
    </w:p>
    <w:p>
      <w:r>
        <w:rPr>
          <w:b w:val="0"/>
          <w:i w:val="0"/>
        </w:rPr>
        <w:t>Ã¢â‚¬Å"I went straight to my vet who happily gave me some eye drops. Just been to have the ear checked and itÃ¢â‚¬â„¢s working, the internal ear is clear for the first time in well, forever, two drops every two days....its magic.Ã¢â‚¬Â</w:t>
      </w:r>
    </w:p>
    <w:p>
      <w:r>
        <w:rPr>
          <w:b w:val="0"/>
          <w:i w:val="0"/>
        </w:rPr>
        <w:t>I hope AlisonÃ¢â‚¬â„¢s account is helpful to others whose dogs have similar problems.</w:t>
      </w:r>
    </w:p>
    <w:p>
      <w:r>
        <w:rPr>
          <w:b w:val="0"/>
          <w:i w:val="0"/>
        </w:rPr>
        <w:t>Perhaps itÃ¢â‚¬â„¢s April 1st, but no, itÃ¢â‚¬â„¢s August! Of all the barmy adverts IÃ¢â‚¬â„¢ve seen online on Amazon one came up, complete with working illustration, of a silicone tail clip and suspended bag that collects pooh as it is hatched. The advert reads, Ã¢â‚¬Å"TheÃ¢â‚¬Â¦Ã¢â‚¬Â¦. (name removed), is a silicone tail clip with an attached bag that fits right under your dogÃ¢â‚¬â„¢s bum. While this design works for tailed dogs, for dogs without tailsÃ¢â‚¬â€like Boston TerriersÃ¢â‚¬â€itÃ¢â‚¬â„¢s a no-go.</w:t>
      </w:r>
    </w:p>
    <w:p>
      <w:r>
        <w:rPr>
          <w:b w:val="0"/>
          <w:i w:val="0"/>
        </w:rPr>
        <w:t>For dogs with tails, once clipped on the tail,  the dog poops into the bag and the business can be easily detached and disposed of from there. Our reviewer noted it seems to send a strong signal to dogs who use it; as soon as she clipped it on, her dog immediately pooped in it. What we like about it. Hands-free design. Small and portableÃ¢â‚¬Â Can you imagine a Labrador putting up with that?</w:t>
      </w:r>
    </w:p>
    <w:p>
      <w:r>
        <w:rPr>
          <w:b w:val="0"/>
          <w:i w:val="0"/>
        </w:rPr>
        <w:t xml:space="preserve">I popped into the busy Labrador Club of Wales championship show on a sunny 22nd August 2021, held indoors at the splendid Forest Oak Farm, Perlieu, Lydney, Gloucestershire. Situated near Chepstow, it has to be one of the very best, if not The very best venue for miles around. Easy access off the A48, parking adjacent to the building, carpeted, well lit indoor rings, grass outdoor ring space, safely enclosed dog exercise area and wide open spaces to exercise dogs plus plenty of local accommodation for those attending from afar. </w:t>
      </w:r>
    </w:p>
    <w:p>
      <w:r>
        <w:rPr>
          <w:b w:val="0"/>
          <w:i w:val="0"/>
        </w:rPr>
        <w:t xml:space="preserve">Well done Secretary Margaret Barker and her team for securing this top class venue. Not showing, as dogs have all dropped their coats,  I could only stay a short time and left well before the CCs were awarded, but it was lovely seeing everyone, including Richard Edwards up and about again after his  operation and Margaret Litherland sporting a brand new hip. I  enjoyed  catching up with news from the past eighteen months, over the period when there were no dog shows. Results of the Lab Club of Wales Ch show  will appear next week although, jumping the gun,  I did hear Sh Ch Ramsayville Tali added a 5th CC to her collection and went  Best in Show under judges Christine Bailiss and Leigh Lesley. Well done.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