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- 03/03/2017 - ISSUE"</w:t>
      </w:r>
      <w:r>
        <w:br/>
      </w:r>
      <w:r>
        <w:rPr>
          <w:b w:val="0"/>
          <w:i w:val="0"/>
        </w:rPr>
        <w:br/>
        <w:t>date_original: "03/03/2017 - ISSUE"</w:t>
      </w:r>
      <w:r>
        <w:br/>
      </w:r>
      <w:r>
        <w:rPr>
          <w:b w:val="0"/>
          <w:i w:val="0"/>
        </w:rPr>
        <w:br/>
        <w:t>source_url: "https://www.ourdogs.co.uk/members/breednotes/RetrieverLabradorMain.php"</w:t>
      </w:r>
      <w:r>
        <w:br/>
      </w:r>
      <w:r>
        <w:rPr>
          <w:b w:val="0"/>
          <w:i w:val="0"/>
        </w:rPr>
        <w:br/>
        <w:t>scraped_at: "2026-09-13T15:26:38"</w:t>
      </w:r>
      <w:r>
        <w:br/>
      </w:r>
      <w:r>
        <w:rPr>
          <w:b w:val="0"/>
          <w:i w:val="0"/>
        </w:rPr>
        <w:br/>
        <w:t>word_count: 879</w:t>
      </w:r>
    </w:p>
    <w:p>
      <w:r>
        <w:t>――――――――――――――――――――――――――――――</w:t>
      </w:r>
    </w:p>
    <w:p>
      <w:r>
        <w:rPr>
          <w:b w:val="0"/>
          <w:i w:val="0"/>
        </w:rPr>
        <w:t>NEWS MEMBERS' AREA SHOP SUBSCRIBE UPCOMING SHOWS MORE</w:t>
      </w:r>
    </w:p>
    <w:p>
      <w:r>
        <w:rPr>
          <w:b w:val="0"/>
          <w:i w:val="0"/>
        </w:rPr>
        <w:t>RETRIEVER LABRADOR</w:t>
      </w:r>
    </w:p>
    <w:p>
      <w:r>
        <w:rPr>
          <w:b w:val="0"/>
          <w:i w:val="0"/>
        </w:rPr>
        <w:t>Issue: 03/03/2017</w:t>
      </w:r>
    </w:p>
    <w:p>
      <w:r>
        <w:rPr>
          <w:b w:val="0"/>
          <w:i w:val="0"/>
        </w:rPr>
        <w:t>A reminder that paper entries for WELKS close just after Crufts. The popular reduced fee for those making their entries early before March 8th is retained for another year and is just Â£23.  After that date, up to closing of paper entries on 15th March, the normal entry fee of Â£26 will apply. Online entries via Fosse Data close on Wednesday 22nd March 2017. The Labrador judge is Paul Collins (Kaspair).</w:t>
      </w:r>
    </w:p>
    <w:p>
      <w:r>
        <w:rPr>
          <w:b w:val="0"/>
          <w:i w:val="0"/>
        </w:rPr>
        <w:t xml:space="preserve">Very sad news of Kit Stockman's passing on Friday 17th February after a long illness. Kit with her friend and partner Kath Watson held the Watstock affix and were fondly known as "Kit and Kath" amongst their dog friends. They absolutely loved their dogs and their dogs adored them too. Our sincere condolences go to Kath.  The funeral is on March 16th at West Berkshire Crematorium, 11.00am for 11.15am service.  No flowers please but donations to Guide Dogs For the Blind if so wished. </w:t>
      </w:r>
    </w:p>
    <w:p>
      <w:r>
        <w:rPr>
          <w:b w:val="0"/>
          <w:i w:val="0"/>
        </w:rPr>
        <w:t xml:space="preserve">With Crufts coming soon, I would remind you to be very vigilant. Keep your eye on your dogs at all times at shows. Do not leave them unattended and especially cover their food or water bowls securely. </w:t>
      </w:r>
    </w:p>
    <w:p>
      <w:r>
        <w:rPr>
          <w:b w:val="0"/>
          <w:i w:val="0"/>
        </w:rPr>
        <w:t xml:space="preserve">As I write these breed notes, two Labrador exhibits at the same recent well attended ten breed class open Gundog show, a mature bitch and a six month old puppy, in separate ownership, are recovering having been taken gravely ill after drinking water which had apparently been tampered with at the show. </w:t>
      </w:r>
    </w:p>
    <w:p>
      <w:r>
        <w:rPr>
          <w:b w:val="0"/>
          <w:i w:val="0"/>
        </w:rPr>
        <w:t>Coming from different areas of the UK, they were both standing next to each other beside their owners belongings outside the ring. They both drank water during the morning. It appears that somebody might have accidentally or maliciously introduced a toxic substance into the water in the form of a later discovered, dissolving white pill/pills; possibly anti depressant. This presumably occurred whilst the two owners attention was on showing their other dogs, as judging was taking place at the time.</w:t>
      </w:r>
    </w:p>
    <w:p>
      <w:r>
        <w:rPr>
          <w:b w:val="0"/>
          <w:i w:val="0"/>
        </w:rPr>
        <w:t xml:space="preserve">If the pill finding its way into the water was not accidental but intentional, I find myself asking the questions "At what sad  point does the desire to win at a dog show take over a persons common sense and decency and result in that person committing a life-endangering action against innocent animals?" and  "Have we got to the state of affairs where winning at a dog show has become so addictive and so vital to someones way of life that they would risk absolutely anything, including nearly killing another's Labrador and a 6 month old puppy to achieve their goal?" Sadly this incident highlights that we could well have! </w:t>
      </w:r>
    </w:p>
    <w:p>
      <w:r>
        <w:rPr>
          <w:b w:val="0"/>
          <w:i w:val="0"/>
        </w:rPr>
        <w:t xml:space="preserve">The adult bitch, fit on arrival, had by late morning drunk water and collapsed in pain with tremors. She became severely ill and straight away was taken home. The puppy was observed drinking from the water bowl just before he challenged for Best Puppy in Breed. He was fine, made the journey home but was later observed unsteady, drooling excessively, had a highly raised temperature, was in great pain with tremors and later became completely unconscious, very near death. </w:t>
      </w:r>
    </w:p>
    <w:p>
      <w:r>
        <w:rPr>
          <w:b w:val="0"/>
          <w:i w:val="0"/>
        </w:rPr>
        <w:t>The following day the owner of the adult bitch, confirmed the puppy's symptoms were exactly the same as his bitches symptoms had been. As she is older and therefore heavier, she had luckily started to recover.</w:t>
      </w:r>
    </w:p>
    <w:p>
      <w:r>
        <w:rPr>
          <w:b w:val="0"/>
          <w:i w:val="0"/>
        </w:rPr>
        <w:t>The puppy received emergency Veterinary care as soon as his predicament was discovered. During the following day he remained at deaths door. He only finally regained consciousness 24 hours later, 36 hours after he left the show. Whilst he had recovered consciousness, he was still unable to eat for yet another 24 hours. He is now recovering well.</w:t>
      </w:r>
    </w:p>
    <w:p>
      <w:r>
        <w:rPr>
          <w:b w:val="0"/>
          <w:i w:val="0"/>
        </w:rPr>
        <w:t>A full report has been sent by the Show Secretary to the KC together with the name and address list of all those exhibiting in the breed at the show as is required under such circumstances. Once again I remind you to be very vigilant at all shows. Maybe it is now time for individual CCTV cameras ?</w:t>
      </w:r>
    </w:p>
    <w:p>
      <w:r>
        <w:rPr>
          <w:b w:val="0"/>
          <w:i w:val="0"/>
        </w:rPr>
        <w:t xml:space="preserve">On a more pleasant topic  Caroline Smith of Flyenpyg Labradors is taking part in a </w:t>
      </w:r>
    </w:p>
    <w:p>
      <w:r>
        <w:rPr>
          <w:b w:val="0"/>
          <w:i w:val="0"/>
        </w:rPr>
        <w:t>100k Trek in 24 hours through the Trough of Bowland on the 18th March and hopefully finishing on the 19th. The trek is in aid of Labradors in Need registered charity 1157110 and although she can't take a labrador with her, Caroline says her lovely yellow girl, Squeal, has been an immeasurable training aid.</w:t>
      </w:r>
    </w:p>
    <w:p>
      <w:r>
        <w:rPr>
          <w:b w:val="0"/>
          <w:i w:val="0"/>
        </w:rPr>
        <w:t>The Just Giving link is https://www.justgiving.com/fundraising/Pig-Smith</w:t>
      </w:r>
    </w:p>
    <w:p>
      <w:r>
        <w:rPr>
          <w:b w:val="0"/>
          <w:i w:val="0"/>
        </w:rPr>
        <w:t xml:space="preserve">Caroline will also be at Crufts on the Friday and Saturday with a collection bucket for those, as she says, who would rather hand over the cash! </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