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 Nov 2009"</w:t>
      </w:r>
      <w:r>
        <w:br/>
      </w:r>
      <w:r>
        <w:rPr>
          <w:b w:val="0"/>
          <w:i w:val="0"/>
        </w:rPr>
        <w:br/>
        <w:t>date_original: "20 Nov 2009"</w:t>
      </w:r>
      <w:r>
        <w:br/>
      </w:r>
      <w:r>
        <w:rPr>
          <w:b w:val="0"/>
          <w:i w:val="0"/>
        </w:rPr>
        <w:br/>
        <w:t>source_url: "https://www.ourdogs.co.uk/members/breednotes/2009/RetrieverLabrador/RetrieverLabrador-nov20.htm"</w:t>
      </w:r>
      <w:r>
        <w:br/>
      </w:r>
      <w:r>
        <w:rPr>
          <w:b w:val="0"/>
          <w:i w:val="0"/>
        </w:rPr>
        <w:br/>
        <w:t>archive_type: "static_html"</w:t>
      </w:r>
      <w:r>
        <w:br/>
      </w:r>
      <w:r>
        <w:rPr>
          <w:b w:val="0"/>
          <w:i w:val="0"/>
        </w:rPr>
        <w:br/>
        <w:t>scraped_at: "2026-09-13T22:03:22"</w:t>
      </w:r>
      <w:r>
        <w:br/>
      </w:r>
      <w:r>
        <w:rPr>
          <w:b w:val="0"/>
          <w:i w:val="0"/>
        </w:rPr>
        <w:br/>
        <w:t>word_count: 806</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There has been a change of venue for Huddersfield and District Canine Association Open show on 30th January. It will now be held at Whitcliffe Mount Sports Complex, Turnsteads Avenue, Cleckheaton BD19 3AQ. All other details on the schedule remain the same.</w:t>
      </w:r>
    </w:p>
    <w:p>
      <w:r>
        <w:rPr>
          <w:b w:val="0"/>
          <w:i w:val="0"/>
        </w:rPr>
        <w:t>The Labrador Retriever Club held their Open show mid week at Stoneleigh, Warwickshire. The judge was Leigh Lesley. Best in Show was David Coodes yellow bitch, Ch Warringhah’s Bunya. Best Opposite sex was the Hodge family’s chocolate dog, Sh Ch Naiken Way out West. Best Puppy was Sussie Wiles yellow bitch, Richbourne Silver Surprise.</w:t>
      </w:r>
    </w:p>
    <w:p>
      <w:r>
        <w:rPr>
          <w:b w:val="0"/>
          <w:i w:val="0"/>
        </w:rPr>
        <w:t>The Championship show judges list for 2010 is more or less complete. Where there are two judges, the name of the Dog judge appears first in my list below.</w:t>
      </w:r>
    </w:p>
    <w:p>
      <w:r>
        <w:rPr>
          <w:b w:val="0"/>
          <w:i w:val="0"/>
        </w:rPr>
        <w:t>They are as follows: Boston &amp; District Canine Society - Mrs Janet Cole and Mrs M A Crocker-Williams, Manchester Dog Show Society - Mrs Angela Williams, Labrador Retriever Club Of Wales - Mrs Susan Marskell and Mrs D M Hopkinson. East Anglian Labrador Retriever Club - Mrs M Sheelin Cuthbert and Mrs M R Hewitt, Crufts - Mr David R Craig and Mr J Barry Rooth, Three Ridings Labrador Club - Mrs Linda Sutcliffe and Mr James Nolan, Labrador Club Of Scotland - Ms Lisa E Weiss (USA) and Mr David R Craig, Kent, Surrey &amp; Sussex Labrador Retriever Club - Mrs Margaret Brown and Mrs J Hodge, West Of England Ladies Kennel Society - Mrs Susanna Wiles and Mrs Maureen Peremain, Birmingham Dog Show Society Ltd - Mrs Lynda Miles and Mrs E Nolan, Scottish Kennel Club - Mr John D Jackson, Bath Canine Society - Mr Gordon F Williams, Southern Counties Canine Association Mr Frank Whitbread, Three Counties Agricultural Society - Mrs Karen J Walsh, Labrador Retriever Club Mrs Linda McGillivray and Miss Anne Taylor, Border Union Agricultural Society -Mr Maurice Givan, Blackpool &amp; District Canine Society - Mr F S Gilroy and Mrs F A Somerfield, Windsor Dog Show Society - Mrs M Grant, Cotswold &amp; Wyevern Labrador Retriever Club - Mrs Lene Johansen (Denmark and Mr Peter H Palmer, East Of England Agricultural Society - Mrs Anne Lavelle and Mr Victor Cole, Paignton &amp; District Fanciers' Association - Mr David J Bell, National Gundog Association - Mr Tom R Grant and Mrs Julia K Lewis, United Retriever Club - Mrs Carole A Coode and Mr David Coode, Bournemouth Canine Association - Mrs J M Green and Mr J R Crook OBE, Welsh Kennel Club - Mrs Fiona Coward-Scholes, City Of Birmingham Canine Association - Mr Allan G Taylor, North West Labrador Retriever Club - Mr Arwyn Ellis and Mrs J Venturi-Rose, Northumberland and Durham LRC Mrs C Whitfield and Mrs E Jackson. Joint Labrador Retriever Clubs' Championship Show - Mrs D Beckett and Tony R Pascoe, Ladies Kennel Association - Mrs A M Britton.</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