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- 26/08/2016 - ISSUE"</w:t>
      </w:r>
      <w:r>
        <w:br/>
      </w:r>
      <w:r>
        <w:rPr>
          <w:b w:val="0"/>
          <w:i w:val="0"/>
        </w:rPr>
        <w:br/>
        <w:t>date_original: "26/08/2016 - ISSUE"</w:t>
      </w:r>
      <w:r>
        <w:br/>
      </w:r>
      <w:r>
        <w:rPr>
          <w:b w:val="0"/>
          <w:i w:val="0"/>
        </w:rPr>
        <w:br/>
        <w:t>source_url: "https://www.ourdogs.co.uk/members/breednotes/RetrieverLabradorMain.php"</w:t>
      </w:r>
      <w:r>
        <w:br/>
      </w:r>
      <w:r>
        <w:rPr>
          <w:b w:val="0"/>
          <w:i w:val="0"/>
        </w:rPr>
        <w:br/>
        <w:t>scraped_at: "2026-09-13T15:28:06"</w:t>
      </w:r>
      <w:r>
        <w:br/>
      </w:r>
      <w:r>
        <w:rPr>
          <w:b w:val="0"/>
          <w:i w:val="0"/>
        </w:rPr>
        <w:br/>
        <w:t>word_count: 739</w:t>
      </w:r>
    </w:p>
    <w:p>
      <w:r>
        <w:t>――――――――――――――――――――――――――――――</w:t>
      </w:r>
    </w:p>
    <w:p>
      <w:r>
        <w:rPr>
          <w:b w:val="0"/>
          <w:i w:val="0"/>
        </w:rPr>
        <w:t>NEWS MEMBERS' AREA SHOP SUBSCRIBE UPCOMING SHOWS MORE</w:t>
      </w:r>
    </w:p>
    <w:p>
      <w:r>
        <w:rPr>
          <w:b w:val="0"/>
          <w:i w:val="0"/>
        </w:rPr>
        <w:t>RETRIEVER LABRADOR</w:t>
      </w:r>
    </w:p>
    <w:p>
      <w:r>
        <w:rPr>
          <w:b w:val="0"/>
          <w:i w:val="0"/>
        </w:rPr>
        <w:t>Issue: 26/08/2016</w:t>
      </w:r>
    </w:p>
    <w:p>
      <w:r>
        <w:rPr>
          <w:b w:val="0"/>
          <w:i w:val="0"/>
        </w:rPr>
        <w:t>I am writing these notes having arrived home from Welsh Kennel Club very happy after winning the CC with my yellow bitch Sh Ch Martinstide Pastiche of Bowstones JW. I am toasting her success with a wee dram as I write, so any mistakes are probably mine this time and not the inventiveness of my iPad!</w:t>
      </w:r>
    </w:p>
    <w:p>
      <w:r>
        <w:rPr>
          <w:b w:val="0"/>
          <w:i w:val="0"/>
        </w:rPr>
        <w:t>United Retriever Club championship show was held midweek at Malvern on a hot sunny Wednesday 17th August.</w:t>
      </w:r>
    </w:p>
    <w:p>
      <w:r>
        <w:rPr>
          <w:b w:val="0"/>
          <w:i w:val="0"/>
        </w:rPr>
        <w:t>Officially this was an unbenched show but the club had secured 300 benches in the Wye Hall as part of the URC contract with the showground. These benches were available on a first come first served basis, which as one who hates unbenched shows, made my day. All those who wanted a bench from whatever breed in whatever order could have one and those who would rather their dogs spent the day in a hot crate in the full sun but adjacent to their breed ring, could make that decision too. In fact there were quite a few benches to spare, which shows my desire for a bench on which to house my dogs coolly and securely is  somewhat out of step with Mr and Mrs average Retriever exhibitor whose majority appear to prefer ringside camping.</w:t>
      </w:r>
    </w:p>
    <w:p>
      <w:r>
        <w:rPr>
          <w:b w:val="0"/>
          <w:i w:val="0"/>
        </w:rPr>
        <w:t>The judges were Karen Powell (Seatallen) taking on the dogs and Julia Lewis, Nigabee, in charge of the Bitch ring. The winners were Dog CC, Best of Breed and an exciting Best in Show win under Dr Ruth Barbour, Mrs Wyatts chocolate, Ch Meadowleigh Brown Sugar. Very well done.</w:t>
      </w:r>
    </w:p>
    <w:p>
      <w:r>
        <w:rPr>
          <w:b w:val="0"/>
          <w:i w:val="0"/>
        </w:rPr>
        <w:t>The Dog RCC went to Linda McGillivrays black Antonine Cinderfella. In the Bitch ring the CC went to the  Gawthorpe family's yellow, Waterbrook Pillow Talk, whilst the RCC was won by Fiona Braddons yellow Sh Ch Trendlewood Silentnight, which name reminds me that the nights are getting shorter and next we know, the shops will be full of Christmas stock and another year flown by.</w:t>
      </w:r>
    </w:p>
    <w:p>
      <w:r>
        <w:rPr>
          <w:b w:val="0"/>
          <w:i w:val="0"/>
        </w:rPr>
        <w:t>To conclude the URC results, Best Puppy was Pat Ayres Ramsayville Reflection of Musubi and Best Veteran Sharon Rogers Woodmist Saffron.</w:t>
      </w:r>
    </w:p>
    <w:p>
      <w:r>
        <w:rPr>
          <w:b w:val="0"/>
          <w:i w:val="0"/>
        </w:rPr>
        <w:t>Two days post URC, after a long period of very hot, rain free days, the weather broke in typical Welsh style for the first couple of days of Welsh Kennel Club Ch show at Builth. I gather the show was somewhat flooded in places. Luckily Gundogs were on the fourth and final day, which was somewhat dryer, although heavy grey cloud threatened overhead throughout the day.</w:t>
      </w:r>
    </w:p>
    <w:p>
      <w:r>
        <w:rPr>
          <w:b w:val="0"/>
          <w:i w:val="0"/>
        </w:rPr>
        <w:t>Our judge was Gordon Talbot. Well done to the winners, all yellow, who were Dog CC Best of Breed and shortlisted in the Group, David Coodes Ch Warringah's Perth JW ShCM, the Dog RCC went to Shaun Williamsons Sh Ch Sharouns Incognito JW. The Bitch CC winner was my own Sh Ch Martinstide Pastiche of Bowstones JW and the Bitch RCC Allen and Guildfords Allenies Athena at Mandursan. Best Puppy was Alison Scutchers  Winsleywood Wild Anise.</w:t>
      </w:r>
    </w:p>
    <w:p>
      <w:r>
        <w:rPr>
          <w:b w:val="0"/>
          <w:i w:val="0"/>
        </w:rPr>
        <w:t xml:space="preserve">Richard Bott is taking part in the Pedigree Paws Unite with Hatch the Labrador better known as Sh Ch and Am Ch Tampa Bay &amp; Snobo Gustsy seas Batten Down the Hatch. </w:t>
      </w:r>
    </w:p>
    <w:p>
      <w:r>
        <w:rPr>
          <w:b w:val="0"/>
          <w:i w:val="0"/>
        </w:rPr>
        <w:t>During September 12-18th 2016, dog owners, breeders, judges and dog show exhibitors will take part in the ground-breaking Pedigree Paws Unite (PPU) event, a series of sponsored walks totalling 160 miles. This September, the Pedigree Paws Unite event aims to raise awareness and promote every recognised pedigree dog breed in the UK.</w:t>
      </w:r>
    </w:p>
    <w:p>
      <w:r>
        <w:rPr>
          <w:b w:val="0"/>
          <w:i w:val="0"/>
        </w:rPr>
        <w:t>Held under the umbrella of The Peekaboo Trust, the aim is to raise Â£70,000 for seven charities, Make A Wish Foundation, Childrens Hospital, National Search and Rescue Dog Association, Dog AID, The Cinnamon Trust, PACT and Ty Hafan</w:t>
      </w:r>
    </w:p>
    <w:p>
      <w:r>
        <w:rPr>
          <w:b w:val="0"/>
          <w:i w:val="0"/>
        </w:rPr>
        <w:t>Richard, Anthony Allen and Becci Hodge will have sponsorship forms at most of the coming champ shows or donate through the Just Giving page http://uk.virginmoneygiving.com/ RichardBott.</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