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- 09/08/2013"</w:t>
      </w:r>
      <w:r>
        <w:br/>
      </w:r>
      <w:r>
        <w:rPr>
          <w:b w:val="0"/>
          <w:i w:val="0"/>
        </w:rPr>
        <w:br/>
        <w:t>date_original: "09/08/2013"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"2026-09-13T22:43:24"</w:t>
      </w:r>
      <w:r>
        <w:br/>
      </w:r>
      <w:r>
        <w:rPr>
          <w:b w:val="0"/>
          <w:i w:val="0"/>
        </w:rPr>
        <w:br/>
        <w:t>word_count: 1236</w:t>
      </w:r>
    </w:p>
    <w:p>
      <w:r>
        <w:t>――――――――――――――――――――――――――――――</w:t>
      </w:r>
    </w:p>
    <w:p>
      <w:r>
        <w:rPr>
          <w:b w:val="0"/>
          <w:i w:val="0"/>
        </w:rPr>
        <w:t>NEWS MEMBERS' AREA SHOP SUBSCRIBE UPCOMING SHOWS MORE</w:t>
      </w:r>
    </w:p>
    <w:p>
      <w:r>
        <w:rPr>
          <w:b w:val="0"/>
          <w:i w:val="0"/>
        </w:rPr>
        <w:t>RETRIEVER LABRADOR</w:t>
      </w:r>
    </w:p>
    <w:p>
      <w:r>
        <w:rPr>
          <w:b w:val="0"/>
          <w:i w:val="0"/>
        </w:rPr>
        <w:t>Issue: 09/08/2013</w:t>
      </w:r>
    </w:p>
    <w:p>
      <w:r>
        <w:rPr>
          <w:b w:val="0"/>
          <w:i w:val="0"/>
        </w:rPr>
        <w:t>Due to unforeseen circumstances there has been a change of judge for the Midland Counties Lab Club Open Show on 7th September 2013. Mr Ian Dawson (Beskerby) will now be the judge.</w:t>
      </w:r>
    </w:p>
    <w:p>
      <w:r>
        <w:rPr>
          <w:b w:val="0"/>
          <w:i w:val="0"/>
        </w:rPr>
        <w:t>The weather for Paignton Ch Show at Westpoint near Exeter, was very pleasant, warm and sunny. It was a beautiful drive down to the show through lovely countryside. (Sadly it rained for most of those, who left the show early, all the way home!).</w:t>
      </w:r>
    </w:p>
    <w:p>
      <w:r>
        <w:rPr>
          <w:b w:val="0"/>
          <w:i w:val="0"/>
        </w:rPr>
        <w:t>Sheila Walton judged dogs and bitches and her winners were Dog CC Shaun Williamsons yellow winning his first CC, Sharouns Incognito JW. The Dog RCC went to the Rawlinson family's black, Sh Ch Fulwell Fly High to Halshimoor.</w:t>
      </w:r>
    </w:p>
    <w:p>
      <w:r>
        <w:rPr>
          <w:b w:val="0"/>
          <w:i w:val="0"/>
        </w:rPr>
        <w:t>The Bitch CC and Best Of Breed was Penny Carpanini's yellow, Carpenny Vassar, whilst Franco Barberis yellow, It Ch Sh Ch Loch Mor Guilietta won the RCC. Best Puppy was Margaret Brown and family's yellow dog Brighton Sarracenia.</w:t>
      </w:r>
    </w:p>
    <w:p>
      <w:r>
        <w:rPr>
          <w:b w:val="0"/>
          <w:i w:val="0"/>
        </w:rPr>
        <w:t>The following day the weather for National Gundog took a markedly wet turn. It deluged with rain. The spectacularly dark rain-filled clouds were nearly at the foot of the Malvern Hills behind the showground. After the first three outdoor classes the outside rings were awash and everyone was rather damp.</w:t>
      </w:r>
    </w:p>
    <w:p>
      <w:r>
        <w:rPr>
          <w:b w:val="0"/>
          <w:i w:val="0"/>
        </w:rPr>
        <w:t>Judging then moved into the Wye Hall where we had to climb over hoards of immoveable ringside Golden Retrievers to get to our further afield indoor rings. Geoff Allen judged dogs and found perfection in Linda Harvey Majors yellow from Argentina Arg Ch Tinlands Dumbledore Huaile in Linjor who won a first CC on the day.</w:t>
      </w:r>
    </w:p>
    <w:p>
      <w:r>
        <w:rPr>
          <w:b w:val="0"/>
          <w:i w:val="0"/>
        </w:rPr>
        <w:t>The Dog RCC went to the Hodge Family's black Ch Naiken Zephyr JW.</w:t>
      </w:r>
    </w:p>
    <w:p>
      <w:r>
        <w:rPr>
          <w:b w:val="0"/>
          <w:i w:val="0"/>
        </w:rPr>
        <w:t>Dale Elliott judged the bitches and the Bitch CC and Best in Show under John Thirlwell went to Franco Barberi's yellow It Ch Sh Ch Loch Mor Guilietta. The Bitch RCC went to Diana Downey's black Tullochmor Aura JW. Best Puppy was O'Briens Maxfield Maxmillion.</w:t>
      </w:r>
    </w:p>
    <w:p>
      <w:r>
        <w:rPr>
          <w:b w:val="0"/>
          <w:i w:val="0"/>
        </w:rPr>
        <w:t>There have been questions in the dog press recently as to why show entries are rapidly decreasing. Is the showing hobby giving value and satisfaction for money? Does the playing field appear level for all; both experienced long time exhibitors and new-comers wishing to learn from example? Is the judging unbiased and of high enough standard with soundness and temperament highly prized?</w:t>
      </w:r>
    </w:p>
    <w:p>
      <w:r>
        <w:rPr>
          <w:b w:val="0"/>
          <w:i w:val="0"/>
        </w:rPr>
        <w:t>With fuel costs sky- high, are the rewards for the often, long journeys to shows and overnight accommodation really worth the expense? Eventually there is a risk of things pricing themselves out of the market and it appears that in some cases in the dog show world this is now happening.</w:t>
      </w:r>
    </w:p>
    <w:p>
      <w:r>
        <w:rPr>
          <w:b w:val="0"/>
          <w:i w:val="0"/>
        </w:rPr>
        <w:t>To keep exhibitors and spectators interest, quality of judging in accordance with the breed standard must remain high and be seen to be fair. Speed of judging should be around 2minutes per dog otherwise boredom of both humans and dogs sets in!</w:t>
      </w:r>
    </w:p>
    <w:p>
      <w:r>
        <w:rPr>
          <w:b w:val="0"/>
          <w:i w:val="0"/>
        </w:rPr>
        <w:t>Judging start times should take into account exhibitor's ability to drive to the venue from afar, often in workday traffic.</w:t>
      </w:r>
    </w:p>
    <w:p>
      <w:r>
        <w:rPr>
          <w:b w:val="0"/>
          <w:i w:val="0"/>
        </w:rPr>
        <w:t>The 8.30am blanket start at a recent championship show was to my mind completely unthinking of those exhibitors, myself included, travelling from afar. (In the end I didnt even bother to go, despite being entered!)</w:t>
      </w:r>
    </w:p>
    <w:p>
      <w:r>
        <w:rPr>
          <w:b w:val="0"/>
          <w:i w:val="0"/>
        </w:rPr>
        <w:t>Out of interest I worked out how much I had spent showing at Paignton and National Gundog; the two latest championship shows, held back to back this last weekend.</w:t>
      </w:r>
    </w:p>
    <w:p>
      <w:r>
        <w:rPr>
          <w:b w:val="0"/>
          <w:i w:val="0"/>
        </w:rPr>
        <w:t>I live in the middle of England, just half an hour from Malvern so the costs for others are probably far greater than mine.</w:t>
      </w:r>
    </w:p>
    <w:p>
      <w:r>
        <w:rPr>
          <w:b w:val="0"/>
          <w:i w:val="0"/>
        </w:rPr>
        <w:t>My entry fees for three dogs at one show and two dogs at the other, plus diesel cost for both shows totalled Â£200. A small single Group catalogue was Â£6 on the day at Paignton; a similar cost at National Gundog. An ice cream was Â£2. Add to these figures coffees and lunchtime snacks for two days and by the end of the weekend I had probably spent a good Â£250 or more just to attend two dogs shows.</w:t>
      </w:r>
    </w:p>
    <w:p>
      <w:r>
        <w:rPr>
          <w:b w:val="0"/>
          <w:i w:val="0"/>
        </w:rPr>
        <w:t>Looking at it like that one has to consider whether this is money well spent. Do you feel you get value for money? How can things be improved? I know from experience the shows have pared down costs to a minimum and entry fees are at their absolute lowest to cover costs. We live and show in interesting times! Any suggestions?</w:t>
      </w:r>
    </w:p>
    <w:p>
      <w:r>
        <w:rPr>
          <w:b w:val="0"/>
          <w:i w:val="0"/>
        </w:rPr>
        <w:t>Now for this weeks story.</w:t>
      </w:r>
    </w:p>
    <w:p>
      <w:r>
        <w:rPr>
          <w:b w:val="0"/>
          <w:i w:val="0"/>
        </w:rPr>
        <w:t>One evening, having settled all the dogs down in their kennels or tucked up safely in the dog room, I was writing an article on the computer late at night. Only one trusty dog was left on his own in the kitchen. All was safe and quiet.</w:t>
      </w:r>
    </w:p>
    <w:p>
      <w:r>
        <w:rPr>
          <w:b w:val="0"/>
          <w:i w:val="0"/>
        </w:rPr>
        <w:t>It was nearly midnight when I finally completed my writing and, tired but satisfied at a job well done, I was ready to turn into my bed.</w:t>
      </w:r>
    </w:p>
    <w:p>
      <w:r>
        <w:rPr>
          <w:b w:val="0"/>
          <w:i w:val="0"/>
        </w:rPr>
        <w:t>I walked into the kitchen to be met with a vision from a Hammer House of Horrors film! Blood everywhere!</w:t>
      </w:r>
    </w:p>
    <w:p>
      <w:r>
        <w:rPr>
          <w:b w:val="0"/>
          <w:i w:val="0"/>
        </w:rPr>
        <w:t>There was blood all over the pale fawn kitchen carpet tiles, from one end of the long kitchen to the other.</w:t>
      </w:r>
    </w:p>
    <w:p>
      <w:r>
        <w:rPr>
          <w:b w:val="0"/>
          <w:i w:val="0"/>
        </w:rPr>
        <w:t>Barely a square inch was not coloured bright crimson and my lovely trusty dog was covered in blood too. He must have got hold of a knife off the worktop and cut a vein. The fur on his shoulder was wet with blood, yet typical Labrador fashion, he didn't seem too alarmed, but his usual waggy self, tramping around in the blood</w:t>
      </w:r>
    </w:p>
    <w:p>
      <w:r>
        <w:rPr>
          <w:b w:val="0"/>
          <w:i w:val="0"/>
        </w:rPr>
        <w:t>It was beyond midnight but all thought of going to bed were now replaced by how quickly I could get this very bloodstained animal to the Vets at such a late hour; to get him examined and wherever he had cut himself, stitched up.</w:t>
      </w:r>
    </w:p>
    <w:p>
      <w:r>
        <w:rPr>
          <w:b w:val="0"/>
          <w:i w:val="0"/>
        </w:rPr>
        <w:t>About to ring the vet, I walked further down the kitchen, gathering my thoughts when I spied something on the blood saturated floor under the kitchen table.</w:t>
      </w:r>
    </w:p>
    <w:p>
      <w:r>
        <w:rPr>
          <w:b w:val="0"/>
          <w:i w:val="0"/>
        </w:rPr>
        <w:t>What was that? I bent down to examine a large chewed up "thing of plastic" and found to both my horror but yet to my delight, the chewed up article was the thick outer packaging of what had once been a large pack of cooked beetroot together with their liquid.</w:t>
      </w:r>
    </w:p>
    <w:p>
      <w:r>
        <w:rPr>
          <w:b w:val="0"/>
          <w:i w:val="0"/>
        </w:rPr>
        <w:t>The naughty dog had obviously pinched the pack from the worktop and worked hard at chewing and opening the thick plastic pack to release what he saw as lovely red "doggy play balls" enclosed therein.</w:t>
      </w:r>
    </w:p>
    <w:p>
      <w:r>
        <w:rPr>
          <w:b w:val="0"/>
          <w:i w:val="0"/>
        </w:rPr>
        <w:t>Judging by the long curved stains on the floor he had then proceeded to play football with the beetroot, around and around the kitchen, until in the end the game must have got boring so he ate the evidence!</w:t>
      </w:r>
    </w:p>
    <w:p>
      <w:r>
        <w:rPr>
          <w:b w:val="0"/>
          <w:i w:val="0"/>
        </w:rPr>
        <w:t>No blood; no cut dog, just a horrible stained mess from the beetroot football game to clear up. I couldn't tell him off, there was no evidence!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