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Feb 2010"</w:t>
      </w:r>
      <w:r>
        <w:br/>
      </w:r>
      <w:r>
        <w:rPr>
          <w:b w:val="0"/>
          <w:i w:val="0"/>
        </w:rPr>
        <w:br/>
        <w:t>date_original: "5 Feb 2010"</w:t>
      </w:r>
      <w:r>
        <w:br/>
      </w:r>
      <w:r>
        <w:rPr>
          <w:b w:val="0"/>
          <w:i w:val="0"/>
        </w:rPr>
        <w:br/>
        <w:t>source_url: "https://www.ourdogs.co.uk/members/breednotes/2010/RetrieverLabrador/RetrieverLabrador-feb5.htm"</w:t>
      </w:r>
      <w:r>
        <w:br/>
      </w:r>
      <w:r>
        <w:rPr>
          <w:b w:val="0"/>
          <w:i w:val="0"/>
        </w:rPr>
        <w:br/>
        <w:t>archive_type: "static_html"</w:t>
      </w:r>
      <w:r>
        <w:br/>
      </w:r>
      <w:r>
        <w:rPr>
          <w:b w:val="0"/>
          <w:i w:val="0"/>
        </w:rPr>
        <w:br/>
        <w:t>scraped_at: "2026-09-13T21:59:49"</w:t>
      </w:r>
      <w:r>
        <w:br/>
      </w:r>
      <w:r>
        <w:rPr>
          <w:b w:val="0"/>
          <w:i w:val="0"/>
        </w:rPr>
        <w:br/>
        <w:t>word_count: 1616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Manchester championship show was held at Stafford. I gather Labradors were shown in the Argyll Hall, never the best hall for black coated dogs of any breed; their body shape becomes completely lost in the grey/ black colour of the dark tarmac floor. By request Midland Counties CS, whose championship show is held in the autumn now schedules our breed in the better lighted Sandylands Hall to ensure that exhibitors with black animals get a fair crack of the whip. Reading the results I see the winners at Manchester were mainly yellow; blacks Labradors really do not look at their best in the Argyll Hall.</w:t>
      </w:r>
    </w:p>
    <w:p>
      <w:r>
        <w:rPr>
          <w:b w:val="0"/>
          <w:i w:val="0"/>
        </w:rPr>
        <w:t>There was a splendid entry for Angela Williams to judge. The Dog CC was a second such award for Lou and Janet Neal’s yellow, Amberstope Rebel Yell ShCM. (Amberstope Glen Grant x Amberstope Georgia).</w:t>
      </w:r>
    </w:p>
    <w:p>
      <w:r>
        <w:rPr>
          <w:b w:val="0"/>
          <w:i w:val="0"/>
        </w:rPr>
        <w:t>The Dog RCC went to the Hodge family’s chocolate, Sh Ch Naiken Way Out West JW. (AmCh Simmerdown Dr Pepper x Buckholt Katie at Naiken). Winning her first CC and BOB was Chris and Claire Mills yellow, Junior bitch, Lembas Mama Mia (Lembas Top Ranking JW x Carpenny Wonder with Lembas), whilst the Bitch RCC went to Richard Staffords yellow Yearling, Kimvalley Star Attraction of Farnfield JW. (Jayncourt Star Turn at Sandylands x Langshott Black Velvet with Kimvalley). Best Puppy was Michael Neachells yellow, Adoraden Hallmark at Suttonpark. Congratulations to David Coode whose yellow dog Warringah’s Gundaroo won the Classic Junior Stakes (Dog).</w:t>
      </w:r>
    </w:p>
    <w:p>
      <w:r>
        <w:rPr>
          <w:b w:val="0"/>
          <w:i w:val="0"/>
        </w:rPr>
        <w:t>Continuing the results from 2009. The dog CCs were shared amongst 24 dogs; 16 yellows 6 blacks, and 2 chocolate. The Bitch CCs were shared amongst 26 Bitches; 14 blacks, 11 yellows 1 chocolate.</w:t>
      </w:r>
    </w:p>
    <w:p>
      <w:r>
        <w:rPr>
          <w:b w:val="0"/>
          <w:i w:val="0"/>
        </w:rPr>
        <w:t>This week I will review the Dog CC winners. The top two winners were Sh Ch Allenies Maverick awarded 5CCs and the chocolate, Sh Ch Naiken Way out West winning 4 CCs. The yellow CC winning dogs were:- 5 CCs, 4 BOBs, Gp 1, Gp 2 and Gp 4 - Geoff, Jean and Anthony’s Allen’s Sh Ch Allenies Maverick JW ShCM (Allenies MacCallum x Allenies Graceful). He won five CCs during the year including Manchester under judge David Wilmshurst, both SKC shows with BOB under judge Elaine Cannon in May and Dr Ron James in August, at Belfast with BOB under Chris Atkinson and at LKA with BOB under Margaret Senior. He won Group l at Belfast, Group 2 at SKC in May and Group 4 at SKC in August.</w:t>
      </w:r>
    </w:p>
    <w:p>
      <w:r>
        <w:rPr>
          <w:b w:val="0"/>
          <w:i w:val="0"/>
        </w:rPr>
        <w:t>4 CCs Linda Harvey Major and Allens’s Sh Ch Brockburrow Cassanova in Linjor (Sh Ch Linjor Valentino JW Sh CM x Eneleon Amethyst) was made up during 2009. He won under Anthony Allen at Lab Club of Scotland with BIS, at URC with BOB under Frank Whyte, at Blackpool under Liz Cartledge, and at Driffield with BOB under Gordon Haran.</w:t>
      </w:r>
    </w:p>
    <w:p>
      <w:r>
        <w:rPr>
          <w:b w:val="0"/>
          <w:i w:val="0"/>
        </w:rPr>
        <w:t>3 CCs. The Rawlinson family’s, Sh Ch Halshimoor Lincoln (Sh Ch Ramsayville Route Sixty Six x Halshimoor Tickety Boo JW) was another made up in 2009, winning 3 CCs during the year; at Labrador Club of Wales with BOB under Andrew Brown, at Three Ridings Lab Club with BIS under Vic Cole, and at WKC under Gunilla Ek.</w:t>
      </w:r>
    </w:p>
    <w:p>
      <w:r>
        <w:rPr>
          <w:b w:val="0"/>
          <w:i w:val="0"/>
        </w:rPr>
        <w:t>2 CCs listed alphabetically by owner. Les Brabban’s Sh Ch Cambremer Craftsman (Rocheby Old Smokey x Sh Ch Cambremer Call My Bluff) won the CC at the National Dog Show Birmingham with BOB under judge Oonagh Gore, and at Windsor under Val Foss. David and Marion Hopkinsons Sh Ch Rocheby State Occasion (Rocheby Old Smokey x Brambleridge Rave Review of Bridgeford) was made up in 2009. He won at Richmond under Dan Erricson and at Northumberland and Durham with BIS under Richard Edwards. Lorraine Tooths Ch Ludalor Lunar Orbit, (Ch Amberstope Blue Moon x Ch Ludalor Lily) won the CC at KSS Labrador Club with BIS under David Coode and at Gundog Society of Wales under Jane Rawlinson.</w:t>
      </w:r>
    </w:p>
    <w:p>
      <w:r>
        <w:rPr>
          <w:b w:val="0"/>
          <w:i w:val="0"/>
        </w:rPr>
        <w:t>1CC listed alphabetically by owner Balshaw and Rawlinsons Sh Ch Shanorrell Ticket to Ride to Halshimoor (Sh Ch Ramsayville Route Sixty Six x Halshimoor Dizzy Heights at Shanorrell) was made up when he won at Gundog Breeds of Scotland with BOB under judge Agnes May Pollock.</w:t>
      </w:r>
      <w:r>
        <w:br/>
      </w:r>
      <w:r>
        <w:rPr>
          <w:b w:val="0"/>
          <w:i w:val="0"/>
        </w:rPr>
        <w:br/>
        <w:t>Mr and Mrs Batty’s Steeleigh Truly Willing at Bradwill (Rocheby Old Smokey x Steeleigh Worth the Wait) won the CC at East of England under Joyce Brabban. Fiona Braddons Trendlewood Moondance (Trendlewood Rocket Man x Trewinnard Take Me Home to Trendlewood) won at National Gundog with BOB under Joan Woodall.</w:t>
      </w:r>
    </w:p>
    <w:p>
      <w:r>
        <w:rPr>
          <w:b w:val="0"/>
          <w:i w:val="0"/>
        </w:rPr>
        <w:t>The Brown family, Todd and Farquarson’s Sh Ch Ramsayville Rain Stops Play (Poolstead Plan of Action x Ramsayville Rhian) was made up at Labrador Club of Northern Ireland under Tony Jury.</w:t>
      </w:r>
      <w:r>
        <w:br/>
      </w:r>
      <w:r>
        <w:rPr>
          <w:b w:val="0"/>
          <w:i w:val="0"/>
        </w:rPr>
        <w:br/>
        <w:t>Janet and Vic Coles Gallybob Quiz of Stajantor (Sh Ch Stajantor Robin x Gallybob Jocasta) won at Leeds under Lucy Kent.</w:t>
      </w:r>
    </w:p>
    <w:p>
      <w:r>
        <w:rPr>
          <w:b w:val="0"/>
          <w:i w:val="0"/>
        </w:rPr>
        <w:t>David and Marion Hopkinsons Sh Ch Rocheby Statesman (Rocheby Old Smokey x Brambleridge Rave Review of Bridgeford) was made up at WELKS with BOB under Judith Charlton.</w:t>
      </w:r>
    </w:p>
    <w:p>
      <w:r>
        <w:rPr>
          <w:b w:val="0"/>
          <w:i w:val="0"/>
        </w:rPr>
        <w:t>Chris and Claire Mills Sh Ch My Jack Spratt at Lembas Lembas (Hampsbeck Willies Choice x</w:t>
      </w:r>
      <w:r>
        <w:br/>
      </w:r>
      <w:r>
        <w:rPr>
          <w:b w:val="0"/>
          <w:i w:val="0"/>
        </w:rPr>
        <w:br/>
        <w:t>Tuppence a Bag at Hodexal) won at North West Lab Club with BOB under Heather Wiles Fone.</w:t>
      </w:r>
      <w:r>
        <w:br/>
      </w:r>
      <w:r>
        <w:rPr>
          <w:b w:val="0"/>
          <w:i w:val="0"/>
        </w:rPr>
        <w:br/>
        <w:t>Lou and Janet Neals Amberstope Rebel Yell (Amberstope Glen Grant x Amberstope Georgia) won at East Anglian Lab Club with BIS under Dale Elliott.</w:t>
      </w:r>
    </w:p>
    <w:p>
      <w:r>
        <w:rPr>
          <w:b w:val="0"/>
          <w:i w:val="0"/>
        </w:rPr>
        <w:t>Richard Staffords Kimvalley Stargazer at Farnfield (Jayncourt Star Turn at Sandylands x Langshott Black Velvet with Kimvalley) won the CC and BOB at Bath under Jock McKay.</w:t>
      </w:r>
      <w:r>
        <w:br/>
      </w:r>
      <w:r>
        <w:rPr>
          <w:b w:val="0"/>
          <w:i w:val="0"/>
        </w:rPr>
        <w:br/>
        <w:t>Shaun Williamsons Sh Ch Harrop Happy Go Lucky at Sharouns (Lakemeadow Look no Further than Sharouns x On the Horizon to Harrop) won at Border Union with BOB under Christine Bailiss.</w:t>
      </w:r>
    </w:p>
    <w:p>
      <w:r>
        <w:rPr>
          <w:b w:val="0"/>
          <w:i w:val="0"/>
        </w:rPr>
        <w:t>Black Dogs: 3CCs. Linda and Alan Porters Sh Ch Lindall Redemption (Lindall Cort Masterpiece x Lindall Will She) was made up in 2009. He won at Darlington under Lorraine Tooth, at Midland Counties under Sandra Hibbert and at West of England Lab Club with BOB under Linda Harvey-Major.</w:t>
      </w:r>
    </w:p>
    <w:p>
      <w:r>
        <w:rPr>
          <w:b w:val="0"/>
          <w:i w:val="0"/>
        </w:rPr>
        <w:t>2CCs. Garner Anthony and Erica Jayes Sh Ch Sandylands Pressed For Time (Sh Ch Rockabee Blue Peter of Sandylands x Rocheby Purple Shades of Sandylands) won at Crufts with BOB under Pat Gill and at Three Counties with BOB under Margaret Rooth going Group 3 on the day.</w:t>
      </w:r>
      <w:r>
        <w:br/>
      </w:r>
      <w:r>
        <w:rPr>
          <w:b w:val="0"/>
          <w:i w:val="0"/>
        </w:rPr>
        <w:br/>
        <w:t>The Hodge family’s Sh Ch Naiken Quincy (Ravenswood Black Label x Naiken Liquorice) won the CC and BOB at Bournemouth under Alan Porter and at SWKA under Anne Powell.</w:t>
      </w:r>
    </w:p>
    <w:p>
      <w:r>
        <w:rPr>
          <w:b w:val="0"/>
          <w:i w:val="0"/>
        </w:rPr>
        <w:t>Lou and Janet Neal’s Ludalor Lunar Eclipse over Amberstope JW (Ch Amberstope Blue Moon x Ch Lidalor Lilly) won the CC at City of Birmingham under Mervyn Reynolds.</w:t>
      </w:r>
    </w:p>
    <w:p>
      <w:r>
        <w:rPr>
          <w:b w:val="0"/>
          <w:i w:val="0"/>
        </w:rPr>
        <w:t>1CC. Sally Lewis’s Gamesmere Orlando (Kathill Shoeshine Boy at Crosscroyde x Gamesmere Lady in Red) won at Boston.</w:t>
      </w:r>
    </w:p>
    <w:p>
      <w:r>
        <w:rPr>
          <w:b w:val="0"/>
          <w:i w:val="0"/>
        </w:rPr>
        <w:t>Garner Anthony and Erica Jayes Sandylands Perfect Chance (Sh Ch Rockabee Blue Peter of Sandylands x Rocheby Purple Shades of Sandylands) won at Southern Counties under Einir Matulla</w:t>
      </w:r>
    </w:p>
    <w:p>
      <w:r>
        <w:rPr>
          <w:b w:val="0"/>
          <w:i w:val="0"/>
        </w:rPr>
        <w:t>Two Chocolate Dogs won CCs during 2009. 4 CCs - The Hodge familys Sh Ch Naiken Wat Out West (Am Ch Simmersdown Dr Pepper x Buckholt Katie at Naiken) won at the Labrador Retriever Club under Eva Rautala, at the Joint Labrador Retriever Club with BIS under Michael Hewitt, at Cotswold and Wyevern Lab Club under Mark Rawlinson and the Yellow Lab Club under Gary Johnson.</w:t>
      </w:r>
    </w:p>
    <w:p>
      <w:r>
        <w:rPr>
          <w:b w:val="0"/>
          <w:i w:val="0"/>
        </w:rPr>
        <w:t>1CC. Frank and Mrs Auteys Sh Ch Ryedown Scottish Reel JW ShCM (Sh Ch Lougin Loomis x Ryedown Sweet Salsa Sauce) won his crowning CC at Paignton under Shaun Williamson.</w:t>
      </w:r>
      <w:r>
        <w:br/>
      </w:r>
      <w:r>
        <w:rPr>
          <w:b w:val="0"/>
          <w:i w:val="0"/>
        </w:rPr>
        <w:br/>
        <w:t>That completes the male winners of 2009. Next week it will be the turn of the bitch CC winners.</w:t>
      </w:r>
      <w:r>
        <w:br/>
      </w:r>
      <w:r>
        <w:rPr>
          <w:b w:val="0"/>
          <w:i w:val="0"/>
        </w:rPr>
        <w:b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