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- 09/10/2015 - ISSUE"</w:t>
      </w:r>
      <w:r>
        <w:br/>
      </w:r>
      <w:r>
        <w:rPr>
          <w:b w:val="0"/>
          <w:i w:val="0"/>
        </w:rPr>
        <w:br/>
        <w:t>date_original: "09/10/2015 - ISSUE"</w:t>
      </w:r>
      <w:r>
        <w:br/>
      </w:r>
      <w:r>
        <w:rPr>
          <w:b w:val="0"/>
          <w:i w:val="0"/>
        </w:rPr>
        <w:br/>
        <w:t>source_url: "https://www.ourdogs.co.uk/members/breednotes/RetrieverLabradorMain.php"</w:t>
      </w:r>
      <w:r>
        <w:br/>
      </w:r>
      <w:r>
        <w:rPr>
          <w:b w:val="0"/>
          <w:i w:val="0"/>
        </w:rPr>
        <w:br/>
        <w:t>scraped_at: "2026-09-13T15:30:26"</w:t>
      </w:r>
      <w:r>
        <w:br/>
      </w:r>
      <w:r>
        <w:rPr>
          <w:b w:val="0"/>
          <w:i w:val="0"/>
        </w:rPr>
        <w:br/>
        <w:t>word_count: 690</w:t>
      </w:r>
    </w:p>
    <w:p>
      <w:r>
        <w:t>――――――――――――――――――――――――――――――</w:t>
      </w:r>
    </w:p>
    <w:p>
      <w:r>
        <w:rPr>
          <w:b w:val="0"/>
          <w:i w:val="0"/>
        </w:rPr>
        <w:t>NEWS MEMBERS' AREA SHOP SUBSCRIBE UPCOMING SHOWS MORE</w:t>
      </w:r>
    </w:p>
    <w:p>
      <w:r>
        <w:rPr>
          <w:b w:val="0"/>
          <w:i w:val="0"/>
        </w:rPr>
        <w:t>RETRIEVER LABRADOR</w:t>
      </w:r>
    </w:p>
    <w:p>
      <w:r>
        <w:rPr>
          <w:b w:val="0"/>
          <w:i w:val="0"/>
        </w:rPr>
        <w:t>Issue: 09/10/2015</w:t>
      </w:r>
    </w:p>
    <w:p>
      <w:r>
        <w:rPr>
          <w:b w:val="0"/>
          <w:i w:val="0"/>
        </w:rPr>
        <w:t>Retriever Labrador</w:t>
      </w:r>
      <w:r>
        <w:br/>
      </w:r>
      <w:r>
        <w:rPr>
          <w:b w:val="0"/>
          <w:i w:val="0"/>
        </w:rPr>
        <w:br/>
        <w:t>Well, this past week has to have been one of the busiest of all the year for those who have endless stamina and whose dogs enjoy long distance car rides and still come out enthusiastic and ready for more, day after day.</w:t>
      </w:r>
      <w:r>
        <w:br/>
      </w:r>
      <w:r>
        <w:rPr>
          <w:b w:val="0"/>
          <w:i w:val="0"/>
        </w:rPr>
        <w:br/>
        <w:t>There were four Championship shows in just five days and two new Show Champions made up by the end of the weekend, namely Sh Ch Cremino Cupids Beau and Oakhouse Oscar Winner at Mossland. Many Congratulations to their owners.</w:t>
      </w:r>
      <w:r>
        <w:br/>
      </w:r>
      <w:r>
        <w:rPr>
          <w:b w:val="0"/>
          <w:i w:val="0"/>
        </w:rPr>
        <w:br/>
        <w:t>Of the four events, the order of play started with the Yellow Labrador Club championship show, held midweek at Sky Blue Connection, Coventry and open to Labradors of all colours.</w:t>
      </w:r>
      <w:r>
        <w:br/>
      </w:r>
      <w:r>
        <w:rPr>
          <w:b w:val="0"/>
          <w:i w:val="0"/>
        </w:rPr>
        <w:br/>
        <w:t>Two days later, keen exhibitors were three hours drive further north, at Driffield Ch Show. Then the very next day was Northumberland and Durham Lab Club Ch show following which, a journey across the country from east to west took exhibitors to North West Labrador Club show on Sunday.</w:t>
      </w:r>
      <w:r>
        <w:br/>
      </w:r>
      <w:r>
        <w:rPr>
          <w:b w:val="0"/>
          <w:i w:val="0"/>
        </w:rPr>
        <w:br/>
        <w:t>At the first show, the Yellow Lab Club the judges were Maurice Givan (dogs) and Richard Stafford (Bitches). The Dog CC his third, was won by Gary and Jean Johnsons Cremino Cupuds Beau who was Best in Show from an entry of around 296 dogs and bitches.</w:t>
      </w:r>
      <w:r>
        <w:br/>
      </w:r>
      <w:r>
        <w:rPr>
          <w:b w:val="0"/>
          <w:i w:val="0"/>
        </w:rPr>
        <w:br/>
        <w:t>The Dog RCC went to the Browns Ramsayville Rock Solid.</w:t>
      </w:r>
      <w:r>
        <w:br/>
      </w:r>
      <w:r>
        <w:rPr>
          <w:b w:val="0"/>
          <w:i w:val="0"/>
        </w:rPr>
        <w:br/>
        <w:t>The Bitch CC was won by the Mills black Lembas Go Gentle</w:t>
      </w:r>
      <w:r>
        <w:br/>
      </w:r>
      <w:r>
        <w:rPr>
          <w:b w:val="0"/>
          <w:i w:val="0"/>
        </w:rPr>
        <w:br/>
        <w:t>whilst the Bitch RCC went to the Gawthorpes yellow Waterbrook Pillow Talk.</w:t>
      </w:r>
      <w:r>
        <w:br/>
      </w:r>
      <w:r>
        <w:rPr>
          <w:b w:val="0"/>
          <w:i w:val="0"/>
        </w:rPr>
        <w:br/>
        <w:t>Best Puppy was Judith Charltons Foxrush Straight Talking.</w:t>
      </w:r>
      <w:r>
        <w:br/>
      </w:r>
      <w:r>
        <w:rPr>
          <w:b w:val="0"/>
          <w:i w:val="0"/>
        </w:rPr>
        <w:br/>
        <w:t>At Driffield on Friday morning, exhibitors showed under Brian Haywood who was judging the entry of 219 dogs and bitches. Here the Dog CC was won by the Hodges black Ch Naiken Zephyr JW.</w:t>
      </w:r>
      <w:r>
        <w:br/>
      </w:r>
      <w:r>
        <w:rPr>
          <w:b w:val="0"/>
          <w:i w:val="0"/>
        </w:rPr>
        <w:br/>
        <w:t>The Dog RCC went to Hannah Braimbridge's Southridge Sky Rocket to Hannabee.</w:t>
      </w:r>
      <w:r>
        <w:br/>
      </w:r>
      <w:r>
        <w:rPr>
          <w:b w:val="0"/>
          <w:i w:val="0"/>
        </w:rPr>
        <w:br/>
        <w:t>The Bitch CC was won by Sven Slettedals NU Ch Fieldvalley's Zandra whilst the Res Bitch CC went to Mr M Parkinsons Burnthorn Barleysugar</w:t>
      </w:r>
      <w:r>
        <w:br/>
      </w:r>
      <w:r>
        <w:rPr>
          <w:b w:val="0"/>
          <w:i w:val="0"/>
        </w:rPr>
        <w:br/>
        <w:t>Best Puppy was Mac Percivals Wynfaul The Wizard</w:t>
      </w:r>
      <w:r>
        <w:br/>
      </w:r>
      <w:r>
        <w:rPr>
          <w:b w:val="0"/>
          <w:i w:val="0"/>
        </w:rPr>
        <w:br/>
        <w:t>At the end of the day, those of unending stamina and enthusiasm packed up their dogs and baggage into their motors, and headed off, further north, up the map to Northumberland and Durham LRC championship show where the judges on Saturday were Lesley Dantinnes (dogs) and Chris Jury (bitches).</w:t>
      </w:r>
      <w:r>
        <w:br/>
      </w:r>
      <w:r>
        <w:rPr>
          <w:b w:val="0"/>
          <w:i w:val="0"/>
        </w:rPr>
        <w:br/>
        <w:t>The Dog CC and BOB went to Carole and Mervyn Reynolds black, Sh Ch Carromer Blue Lagoon. The RCC winner was Frank Gilroys Claychalk Costa Zaire. The Bitch CC was a third CC for Oakhouse Oscar Winner at Mossland shown I gather by Anthony Allen, whilst the Bitch RCC winner, shown by Mary O'Donoghue, was Philipstown Jacqui at Lisuella. Best Puppy for the second day running was Mac Percivals Wynfaul the Wizard.</w:t>
      </w:r>
      <w:r>
        <w:br/>
      </w:r>
      <w:r>
        <w:rPr>
          <w:b w:val="0"/>
          <w:i w:val="0"/>
        </w:rPr>
        <w:br/>
        <w:t>Still undaunted, fresh after a good nights sleep and raring for more competition exhibitors arrived on Sunday morning for North West LRC show where Alison Scutcher was judging 115 dogs and Robin Pollick taking on the 190 bitches from a total entry of 305. Their winners were Dog CC, the Rawlinsons black Sh Ch Fulwell Fly High to Halshimore. The Dog RCC was a repeat of the Driffield win two days previously for Hannah Braimbridge's Southridge Sky Rocket at Hannabee.</w:t>
      </w:r>
      <w:r>
        <w:br/>
      </w:r>
      <w:r>
        <w:rPr>
          <w:b w:val="0"/>
          <w:i w:val="0"/>
        </w:rPr>
        <w:br/>
        <w:t>Sven Slettedals Fieldvalley Carmen Sofia took the Bitch CC and Best in Show. The Bitch RCC winner was Karen Powell's Seatallan Waterlily and Best Puppy in Show was Judith Charltons Foxrush Straight Talking.</w:t>
      </w:r>
      <w:r>
        <w:br/>
      </w:r>
      <w:r>
        <w:rPr>
          <w:b w:val="0"/>
          <w:i w:val="0"/>
        </w:rPr>
        <w:br/>
        <w:t>Thus ended what I can only imagine was a very enjoyable but somewhat tiring few days for the dogs and for their humans as well.</w:t>
      </w:r>
      <w:r>
        <w:br/>
      </w:r>
      <w:r>
        <w:rPr>
          <w:b w:val="0"/>
          <w:i w:val="0"/>
        </w:rPr>
        <w:br/>
        <w:t>Ann Britton</w:t>
      </w:r>
      <w:r>
        <w:br/>
      </w:r>
      <w:r>
        <w:rPr>
          <w:b w:val="0"/>
          <w:i w:val="0"/>
        </w:rPr>
        <w:br/>
        <w:t>01989720665</w:t>
      </w:r>
      <w:r>
        <w:br/>
      </w:r>
      <w:r>
        <w:rPr>
          <w:b w:val="0"/>
          <w:i w:val="0"/>
        </w:rPr>
        <w:b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