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- 26/03/2021 - ISSUE"</w:t>
      </w:r>
      <w:r>
        <w:br/>
      </w:r>
      <w:r>
        <w:rPr>
          <w:b w:val="0"/>
          <w:i w:val="0"/>
        </w:rPr>
        <w:br/>
        <w:t>date_original: "26/03/2021 - ISSUE"</w:t>
      </w:r>
      <w:r>
        <w:br/>
      </w:r>
      <w:r>
        <w:rPr>
          <w:b w:val="0"/>
          <w:i w:val="0"/>
        </w:rPr>
        <w:br/>
        <w:t>source_url: "https://www.ourdogs.co.uk/members/breednotes/RetrieverLabradorMain.php"</w:t>
      </w:r>
      <w:r>
        <w:br/>
      </w:r>
      <w:r>
        <w:rPr>
          <w:b w:val="0"/>
          <w:i w:val="0"/>
        </w:rPr>
        <w:br/>
        <w:t>scraped_at: "2026-09-13T15:15:20"</w:t>
      </w:r>
      <w:r>
        <w:br/>
      </w:r>
      <w:r>
        <w:rPr>
          <w:b w:val="0"/>
          <w:i w:val="0"/>
        </w:rPr>
        <w:br/>
        <w:t>word_count: 1424</w:t>
      </w:r>
    </w:p>
    <w:p>
      <w:r>
        <w:t>――――――――――――――――――――――――――――――</w:t>
      </w:r>
    </w:p>
    <w:p>
      <w:r>
        <w:rPr>
          <w:b w:val="0"/>
          <w:i w:val="0"/>
        </w:rPr>
        <w:t>NEWS MEMBERS' AREA SHOP SUBSCRIBE UPCOMING SHOWS MORE</w:t>
      </w:r>
    </w:p>
    <w:p>
      <w:r>
        <w:rPr>
          <w:b w:val="0"/>
          <w:i w:val="0"/>
        </w:rPr>
        <w:t>RETRIEVER LABRADOR</w:t>
      </w:r>
    </w:p>
    <w:p>
      <w:r>
        <w:rPr>
          <w:b w:val="0"/>
          <w:i w:val="0"/>
        </w:rPr>
        <w:t>Issue: 26/03/2021</w:t>
      </w:r>
    </w:p>
    <w:p>
      <w:r>
        <w:rPr>
          <w:b w:val="0"/>
          <w:i w:val="0"/>
        </w:rPr>
        <w:t xml:space="preserve">As there are going to be a few months ahead with no show news, a future feature in these Labrador notes will be a Ã¢â‚¬Å"Get to know your Championship show judgesÃ¢â‚¬Â. Judges on the A1 list are invited to submit their thoughts on their life in the world of dogs. Send to my email below. </w:t>
      </w:r>
    </w:p>
    <w:p>
      <w:r>
        <w:rPr>
          <w:b w:val="0"/>
          <w:i w:val="0"/>
        </w:rPr>
        <w:t xml:space="preserve">Topics to be covered might include how you came into dogs, as a child or an adult, first pet, first dog, breed size and name. Later dogs and pedigrees. Where from. First show attended - Village Fete, Limited, Open or Championship. How you got there, bicycle, car, train, coach. Dog show vehicle. First mentors. Early Prizes won. Funny show stories. Early training of your dog, obedience, or show or just good manners, adventures with dogs, exciting outings with dogs, First judging appointment, memorable judging experiences perhaps Crufts, judging or travelling to judge at home or abroad. Adventures and personalities met when judging abroad. Breeding your early litters. How you select a winning puppy. Exciting show results. First CC or RCC. First Champion. Numbers of champions, CCs and RCCs won. Please do try to take part and start writing now. The idea is to take names from the A1 judges list and, if you know you are on it, expect an email from me in future asking for your text. Please let me know if you donÃ¢â‚¬â„¢t want to take part. It should be and interesting and entertaining read. </w:t>
      </w:r>
    </w:p>
    <w:p>
      <w:r>
        <w:rPr>
          <w:b w:val="0"/>
          <w:i w:val="0"/>
        </w:rPr>
        <w:t xml:space="preserve">As the weeks of 2021 drift by, one into another, at least we are past the Spring equinox and the clocks go forward this coming weekend. I was looking forward hopefully to the occasional all breed championship show perhaps going ahead by late summer, but now, it seems, for varying reasons, that likelihood is moving further and further away. Windsor Horse show is held on the same ground as the Windsor Dog Show and the dates clash. The Horse Show is going ahead. </w:t>
      </w:r>
    </w:p>
    <w:p>
      <w:r>
        <w:rPr>
          <w:b w:val="0"/>
          <w:i w:val="0"/>
        </w:rPr>
        <w:t>City of Birmingham Ch Show at Stoneleigh is cancelled as the venue is used as a vaccination centre. Welsh Kennel Club at Builth is cancelled. SKC (May) is cancelled and rearranged with the second SKC to October. Three Counties was still going ahead but the venue is now being used as a Covid injection centre, so who knows? (See KC Statement below).</w:t>
      </w:r>
    </w:p>
    <w:p>
      <w:r>
        <w:rPr>
          <w:b w:val="0"/>
          <w:i w:val="0"/>
        </w:rPr>
        <w:t xml:space="preserve">All these events are postponed or cancelled due to Covid. Hopefully if we all follow social distancing guidelines regarding Covid keep our masks on and donÃ¢â‚¬â„¢t mix in large groups, thus allowing it to spread around, we might get out of the recurring lockdown cycle and avoid a third such session. It is hoped everyone will have had an initial vaccine by the end of June, with the second ones complete by September, but I fear some spanner will appear in the works before then and delay it. </w:t>
      </w:r>
    </w:p>
    <w:p>
      <w:r>
        <w:rPr>
          <w:b w:val="0"/>
          <w:i w:val="0"/>
        </w:rPr>
        <w:t>To anyone wondering when other 2021 dog shows will eventually restart, the following from the Kennel Club has confirmed there will be no events until at least the end of June 2021.</w:t>
      </w:r>
    </w:p>
    <w:p>
      <w:r>
        <w:rPr>
          <w:b w:val="0"/>
          <w:i w:val="0"/>
        </w:rPr>
        <w:t>Presumably that now takes out Three Counties and Southern Counties on their original June dates. Hopefully they will be able to find new dates, although those do seem to be disappearing like hot cakes.</w:t>
      </w:r>
    </w:p>
    <w:p>
      <w:r>
        <w:rPr>
          <w:b w:val="0"/>
          <w:i w:val="0"/>
        </w:rPr>
        <w:t xml:space="preserve">The Kennel Club statement reads:- Re: COVID-19 - The safety and security of competitors, spectators, volunteers and staff at Kennel Club events is of paramount importance. In light of the COVID-19 pandemic, the Kennel Club has taken the decision with regret to recommend strongly that Clubs and Societies cancel forthcoming events over the next three months, i.e. until the end of June. </w:t>
      </w:r>
    </w:p>
    <w:p>
      <w:r>
        <w:rPr>
          <w:b w:val="0"/>
          <w:i w:val="0"/>
        </w:rPr>
        <w:t xml:space="preserve">This is based on advice issued by the Government yesterday, March 16, to restrict non-essential travel and contact, and in consideration of the many vulnerable groups who both attend and participate in Kennel Club events.  In addition, the Kennel Club recommends that alternative arrangements are put in place regarding other activities such as meetings, seminars and training classes. </w:t>
      </w:r>
    </w:p>
    <w:p>
      <w:r>
        <w:rPr>
          <w:b w:val="0"/>
          <w:i w:val="0"/>
        </w:rPr>
        <w:t xml:space="preserve">Advice on the situation regarding COVID-19 is changing daily and we strongly suggest that Clubs and Societies keep aware of updates as issued by the Department of Health. </w:t>
      </w:r>
    </w:p>
    <w:p>
      <w:r>
        <w:rPr>
          <w:b w:val="0"/>
          <w:i w:val="0"/>
        </w:rPr>
        <w:t>Further announcements will also be posted on the Kennel Club website, as well as on the Kennel ClubÃ¢â‚¬â„¢s various social media channels such as Facebook and Twitter.Ã¢â‚¬Â</w:t>
      </w:r>
    </w:p>
    <w:p>
      <w:r>
        <w:rPr>
          <w:b w:val="0"/>
          <w:i w:val="0"/>
        </w:rPr>
        <w:t xml:space="preserve">The Scottish Kennel Club have arranged for both their shows to run one immediately after the other. Their statement reads Ã¢â‚¬Å"The Scottish Kennel Club are delighted to announce that we have received permission from the Kennel Club to hold a double Championship Show from 30th September - 3rd October 2021.  Both our postponed May Show &amp; October Show will now be held in tandem over four days, with the majority of breeds now having two sets of CCÃ¢â‚¬â„¢s on the same day, along with the chance to compete in two groups. </w:t>
      </w:r>
    </w:p>
    <w:p>
      <w:r>
        <w:rPr>
          <w:b w:val="0"/>
          <w:i w:val="0"/>
        </w:rPr>
        <w:t xml:space="preserve">The majority of breeds will be judged back to back, ie May 21 followed by October 21. Any breeds that are too large numerically will have two rings, with May judging in one ring (dogs followed by bitches) &amp; October judging in the adjacent ring (bitches followed by dogs). Each day will finish with the May &amp; October Group judging &amp; BIS for both shows held on the Sunday.  All judging will be held inside the warm exhibition halls. </w:t>
      </w:r>
    </w:p>
    <w:p>
      <w:r>
        <w:rPr>
          <w:b w:val="0"/>
          <w:i w:val="0"/>
        </w:rPr>
        <w:t>The group splits will be as follows:</w:t>
      </w:r>
    </w:p>
    <w:p>
      <w:r>
        <w:rPr>
          <w:b w:val="0"/>
          <w:i w:val="0"/>
        </w:rPr>
        <w:t>30th September 21 Ã¢â‚¬â€œ Working &amp; Hound (May &amp; October)</w:t>
      </w:r>
    </w:p>
    <w:p>
      <w:r>
        <w:rPr>
          <w:b w:val="0"/>
          <w:i w:val="0"/>
        </w:rPr>
        <w:t>Friday 1st October 21 Ã¢â‚¬â€œ Utility &amp; Terrier (May &amp; October)</w:t>
      </w:r>
    </w:p>
    <w:p>
      <w:r>
        <w:rPr>
          <w:b w:val="0"/>
          <w:i w:val="0"/>
        </w:rPr>
        <w:t>Saturday 2nd October 21 Ã¢â‚¬â€œ Toy &amp; Pastoral (May &amp; October)</w:t>
      </w:r>
    </w:p>
    <w:p>
      <w:r>
        <w:rPr>
          <w:b w:val="0"/>
          <w:i w:val="0"/>
        </w:rPr>
        <w:t>Sunday 3rd October 21 Ã¢â‚¬â€œ Gundog (May &amp; October)</w:t>
      </w:r>
    </w:p>
    <w:p>
      <w:r>
        <w:rPr>
          <w:b w:val="0"/>
          <w:i w:val="0"/>
        </w:rPr>
        <w:t>We greatly look forward to welcoming everyone for this special weekend of shows. Further information &amp; updates will be published both here and the SKC/Higham Press websites.Ã¢â‚¬Â</w:t>
      </w:r>
    </w:p>
    <w:p>
      <w:r>
        <w:rPr>
          <w:b w:val="0"/>
          <w:i w:val="0"/>
        </w:rPr>
        <w:t>End of Statement</w:t>
      </w:r>
    </w:p>
    <w:p>
      <w:r>
        <w:rPr>
          <w:b w:val="0"/>
          <w:i w:val="0"/>
        </w:rPr>
        <w:t xml:space="preserve">It will certainly be a busy time especially for those exhibitors from far away. </w:t>
      </w:r>
    </w:p>
    <w:p>
      <w:r>
        <w:rPr>
          <w:b w:val="0"/>
          <w:i w:val="0"/>
        </w:rPr>
        <w:t>As Tony Jury was busy writing at his desk in Winchcombe, working on his next chapter of the 1665 Mr Pepys Diary, as told by his present day Labrador, little did he know that hurtling through space was an object going back much further in time. A jet black meteorite, a fireball, 4.6 billion years old, from a time before the universe was completed, zooming through space to land in Winchcombe.</w:t>
      </w:r>
    </w:p>
    <w:p>
      <w:r>
        <w:rPr>
          <w:b w:val="0"/>
          <w:i w:val="0"/>
        </w:rPr>
        <w:t>Luckily for Tony and Chris (and for Our Dogs Editor because Mr Pepys copy might have been a bit charred), the meteorite, whilst landing on the drive of a house nearby in Winchcombe, did not choose to land at TonyÃ¢â‚¬â„¢s house, so Pepys musings remain intact for the next publication.</w:t>
      </w:r>
    </w:p>
    <w:p>
      <w:r>
        <w:rPr>
          <w:b w:val="0"/>
          <w:i w:val="0"/>
        </w:rPr>
        <w:t>Commentators said it was the first such meteorite to land in the U.K. for 30 years. Ironically, around the time of its reporting, as I put the kennel dogs to bed I looked up at the clear dark sky and the wonderful stars sparkling all around. Herefordshire is part of the Dark Skies project, unpolluted by street or other lights, an area where the night sky is particularly clear and dark. On such nights I love looking at the stars, clutching my star chart from The Telegraph, trying to pick out old favourites, the Plough and OrionÃ¢â‚¬â„¢s Belt easy to find, others not so.</w:t>
      </w:r>
    </w:p>
    <w:p>
      <w:r>
        <w:rPr>
          <w:b w:val="0"/>
          <w:i w:val="0"/>
        </w:rPr>
        <w:t>That night one star was amazingly bright, much more golden than the rest and sat much lower in the sky.  I wondered what star it was. Then noticed it was moving, slightly angling downwards. On it went. I decided it was a brightly lit aeroplane and went to bed.  Maybe it wasnÃ¢â‚¬â„¢t! Winchcombe is barely thirty miles away. Who knows? Thinking about it, it hadnÃ¢â‚¬â„¢t got the red and green blinking lights on that the planes have. Perhaps it was the meteorite?</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