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- 07/06/2002"</w:t>
      </w:r>
      <w:r>
        <w:br/>
      </w:r>
      <w:r>
        <w:rPr>
          <w:b w:val="0"/>
          <w:i w:val="0"/>
        </w:rPr>
        <w:br/>
        <w:t>date_original: "07/06/2002"</w:t>
      </w:r>
      <w:r>
        <w:br/>
      </w:r>
      <w:r>
        <w:rPr>
          <w:b w:val="0"/>
          <w:i w:val="0"/>
        </w:rPr>
        <w:br/>
        <w:t>source_url: "https://www.ourdogs.co.uk/members/breednotes/2002/RetrieverLabrador/June2002/RetrieverLabrador070602.htm"</w:t>
      </w:r>
      <w:r>
        <w:br/>
      </w:r>
      <w:r>
        <w:rPr>
          <w:b w:val="0"/>
          <w:i w:val="0"/>
        </w:rPr>
        <w:br/>
        <w:t>archive_type: "static_html"</w:t>
      </w:r>
      <w:r>
        <w:br/>
      </w:r>
      <w:r>
        <w:rPr>
          <w:b w:val="0"/>
          <w:i w:val="0"/>
        </w:rPr>
        <w:br/>
        <w:t>scraped_at: "2026-09-13T22:19:03"</w:t>
      </w:r>
      <w:r>
        <w:br/>
      </w:r>
      <w:r>
        <w:rPr>
          <w:b w:val="0"/>
          <w:i w:val="0"/>
        </w:rPr>
        <w:br/>
        <w:t>word_count: 1697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After last year’s sunny show, this year torrential showers fell on Bath Championship Show. All the meticulous preparations, which had preceded the opening of the spacious four-day event were awash. Sadly this included the beautifully mown covered rings with their handily located benching tents. Gundog day was the second day of the show, it had rained on the first day and the deluge continued, somewhat akin to an overdone amateur theatrical performance with someone squirting the hose on full pressure all over the place.</w:t>
      </w:r>
    </w:p>
    <w:p>
      <w:r>
        <w:rPr>
          <w:b w:val="0"/>
          <w:i w:val="0"/>
        </w:rPr>
        <w:t>The rain absolutely sheeted down in a wind driven fog of spray, just like the early black and white movies and was something to behold. Very soon we were all slopping about in rising water in the benching tents and by mid morning the gangways had turned to brown running mud, even though straw was quickly laid down.</w:t>
      </w:r>
    </w:p>
    <w:p>
      <w:r>
        <w:rPr>
          <w:b w:val="0"/>
          <w:i w:val="0"/>
        </w:rPr>
        <w:t>Despite all this there was a really good atmosphere around the Labrador Dog ring, where Terry Thorn, the top all-rounder, was judging. His good nature as the rain sheeted horizontally into his covered ring was an absolute tonic and his good humour in the face of such conditions spread to the majority of exhibitors in his ring. Most of us were laughing we were so sodden, hair drenched, clothes mud splattered; Hunter Wellingtons came out in droves, Lynn Minchella was spotted sporting the Rolls Royce of wellies, the Chameau (strictly for the very serious welly wearer). Umbrellas fared pretty badly, I managed to turn not one but two inside out in the storm.</w:t>
      </w:r>
    </w:p>
    <w:p>
      <w:r>
        <w:rPr>
          <w:b w:val="0"/>
          <w:i w:val="0"/>
        </w:rPr>
        <w:t>Opposite our rings was the Golden Retriever camp, under cover but not at all escaping the elements. Why anyone would prefer to sit getting drenched in this ringside camp rather than bench their dogs above the water level is beyond me. I saw one exhibitor with five Goldens, their flowing pale gold coats absolutely plastered from head to foot in brown dripping mud. Needless to say I was so pleased I had only brought black Labradors with me that day.</w:t>
      </w:r>
    </w:p>
    <w:p>
      <w:r>
        <w:rPr>
          <w:b w:val="0"/>
          <w:i w:val="0"/>
        </w:rPr>
        <w:t>There was an entry of 253 Labradors for Judges Terry Thorn (Dogs) and Mrs Ek from Sweden (Bitches) to go over. The dog CC and Best of Breed was Carole and David Coodes black Warringahs Digger (Ch Marfell Seafarer ex Ch Warringahs Burra) whilst Janet and Vic Coles Sh Ch Stajantors Robin won the RCC. In the bitch ring Mrs Ek awarded a first CC to Christine Bailisss yellow Tissalian Oh Sancha (Rocheby Old Smokey ex Tissalian Winter Madness) whilst the RCC another first, went to Linda Major with the yellow Sandylands Guilder Rose for Linjor JW. (Sh Ch Sandylands Gadabout ex Sandylands Obsession). Best Puppy was the yellow dog owned by Barry and Margaret Rooth, Greenworth Against Odds (Greenworth the Sadler ex Greenworth Pure Grain).</w:t>
      </w:r>
    </w:p>
    <w:p>
      <w:r>
        <w:rPr>
          <w:b w:val="0"/>
          <w:i w:val="0"/>
        </w:rPr>
        <w:t>I am pleased to say there has been a great deal of support from many long standing, well respected Labrador breeders following my recent comments in this column regarding the possible loss of our freedoms as Labrador breeders in the UK if we are not vigilant and don’t wake up!. So far whilst everyone is happy to test hips, eyes, elbows etc., on a voluntary basis, all are against being unwittingly walked into mandatory obligations. Please feel free to send in your further comments to this column.</w:t>
      </w:r>
    </w:p>
    <w:p>
      <w:r>
        <w:rPr>
          <w:b w:val="0"/>
          <w:i w:val="0"/>
        </w:rPr>
        <w:t>A reminder from Sheilagh Walton for exhibitors at the Lab Club Show at Stoneleigh on June 8th to take chairs with them to sit on.</w:t>
      </w:r>
    </w:p>
    <w:p>
      <w:r>
        <w:rPr>
          <w:b w:val="0"/>
          <w:i w:val="0"/>
        </w:rPr>
        <w:t>Sheila has recently been judging in the USA and sends in her report for the Labrador Retriever Club of the Potomac Show held on 10th April to 12th April 2002 at Frederick, Maryland.</w:t>
      </w:r>
    </w:p>
    <w:p>
      <w:r>
        <w:rPr>
          <w:b w:val="0"/>
          <w:i w:val="0"/>
        </w:rPr>
        <w:t>‘I was honoured, along with Sheelin Cuthbert and Eva Mjelde, to be invited to judge the above show. Sheelin judged the bitches and I did the dogs. Eva judged the Non-regular Classes. The show attracted a record entry of well over 1000 dogs and apart from the above classes there were sweepstake classes judged by Mrs Lori Gitter-Howe (Dogs) and Mrs Linda Vaughn (Bitches) and Junior Showmanship Classes judged by Mrs Laurie Doumaux. '</w:t>
      </w:r>
    </w:p>
    <w:p>
      <w:r>
        <w:rPr>
          <w:b w:val="0"/>
          <w:i w:val="0"/>
        </w:rPr>
        <w:t>‘Having been warned of all the bad weather the Show had attracted in the past my fellow judges and I went well prepared with wet weather gear, including wellies, and warm winter suits. We were greeted with brilliant sunshine and temperatures in the 90's, which continued for the whole of the show. I managed to get quite sunburnt on the firist day of judging.</w:t>
      </w:r>
    </w:p>
    <w:p>
      <w:r>
        <w:rPr>
          <w:b w:val="0"/>
          <w:i w:val="0"/>
        </w:rPr>
        <w:t>‘One of the highlights of the show was on the evening of the first day when Eva Mjelde judged the veteran classes. She had a total of 62 dogs and bitches to assess, from the age of 7 years upwards. Each sex was divided into three classes by age (7.9 yrs, 9-11 yrs and 11 yrs &amp; older). Quite the star was Ch Chablais Myrtille at 13 years old. She won her class and obviously enjoyed her outing.</w:t>
      </w:r>
    </w:p>
    <w:p>
      <w:r>
        <w:rPr>
          <w:b w:val="0"/>
          <w:i w:val="0"/>
        </w:rPr>
        <w:t>‘I was extremely impressed with the enthusiasm shown round the judging rings and the sporting way the exhibitors accepted their places. The show was very well organized and the atmosphere was friendly and welcoming.</w:t>
      </w:r>
    </w:p>
    <w:p>
      <w:r>
        <w:rPr>
          <w:b w:val="0"/>
          <w:i w:val="0"/>
        </w:rPr>
        <w:t>‘The quality of the dogs was excellent and I was able to find sufficient of the type I liked for my 4 places in most classes. Unfortunately, there were some untypical heads with short muzzles and over broad skulls. There were also several undershot bites,</w:t>
      </w:r>
      <w:r>
        <w:br/>
      </w:r>
      <w:r>
        <w:rPr>
          <w:b w:val="0"/>
          <w:i w:val="0"/>
        </w:rPr>
        <w:br/>
        <w:t>‘Proportionately higher than I have seen elsewhere. It doesn't take much for a level bite to become an undershot bite. Movement generally was very good and I was pleased to see that a high proportion of the exhibits moved true and with drive.</w:t>
      </w:r>
    </w:p>
    <w:p>
      <w:r>
        <w:rPr>
          <w:b w:val="0"/>
          <w:i w:val="0"/>
        </w:rPr>
        <w:t>‘My Winners Dog was Kate D Perry's Carpenny Will Do At Hawksmoor, Bred by Penny Carpanini. (Hawksmoor Webster x Carpenny Rustina) from the Open Black Class.This black dog just filled my eye He had a lovely, kind head with correct eye colour and ear set.. He presented a beautiful picture with his clean, balanced outline, correct topline and typical tail. His strong neck flowed into his well laid shoulders and he had a good length and depth ofrib-cage. He was not overdone in any way and was shown in spot on condition.</w:t>
      </w:r>
    </w:p>
    <w:p>
      <w:r>
        <w:rPr>
          <w:b w:val="0"/>
          <w:i w:val="0"/>
        </w:rPr>
        <w:t>‘Sheelin Cuthbert's Winners Bitch was Carol Heidls home bred Tabatha's Desi (Mr Blue of Blackamoor &amp; Tabatha x Ch Tabatha's Rainbow) from the Bred by</w:t>
      </w:r>
      <w:r>
        <w:br/>
      </w:r>
      <w:r>
        <w:rPr>
          <w:b w:val="0"/>
          <w:i w:val="0"/>
        </w:rPr>
        <w:br/>
        <w:t>‘Exhibitor Black Class. A beautiful, compact, short coupled biteh with al the essentials. Shown in excellent condition. She moved with purpose and drive from her powerful hindquarters. They made a lovely pair in the sunshine and Eva Mielde made the bitch Best Winner.</w:t>
      </w:r>
    </w:p>
    <w:p>
      <w:r>
        <w:rPr>
          <w:b w:val="0"/>
          <w:i w:val="0"/>
        </w:rPr>
        <w:t>‘Best in the Puppy Class was again judged by Eva Mjelde. She chose Pauline &amp; Maurice Morter s home bred Lubberline Swiftsure, (Ch Talimar Obsidian - Ch Lubberline Clayview Stowaway). A gorgeous black puppy, just right for 61/2 months.with a lovely kind head with correct eye colour. He was of excellent construction which showedin his movement A very promising young baby.</w:t>
      </w:r>
    </w:p>
    <w:p>
      <w:r>
        <w:rPr>
          <w:b w:val="0"/>
          <w:i w:val="0"/>
        </w:rPr>
        <w:t>‘At the end of the show Best of Breed was judged by Eva Mjelde. This class contained 70 Champions of both sexes plus the wmners from the six Veteran classes and the Winners Dog and Bitch.</w:t>
      </w:r>
    </w:p>
    <w:p>
      <w:r>
        <w:rPr>
          <w:b w:val="0"/>
          <w:i w:val="0"/>
        </w:rPr>
        <w:t>‘It was a marvellous sight as they all entered the ring and stood in the bnght sunshine to be viewed. The class was divided into groups and they looked absolutely splendid asthey moved around the ring. Mrs MJelde carefully examined each exhibit and finally decided on a striking yellow that moved with style, looking every inch a Champion. He was Kathy Sneider DVM &amp; Julie MacKinnon's Ch Aquarius Center Court Delight. Bred by Kathy Sneider &amp; Sharon A Parr (Ch Lobuff's Bare Necessities CD JH x Delight Aquarius Courtside Dog).</w:t>
      </w:r>
    </w:p>
    <w:p>
      <w:r>
        <w:rPr>
          <w:b w:val="0"/>
          <w:i w:val="0"/>
        </w:rPr>
        <w:t>‘Congratulations must go to the hard working Committee of The Labrador Club of the</w:t>
      </w:r>
      <w:r>
        <w:br/>
      </w:r>
      <w:r>
        <w:rPr>
          <w:b w:val="0"/>
          <w:i w:val="0"/>
        </w:rPr>
        <w:br/>
        <w:t>‘Potomac for organising such a spectacular show. I certainly enjoyed being a part of it and will always remember my visit.’</w:t>
      </w:r>
    </w:p>
    <w:p>
      <w:r>
        <w:rPr>
          <w:b w:val="0"/>
          <w:i w:val="0"/>
        </w:rPr>
        <w:t>Many thanks for this Sheila.</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