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July 2005"</w:t>
      </w:r>
      <w:r>
        <w:br/>
      </w:r>
      <w:r>
        <w:rPr>
          <w:b w:val="0"/>
          <w:i w:val="0"/>
        </w:rPr>
        <w:br/>
        <w:t>date_original: "31 July 2005"</w:t>
      </w:r>
      <w:r>
        <w:br/>
      </w:r>
      <w:r>
        <w:rPr>
          <w:b w:val="0"/>
          <w:i w:val="0"/>
        </w:rPr>
        <w:br/>
        <w:t>source_url: "https://www.ourdogs.co.uk/members/breednotes/2005/RetrieverLabrador/RetrieverLabrador-mar04.htm"</w:t>
      </w:r>
      <w:r>
        <w:br/>
      </w:r>
      <w:r>
        <w:rPr>
          <w:b w:val="0"/>
          <w:i w:val="0"/>
        </w:rPr>
        <w:br/>
        <w:t>archive_type: "static_html"</w:t>
      </w:r>
      <w:r>
        <w:br/>
      </w:r>
      <w:r>
        <w:rPr>
          <w:b w:val="0"/>
          <w:i w:val="0"/>
        </w:rPr>
        <w:br/>
        <w:t>scraped_at: "2026-09-13T22:12:25"</w:t>
      </w:r>
      <w:r>
        <w:br/>
      </w:r>
      <w:r>
        <w:rPr>
          <w:b w:val="0"/>
          <w:i w:val="0"/>
        </w:rPr>
        <w:br/>
        <w:t>word_count: 1494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Do try to get your hands on the What's On TV Listings Magazine for this week. John George (Joraid Labradors) of Full Wumpty fame, is rather prominently featured in a centre page spread, having gone out to Nairobi with Davina Mcall as part of Comic Relief to see how the money, (£30,000 so far), that has been raised with The Fully Wumpty routine is being spent. I understand that the filming in Africa will appear on television during Comic Relief night. Do watch.</w:t>
      </w:r>
    </w:p>
    <w:p>
      <w:r>
        <w:rPr>
          <w:b w:val="0"/>
          <w:i w:val="0"/>
        </w:rPr>
        <w:t>A reminder to all those attending East Anglian Labrador Club championship show this weekend, Saturday 5th March, at Woodgreen Animal Centre, Godmanchester, Nr Huntingdon, to spare a thought for the excellent Labrador Rescue stall being run by June Cooper at the show. As you prepare your show-bag the night before, why not make the effort to find at least one saleable item, your donation to the rescue stall, and put it in the car ready for the next day? On arrival at the show just hand it to June Cooper at the rescue stall. Also, do remember to take plenty of spending money to the show to spend at the stall.</w:t>
      </w:r>
    </w:p>
    <w:p>
      <w:r>
        <w:rPr>
          <w:b w:val="0"/>
          <w:i w:val="0"/>
        </w:rPr>
        <w:t>Over the years there have been some tremendous articles donated to June’s Labrador Rescue stall including, one year, several original, mint condition, Harold Clayton Labrador Pedigree Books, which needless to say, were keenly sought after. One lucky lady was there very early and was able to complete her Pedigree Book collection there and then. We were all green with envy and really sorry we had missed them at the time and vowed to get to June‚s stall much earlier next time but, as the saying goes, the early bird gets the worm! So, this year, be there early and spend, spend, spend in aid of rescue, for, as you will have read in last weeks notes, there are so very many unwanted Labradors waiting in rescue centres around the country. They do need your financial support!</w:t>
      </w:r>
    </w:p>
    <w:p>
      <w:r>
        <w:rPr>
          <w:b w:val="0"/>
          <w:i w:val="0"/>
        </w:rPr>
        <w:t>David and Carole Coode will be hosting a gundog-training weekend at Warringah Valley View, Fownhope, Herefordshire over the weekend of 30/31 July 2005. It will be open to all, but there will only be a maximum of 12 places available. The instructors will be Joy Venturi Rose and her husband Chris Rose. Dogs of any standard will be accepted, but they must be used to being under control in a group situation and have basic obedience, such as walking to heel and recall.</w:t>
      </w:r>
      <w:r>
        <w:br/>
      </w:r>
      <w:r>
        <w:rPr>
          <w:b w:val="0"/>
          <w:i w:val="0"/>
        </w:rPr>
        <w:br/>
        <w:t>The full details of the training sessions still have to be finalised, but there will be practical training and some lecture/video work. There will be training both on land and in water, and jumps will be available. At the end of the two days there will a short test for participants and their dogs.</w:t>
      </w:r>
    </w:p>
    <w:p>
      <w:r>
        <w:rPr>
          <w:b w:val="0"/>
          <w:i w:val="0"/>
        </w:rPr>
        <w:t>The cost will be £25, inclusive of lunch both days and a local pub has been booked for an evening meal on the Saturday night, the cost of this is not included in the above figure. Hotel and Bed and Breakfast accommodation is available locally. For details of this and to obtain a booking form contact David and Carole Coode on 01989 740 296 or by email at warringah@tinyworld.co.uk</w:t>
      </w:r>
      <w:r>
        <w:br/>
      </w:r>
      <w:r>
        <w:rPr>
          <w:b w:val="0"/>
          <w:i w:val="0"/>
        </w:rPr>
        <w:br/>
        <w:t>Ann Britton 01989 720665 email bowstones@btinternet.com</w:t>
      </w:r>
    </w:p>
    <w:p>
      <w:r>
        <w:rPr>
          <w:b w:val="0"/>
          <w:i w:val="0"/>
        </w:rPr>
        <w:t>Allen Parton needs no introduction to Labrador exhibitors, having been around our ringsides for years demonstrating the wonderful ability of his lovely yellow Labrador, Endal. He writes to seek our help in ensuring Endal becomes the "Hero Dog," and I am sure he will not find us wanting. He sent me the following and I am really looking forward to this new venture at the greatest Dog Show on Earth.</w:t>
      </w:r>
    </w:p>
    <w:p>
      <w:r>
        <w:rPr>
          <w:b w:val="0"/>
          <w:i w:val="0"/>
        </w:rPr>
        <w:t>‘Endal has been selected to be one of six special dogs in the UK that will be at Crufts this year, all up for the title of the Kennel Club's "Hero Dog". It is such an honour to be have been even nominated because there are a lot of unsung heroes out there in the Canine World. Anyway Endal is now a finalist and this is where we need your help more than ever before.</w:t>
      </w:r>
      <w:r>
        <w:br/>
      </w:r>
      <w:r>
        <w:rPr>
          <w:b w:val="0"/>
          <w:i w:val="0"/>
        </w:rPr>
        <w:br/>
        <w:t>‘The final award is to take place just before the best in show on Sunday 13th March, televised live in front of Millions world wide, probably our biggest audience ever. I am just so honoured to have this chance to be in the ring with a Labrador just before Best in Show 2005, it has been our life time dream to appear in the Best in Show ring. Oh yes! What a journey Endal has taken me on, just can't believe where we will end up next!</w:t>
      </w:r>
    </w:p>
    <w:p>
      <w:r>
        <w:rPr>
          <w:b w:val="0"/>
          <w:i w:val="0"/>
        </w:rPr>
        <w:t>‘ Crufts runs from the 10th until the 13th of March this year. We are there all four days again this year, meeting and greeting. This really is going to be the best Crufts ever, win or lose, I'll be taking home the best dog in the world "my Hero Endal"</w:t>
      </w:r>
    </w:p>
    <w:p>
      <w:r>
        <w:rPr>
          <w:b w:val="0"/>
          <w:i w:val="0"/>
        </w:rPr>
        <w:t>‘They are setting up voting system for your favourite dog via the web, telephone and interactive TV (the red button). Not sure when the voting starts but this an amazing honour to be recognised by the Kennel Club so far into our career together, Endal and I. Endal as well as having a role as a service dog also has been promoting the dogs place in our society. He is also a PAT dog and works with disabled children on top of his other work‘</w:t>
      </w:r>
      <w:r>
        <w:br/>
      </w:r>
      <w:r>
        <w:rPr>
          <w:b w:val="0"/>
          <w:i w:val="0"/>
        </w:rPr>
        <w:br/>
        <w:t>The weekend before Crufts there is to be an hour-long programme being shown, via the BBC, which will feature all the six dog's stories, in four minute clips. Then on Thursday, Friday and Saturday two of the dog's stories will be repeated each night.</w:t>
      </w:r>
    </w:p>
    <w:p>
      <w:r>
        <w:rPr>
          <w:b w:val="0"/>
          <w:i w:val="0"/>
        </w:rPr>
        <w:t>‘ On Sunday there is a parade of the nominees and then one dog will be picked as the overall hero.</w:t>
      </w:r>
    </w:p>
    <w:p>
      <w:r>
        <w:rPr>
          <w:b w:val="0"/>
          <w:i w:val="0"/>
        </w:rPr>
        <w:t>‘Soon Endal will be reaching retirement after nearly 9 years devoted duty to me and this would be such a wonderful crowning of his career. The head injury I suffered in the Gulf war robbed me of all my memories of being married, the birth of my children and 50% of my life history (none of which has returned) I can't recall my children's first words, seeing their first steps. Endal's achievements are allowing me to experience the emotions I can't recall, of the pride and the love that a parent feels at these precious moment. Now because of my Hero "Endal" I am experiencing those emotions through him, which is truly so incredible "my guardian angel truly does have four legs"</w:t>
      </w:r>
    </w:p>
    <w:p>
      <w:r>
        <w:rPr>
          <w:b w:val="0"/>
          <w:i w:val="0"/>
        </w:rPr>
        <w:t>‘ Please support him and take time to vote for this lovely dog Endal, a nice guy in the doggie world!’</w:t>
      </w:r>
    </w:p>
    <w:p>
      <w:r>
        <w:rPr>
          <w:b w:val="0"/>
          <w:i w:val="0"/>
        </w:rPr>
        <w:t>Jim Nolan 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