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- 24/07/2020 - ISSUE"</w:t>
      </w:r>
      <w:r>
        <w:br/>
      </w:r>
      <w:r>
        <w:rPr>
          <w:b w:val="0"/>
          <w:i w:val="0"/>
        </w:rPr>
        <w:br/>
        <w:t>date_original: "24/07/2020 - ISSUE"</w:t>
      </w:r>
      <w:r>
        <w:br/>
      </w:r>
      <w:r>
        <w:rPr>
          <w:b w:val="0"/>
          <w:i w:val="0"/>
        </w:rPr>
        <w:br/>
        <w:t>source_url: "https://www.ourdogs.co.uk/members/breednotes/RetrieverLabradorMain.php"</w:t>
      </w:r>
      <w:r>
        <w:br/>
      </w:r>
      <w:r>
        <w:rPr>
          <w:b w:val="0"/>
          <w:i w:val="0"/>
        </w:rPr>
        <w:br/>
        <w:t>scraped_at: "2026-09-13T15:17:05"</w:t>
      </w:r>
      <w:r>
        <w:br/>
      </w:r>
      <w:r>
        <w:rPr>
          <w:b w:val="0"/>
          <w:i w:val="0"/>
        </w:rPr>
        <w:br/>
        <w:t>word_count: 1575</w:t>
      </w:r>
    </w:p>
    <w:p>
      <w:r>
        <w:t>――――――――――――――――――――――――――――――</w:t>
      </w:r>
    </w:p>
    <w:p>
      <w:r>
        <w:rPr>
          <w:b w:val="0"/>
          <w:i w:val="0"/>
        </w:rPr>
        <w:t>NEWS MEMBERS' AREA SHOP SUBSCRIBE UPCOMING SHOWS MORE</w:t>
      </w:r>
    </w:p>
    <w:p>
      <w:r>
        <w:rPr>
          <w:b w:val="0"/>
          <w:i w:val="0"/>
        </w:rPr>
        <w:t>RETRIEVER LABRADOR</w:t>
      </w:r>
    </w:p>
    <w:p>
      <w:r>
        <w:rPr>
          <w:b w:val="0"/>
          <w:i w:val="0"/>
        </w:rPr>
        <w:t>Issue: 24/07/2020</w:t>
      </w:r>
    </w:p>
    <w:p>
      <w:r>
        <w:rPr>
          <w:b w:val="0"/>
          <w:i w:val="0"/>
        </w:rPr>
        <w:t>I was so very sorry to hear my pal, Peggy Grayson has passed away. She was 103, I believe. In recent years she was looked after by her daughter Storm, to whom go our condolences.</w:t>
      </w:r>
    </w:p>
    <w:p>
      <w:r>
        <w:rPr>
          <w:b w:val="0"/>
          <w:i w:val="0"/>
        </w:rPr>
        <w:t>A breeder, exhibitor and a well-respected, much sought after, horse and dog judge, Peggy was a generous character, full of fun and mischievous good humour. She spoke her mind when she felt necessary but her forte was being a mine of sensible information both equine and canine, based on her experiences throughout her long life.</w:t>
      </w:r>
    </w:p>
    <w:p>
      <w:r>
        <w:rPr>
          <w:b w:val="0"/>
          <w:i w:val="0"/>
        </w:rPr>
        <w:t xml:space="preserve">Peggy exhibited dogs from well before the war and wrote books on her favourite breeds. She also published short, light hearted novels, one with a background based on her time as a Land Army Girl during the Second World War. </w:t>
      </w:r>
    </w:p>
    <w:p>
      <w:r>
        <w:rPr>
          <w:b w:val="0"/>
          <w:i w:val="0"/>
        </w:rPr>
        <w:t xml:space="preserve">She was well known for her excellent news and information-filled columns in Dog World and Our Dogs magazines, always full of common sense. </w:t>
      </w:r>
    </w:p>
    <w:p>
      <w:r>
        <w:rPr>
          <w:b w:val="0"/>
          <w:i w:val="0"/>
        </w:rPr>
        <w:t xml:space="preserve">I recall one week she wrote strongly about pedigree puppies costing too much. I still have the article, written in the 1980s, when well-bred pups were selling for an "inflated" price of about Ã‚Â£200 . She would be horrified at the goings on at the moment, where, because of the Covid pandemic, pups are in short supply and a handful of greedy breeders are openly charging twenty times this amount, nearly Ã‚Â£5000, for unregistered animals of various breeds or crosses. </w:t>
      </w:r>
    </w:p>
    <w:p>
      <w:r>
        <w:rPr>
          <w:b w:val="0"/>
          <w:i w:val="0"/>
        </w:rPr>
        <w:t>Life has passed so quickly. Someone told me last year, "Think of life as a toilet roll. At the beginning, it lasts for ages, but at the end it runs out faster and faster!" So true.</w:t>
      </w:r>
    </w:p>
    <w:p>
      <w:r>
        <w:rPr>
          <w:b w:val="0"/>
          <w:i w:val="0"/>
        </w:rPr>
        <w:t>I worked with Peggy and her great pal, the late Sybil Churchill on LKA for well over twenty years from the snow-show era in the early 1990s, until I retired over twenty years later, after George died. We were all good friends with an interest in organising dog shows and breeding top class animals.</w:t>
      </w:r>
    </w:p>
    <w:p>
      <w:r>
        <w:rPr>
          <w:b w:val="0"/>
          <w:i w:val="0"/>
        </w:rPr>
        <w:t xml:space="preserve">I recall the two ladies would come here for Sunday lunch and to see my dogs and puppies if there was a rare litter on the ground. Those who were somewhat in awe of these two ladies, who could appear somewhat grand and fierce should they choose, would be amazed to see them out of dog-show mode. </w:t>
      </w:r>
    </w:p>
    <w:p>
      <w:r>
        <w:rPr>
          <w:b w:val="0"/>
          <w:i w:val="0"/>
        </w:rPr>
        <w:t xml:space="preserve">They would arrive here for lunch laughing and teasing each other like a couple of schoolgirls, bounding through the door, bursting with excitement, on one occasion, each commenting on the others Sunday lunchtime attire, Peggy dressed for rural relaxation, Sybil as ever dressed to receive royalty, although without the famous hat! </w:t>
      </w:r>
    </w:p>
    <w:p>
      <w:r>
        <w:rPr>
          <w:b w:val="0"/>
          <w:i w:val="0"/>
        </w:rPr>
        <w:t xml:space="preserve">Both ladies have now gone. I miss those happy days. Life is going far too fast. </w:t>
      </w:r>
    </w:p>
    <w:p>
      <w:r>
        <w:rPr>
          <w:b w:val="0"/>
          <w:i w:val="0"/>
        </w:rPr>
        <w:t>For Labrador folk, one of Peggys best pieces of advice I have never forgotten, was , "Never keep a puppy that won't look you straight in the eye!" So true.</w:t>
      </w:r>
    </w:p>
    <w:p>
      <w:r>
        <w:rPr>
          <w:b w:val="0"/>
          <w:i w:val="0"/>
        </w:rPr>
        <w:t>Rest in peace Peggy. You will never be forgotten.</w:t>
      </w:r>
    </w:p>
    <w:p>
      <w:r>
        <w:rPr>
          <w:b w:val="0"/>
          <w:i w:val="0"/>
        </w:rPr>
        <w:t>Mr Pepys has been busy keeping his master occupied at his computer. Here is his latest addition to his diary.</w:t>
      </w:r>
    </w:p>
    <w:p>
      <w:r>
        <w:rPr>
          <w:b w:val="0"/>
          <w:i w:val="0"/>
        </w:rPr>
        <w:t>The Occasional Diary of Mr Pepys, Thurs. June 18th June 1665 (or thereabouts) p.xiii</w:t>
      </w:r>
    </w:p>
    <w:p>
      <w:r>
        <w:rPr>
          <w:b w:val="0"/>
          <w:i w:val="0"/>
        </w:rPr>
        <w:t>'Hastily, Pepys,' Master insists for noon is fast approaching. Now that we have permission of the Privy Council to travel beyond the County, we have an appointment to view a litter of whelps at last. 'Not the fruit of your tangling,' Master declares. 'For farmer Badger has his own line of sleek black beasts, keen as knives and swift as Aston martins.' Devout retriever specialist Badger assures us. 'But, they be totally trustworthy in dairies and kitchens.' I, Pepys the yellow version, and a proud 'sport' from years past (in all probability) must never pretend to understand the mind of a whelpen bitch. Verily. For those of the bold Labrador clan, food is the thing, innit! And nothing, but nothing Ã¢â‚¬â€œ ask any maiden - compares to the ambrosia derived from a cooling mutton-leg or a taste of hammy-jammy unguent issuing from a game pie e'er it reaches the Master's table.)</w:t>
      </w:r>
    </w:p>
    <w:p>
      <w:r>
        <w:rPr>
          <w:b w:val="0"/>
          <w:i w:val="0"/>
        </w:rPr>
        <w:t>With impeccable timing, we arrive at the trim working village of Croydon where Badger's farmhouse (mouldy thatch, missing doorknobs and leaden casements lolling in sundry directions) resides. It is considered a fine dwelling for a country Squire even though he owns but one and a quarter acres and a row of kennels. We enter the yard and are met by cheeky Cocky the Cockatoo swinging beam-high and whose high screechy welcome does verily offend the ears. My Master mutters something vile to do with gunnery that I escapes my ears.</w:t>
      </w:r>
    </w:p>
    <w:p>
      <w:r>
        <w:rPr>
          <w:b w:val="0"/>
          <w:i w:val="0"/>
        </w:rPr>
        <w:t xml:space="preserve">I, Pepys do anticipate a luscious luncheon, succulent segments of pigeon pie with turnip purÃƒÂ©e. Stinky Stilton scents the air. My jowls do juice at the juxtaposition. Venerable Trindle is here also, seated and sucking at a foul china pipe like a hungry Putti in a frieze of Titian Ã‚Â¹Ã¢ÂÂ¸ (all meaty arms and rosy cheeks Ã¢â‚¬â€œ the Putti, that is Ã¢â‚¬â€œ not the artist, and certainly not Trimble, whose sunken cheeks would hardly grace a pack-mule.) I, Pepys respectfully approach said yeoman. I lower my brow. I widen my eyes and do suck in my rib-cage so as to indicate a lack of nourishment. </w:t>
      </w:r>
    </w:p>
    <w:p>
      <w:r>
        <w:rPr>
          <w:b w:val="0"/>
          <w:i w:val="0"/>
        </w:rPr>
        <w:t>'Yon dog's starved,' states Trindle wisely. 'Should feed yum cheek of ox fer a week.' To my delight, he breaks off a square of iron cheese. I retire beneath a shady dry-stone wall (sadly in disrepair. Natch!) where I bide my time, notions of Nottinghamshire in my nose. There is a heaven, I do declare.</w:t>
      </w:r>
    </w:p>
    <w:p>
      <w:r>
        <w:rPr>
          <w:b w:val="0"/>
          <w:i w:val="0"/>
        </w:rPr>
        <w:t>[Note Ã‚Â¹Ã¢ÂÂ¸: In the days before the dreaded pestilence did rule our lives and men were men (mostly) and women were ladies (frequently,) fashion modes did applaud a well-turned calf or a damp Darcy chest (of a man) and a rosy cheek and rounded Darcy Bustle (on a lady). But, times do change. Before all that, over on the Venice Lido, journeyman Titian applied his oily artistry in the meatiest of flesh tones achieving several masterful transits of Venus. Unlike Michelangelo before him, Titian avoided throngs of adoring Putti (cherubs denoting fecundity, FYI.) But, oft added an adoring canine, thus emphasising the faithful bond 'tween beast and man, so important to our fancy. Graphically, Venus is depicted attempting (annoyingly) to seduce Adonis while he is busy exercising his faithful hounds (it happens, so I am advised.) No Putti are witness to such flirtation.]</w:t>
      </w:r>
    </w:p>
    <w:p>
      <w:r>
        <w:rPr>
          <w:b w:val="0"/>
          <w:i w:val="0"/>
        </w:rPr>
        <w:t>Customly spaced one pole apart, the men seat themselves on felled yules under the orchard wall. Lunch consists of salty meat pasties and a half calf-tongue, well lubricated with a quart of ale. The whelps come at them like a shoal of seals, bouncy and floppy, all tails and elbows. Perky and pink of tongue, eyes effulgent, galloping gaily. The male 'stud-to-be' effects a stance, puffed and primed. He takes a shine to the runt of the pack and pounces, he tows him mewing by the tail until quelled by Badger's fearsome growl. Mortified at his master's menace, the 'stud' grovels in the dust seeking forgiveness.</w:t>
      </w:r>
    </w:p>
    <w:p>
      <w:r>
        <w:rPr>
          <w:b w:val="0"/>
          <w:i w:val="0"/>
        </w:rPr>
        <w:t>The sweet Matron appears of her own accord, fussy, proud and heavily papped from the sustenance she has bestowed. Ignoring her demanding babes, she sidles up to us seeking solace and perhaps a knob of cheese or a slice of tongue or a pungent portion of pigeon pie. Naturally, all her needs are met. Badger caresses her fondly, tugging her ears. 'Surely, 'tis all I can do to break her off 'em.' He avers. 'And this her third litter too. My trusting missus do complain sorely. For now the bitch does share our bed - she has earned her due respite Ã¢â‚¬â€œ and I get a warm back into the bargain. A weekly dash of linseed and a pip of garlic keeps her sweet. For the bitch, I do mean Ã¢â‚¬â€œ not the missus.' My Master grunts approvingly. He doubts such intimacy would be enjoyed at Pepys Towers - where pristine lavender-scented linen doth rule the day. Trindle sucks on his ale-jar doing a fair imitation of the drainage pumping station at Greenwich wharf. 'A sweet-tempered bitch with tender nurturing tendencies is worth more'n all the gold in Knightsbridge, I do declare.' There is a pause. Three heads nod agreeably. I, Pepys snore satisfactorily.</w:t>
      </w:r>
    </w:p>
    <w:p>
      <w:r>
        <w:rPr>
          <w:b w:val="0"/>
          <w:i w:val="0"/>
        </w:rPr>
        <w:t xml:space="preserve">Trindle speaks 'sotto voce' through a mouth of pie. 'I hears they done with that Exhibition of Fancy Canines by yon Ladies Club. But, here's the jest! Rooster Fred is all a'bragging. High stakes will be wagered. You will see! Reckons he knows what's Best in Show! Says he did hear the judges in the Tap, comparin' notes.' </w:t>
      </w:r>
    </w:p>
    <w:p>
      <w:r>
        <w:rPr>
          <w:b w:val="0"/>
          <w:i w:val="0"/>
        </w:rPr>
        <w:t>Ann Britton</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