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- 04/06/2021 - ISSUE"</w:t>
      </w:r>
      <w:r>
        <w:br/>
      </w:r>
      <w:r>
        <w:rPr>
          <w:b w:val="0"/>
          <w:i w:val="0"/>
        </w:rPr>
        <w:br/>
        <w:t>date_original: "04/06/2021 - ISSUE"</w:t>
      </w:r>
      <w:r>
        <w:br/>
      </w:r>
      <w:r>
        <w:rPr>
          <w:b w:val="0"/>
          <w:i w:val="0"/>
        </w:rPr>
        <w:br/>
        <w:t>source_url: "https://www.ourdogs.co.uk/members/breednotes/RetrieverLabradorMain.php"</w:t>
      </w:r>
      <w:r>
        <w:br/>
      </w:r>
      <w:r>
        <w:rPr>
          <w:b w:val="0"/>
          <w:i w:val="0"/>
        </w:rPr>
        <w:br/>
        <w:t>scraped_at: "2026-09-13T15:14:51"</w:t>
      </w:r>
      <w:r>
        <w:br/>
      </w:r>
      <w:r>
        <w:rPr>
          <w:b w:val="0"/>
          <w:i w:val="0"/>
        </w:rPr>
        <w:br/>
        <w:t>word_count: 569</w:t>
      </w:r>
    </w:p>
    <w:p>
      <w:r>
        <w:t>――――――――――――――――――――――――――――――</w:t>
      </w:r>
    </w:p>
    <w:p>
      <w:r>
        <w:rPr>
          <w:b w:val="0"/>
          <w:i w:val="0"/>
        </w:rPr>
        <w:t>NEWS MEMBERS' AREA SHOP SUBSCRIBE UPCOMING SHOWS MORE</w:t>
      </w:r>
    </w:p>
    <w:p>
      <w:r>
        <w:rPr>
          <w:b w:val="0"/>
          <w:i w:val="0"/>
        </w:rPr>
        <w:t>RETRIEVER LABRADOR</w:t>
      </w:r>
    </w:p>
    <w:p>
      <w:r>
        <w:rPr>
          <w:b w:val="0"/>
          <w:i w:val="0"/>
        </w:rPr>
        <w:t>Issue: 04/06/2021</w:t>
      </w:r>
    </w:p>
    <w:p>
      <w:r>
        <w:rPr>
          <w:b w:val="0"/>
          <w:i w:val="0"/>
        </w:rPr>
        <w:t>Calling all Labrador owners, please help to maintain the pure lines of this wonderful breed.</w:t>
      </w:r>
    </w:p>
    <w:p>
      <w:r>
        <w:rPr>
          <w:b w:val="0"/>
          <w:i w:val="0"/>
        </w:rPr>
        <w:t>There are a number of disreputable breeders trying to flood the market with what they call Ã¢â‚¬Ëœrare coloursÃ¢â‚¬â„¢. These are described as champagne/silver/charcoal/arctic white etc.  These colours have been introduced from a Weimeraner cross and more recently, a Great Dane. They are not pure-bred Labradors and this can now be proved by a simple DNA test which shows they carry a Ã¢â‚¬Ëœdilute geneÃ¢â‚¬â„¢. Pure bred Labradors do not carry this gene.</w:t>
      </w:r>
    </w:p>
    <w:p>
      <w:r>
        <w:rPr>
          <w:b w:val="0"/>
          <w:i w:val="0"/>
        </w:rPr>
        <w:t>Unfortunately, the Kennel Club continues to register these puppies, listing them as CNR (colour not recognised). The latest KC Breed Record shows that 26 litters were registered in a 3-month period. These puppies sell for between Ã‚Â£4,000 and Ã‚Â£8,000, with mature dogs costing even more. Commercially, it can be a very lucrative breeding programme, aided by clever marketing. However, both ethically and morally the damage to the breed as we know it will be catastrophic, with bloodlines developed over the last century being lost, along with the well-known Labrador temperament, innate skills and versatility.</w:t>
      </w:r>
    </w:p>
    <w:p>
      <w:r>
        <w:rPr>
          <w:b w:val="0"/>
          <w:i w:val="0"/>
        </w:rPr>
        <w:t xml:space="preserve">There is now an opportunity for you to help to maintain the pure breed. PLEASE have your Labrador tested and then listed on a register to prove it is a pure Labrador. It is a small price to pay to retain the attributes of the pure-bred Labrador. </w:t>
      </w:r>
    </w:p>
    <w:p>
      <w:r>
        <w:rPr>
          <w:b w:val="0"/>
          <w:i w:val="0"/>
        </w:rPr>
        <w:t xml:space="preserve">Details of the test and the register are explained overleaf. DonÃ¢â‚¬â„¢t just hope that others will do this Ã¢â‚¬â€œ we need as many Labradors as possible to be included. </w:t>
      </w:r>
    </w:p>
    <w:p>
      <w:r>
        <w:rPr>
          <w:b w:val="0"/>
          <w:i w:val="0"/>
        </w:rPr>
        <w:t>DOES YOUR LABRADOR CARRY THE DILUTE GENE?</w:t>
      </w:r>
    </w:p>
    <w:p>
      <w:r>
        <w:rPr>
          <w:b w:val="0"/>
          <w:i w:val="0"/>
        </w:rPr>
        <w:t>There are currently many  laboratories who can test for the dilute gene:</w:t>
      </w:r>
    </w:p>
    <w:p>
      <w:r>
        <w:rPr>
          <w:b w:val="0"/>
          <w:i w:val="0"/>
        </w:rPr>
        <w:t xml:space="preserve">The two listed below are in the UK and are the cheapest </w:t>
      </w:r>
    </w:p>
    <w:p>
      <w:r>
        <w:rPr>
          <w:b w:val="0"/>
          <w:i w:val="0"/>
        </w:rPr>
        <w:t>Animal Genetics UK  www.animalgenetics.eu Ã‚Â£27</w:t>
      </w:r>
    </w:p>
    <w:p>
      <w:r>
        <w:rPr>
          <w:b w:val="0"/>
          <w:i w:val="0"/>
        </w:rPr>
        <w:t>or Animal DNA Diagnostics www.animaldnadiagnostics.co.ukÃ‚Â£28</w:t>
      </w:r>
    </w:p>
    <w:p>
      <w:r>
        <w:rPr>
          <w:b w:val="0"/>
          <w:i w:val="0"/>
        </w:rPr>
        <w:t>Request a DLocus test for NON-DILUTE colours</w:t>
      </w:r>
    </w:p>
    <w:p>
      <w:r>
        <w:rPr>
          <w:b w:val="0"/>
          <w:i w:val="0"/>
        </w:rPr>
        <w:t xml:space="preserve">Both will send swabs which are simply wiped on the inside of your dogsÃ¢â‚¬â„¢ cheek and returned, following the instructions on the package.  </w:t>
      </w:r>
    </w:p>
    <w:p>
      <w:r>
        <w:rPr>
          <w:b w:val="0"/>
          <w:i w:val="0"/>
        </w:rPr>
        <w:t>Mark your return NON DILUTE.</w:t>
      </w:r>
    </w:p>
    <w:p>
      <w:r>
        <w:rPr>
          <w:b w:val="0"/>
          <w:i w:val="0"/>
        </w:rPr>
        <w:t>Currently this test kit costs less than Ã‚Â£50. Please consider this to be a huge contribution on your part to maintaining our pure bred Labrador lines.</w:t>
      </w:r>
    </w:p>
    <w:p>
      <w:r>
        <w:rPr>
          <w:b w:val="0"/>
          <w:i w:val="0"/>
        </w:rPr>
        <w:t xml:space="preserve">Finally, when you get your result please send it to certs@purebredlabrador.co.uk with a Ã‚Â£5.00. This is a one off payment for the register, allowing you to add as many dogs as you wish. A dedicated Paypal account is being set up for ease of payment. </w:t>
      </w:r>
    </w:p>
    <w:p>
      <w:r>
        <w:rPr>
          <w:b w:val="0"/>
          <w:i w:val="0"/>
        </w:rPr>
        <w:t>Thank you so much for reading this, and even more so if you test your dogs and register the results. Your participation is invaluable.</w:t>
      </w:r>
    </w:p>
    <w:p>
      <w:r>
        <w:rPr>
          <w:b w:val="0"/>
          <w:i w:val="0"/>
        </w:rPr>
        <w:t>Thanks for that.</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