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- 07/06/2019 - ISSUE"</w:t>
      </w:r>
      <w:r>
        <w:br/>
      </w:r>
      <w:r>
        <w:rPr>
          <w:b w:val="0"/>
          <w:i w:val="0"/>
        </w:rPr>
        <w:br/>
        <w:t>date_original: "07/06/2019 -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"2026-09-13T15:20:11"</w:t>
      </w:r>
      <w:r>
        <w:br/>
      </w:r>
      <w:r>
        <w:rPr>
          <w:b w:val="0"/>
          <w:i w:val="0"/>
        </w:rPr>
        <w:br/>
        <w:t>word_count: 1056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07/06/2019</w:t>
      </w:r>
    </w:p>
    <w:p>
      <w:r>
        <w:rPr>
          <w:b w:val="0"/>
          <w:i w:val="0"/>
        </w:rPr>
        <w:t>Bath</w:t>
      </w:r>
      <w:r>
        <w:br/>
      </w:r>
      <w:r>
        <w:rPr>
          <w:b w:val="0"/>
          <w:i w:val="0"/>
        </w:rPr>
        <w:br/>
        <w:t>Canine SocietyÃ¢â‚¬â„¢s first all breeds CC championship show covered four days of the</w:t>
      </w:r>
      <w:r>
        <w:br/>
      </w:r>
      <w:r>
        <w:rPr>
          <w:b w:val="0"/>
          <w:i w:val="0"/>
        </w:rPr>
        <w:br/>
        <w:t>May Bank Holiday and with its new breed classification drew a total entry of</w:t>
      </w:r>
      <w:r>
        <w:br/>
      </w:r>
      <w:r>
        <w:rPr>
          <w:b w:val="0"/>
          <w:i w:val="0"/>
        </w:rPr>
        <w:br/>
        <w:t>7690 dogs and bitches. There were 1545 Gundog; the greatest breed number on the</w:t>
      </w:r>
      <w:r>
        <w:br/>
      </w:r>
      <w:r>
        <w:rPr>
          <w:b w:val="0"/>
          <w:i w:val="0"/>
        </w:rPr>
        <w:br/>
        <w:t>day being Labradors with an entry of 140 for Linda Harvey Major.</w:t>
      </w:r>
    </w:p>
    <w:p>
      <w:r>
        <w:rPr>
          <w:b w:val="0"/>
          <w:i w:val="0"/>
        </w:rPr>
        <w:t>The</w:t>
      </w:r>
      <w:r>
        <w:br/>
      </w:r>
      <w:r>
        <w:rPr>
          <w:b w:val="0"/>
          <w:i w:val="0"/>
        </w:rPr>
        <w:br/>
        <w:t>show ground looked an absolute picture, meticulously prepared turf, with the</w:t>
      </w:r>
      <w:r>
        <w:br/>
      </w:r>
      <w:r>
        <w:rPr>
          <w:b w:val="0"/>
          <w:i w:val="0"/>
        </w:rPr>
        <w:br/>
        <w:t>usual layout of sparkling white, in and out tents around the central Best in</w:t>
      </w:r>
      <w:r>
        <w:br/>
      </w:r>
      <w:r>
        <w:rPr>
          <w:b w:val="0"/>
          <w:i w:val="0"/>
        </w:rPr>
        <w:br/>
        <w:t>Show ring. We were lucky with the warm, sunny weather. The judging was decisive</w:t>
      </w:r>
      <w:r>
        <w:br/>
      </w:r>
      <w:r>
        <w:rPr>
          <w:b w:val="0"/>
          <w:i w:val="0"/>
        </w:rPr>
        <w:br/>
        <w:t>and LindaÃ¢â‚¬â„¢s preferences easy to follow. The all yellow, bitch line up was</w:t>
      </w:r>
      <w:r>
        <w:br/>
      </w:r>
      <w:r>
        <w:rPr>
          <w:b w:val="0"/>
          <w:i w:val="0"/>
        </w:rPr>
        <w:br/>
        <w:t>eyecatchingly even in type.</w:t>
      </w:r>
    </w:p>
    <w:p>
      <w:r>
        <w:rPr>
          <w:b w:val="0"/>
          <w:i w:val="0"/>
        </w:rPr>
        <w:t>All</w:t>
      </w:r>
      <w:r>
        <w:br/>
      </w:r>
      <w:r>
        <w:rPr>
          <w:b w:val="0"/>
          <w:i w:val="0"/>
        </w:rPr>
        <w:br/>
        <w:t>in all a good day out, finishing in good time to leave for home. Unfortunately</w:t>
      </w:r>
      <w:r>
        <w:br/>
      </w:r>
      <w:r>
        <w:rPr>
          <w:b w:val="0"/>
          <w:i w:val="0"/>
        </w:rPr>
        <w:br/>
        <w:t>for many this meant joining the holiday-weekend traffic on the jammed motorways</w:t>
      </w:r>
      <w:r>
        <w:br/>
      </w:r>
      <w:r>
        <w:rPr>
          <w:b w:val="0"/>
          <w:i w:val="0"/>
        </w:rPr>
        <w:br/>
        <w:t>home.</w:t>
      </w:r>
    </w:p>
    <w:p>
      <w:r>
        <w:rPr>
          <w:b w:val="0"/>
          <w:i w:val="0"/>
        </w:rPr>
        <w:t>Luckily,</w:t>
      </w:r>
      <w:r>
        <w:br/>
      </w:r>
      <w:r>
        <w:rPr>
          <w:b w:val="0"/>
          <w:i w:val="0"/>
        </w:rPr>
        <w:br/>
        <w:t>years ago, Sybil Churchill had shown me a cross country route using only back</w:t>
      </w:r>
      <w:r>
        <w:br/>
      </w:r>
      <w:r>
        <w:rPr>
          <w:b w:val="0"/>
          <w:i w:val="0"/>
        </w:rPr>
        <w:br/>
        <w:t>roads, from Bath to Gloucester, avoiding the M5, so I arrived home in good time</w:t>
      </w:r>
      <w:r>
        <w:br/>
      </w:r>
      <w:r>
        <w:rPr>
          <w:b w:val="0"/>
          <w:i w:val="0"/>
        </w:rPr>
        <w:br/>
        <w:t>without delay, whilst later hearing of lengthy traffic delays on the motorways</w:t>
      </w:r>
      <w:r>
        <w:br/>
      </w:r>
      <w:r>
        <w:rPr>
          <w:b w:val="0"/>
          <w:i w:val="0"/>
        </w:rPr>
        <w:br/>
        <w:t>conveying what seemed like all the countryÃ¢â‚¬â„¢s cars, caravans and motorhomes to</w:t>
      </w:r>
      <w:r>
        <w:br/>
      </w:r>
      <w:r>
        <w:rPr>
          <w:b w:val="0"/>
          <w:i w:val="0"/>
        </w:rPr>
        <w:br/>
        <w:t>their weekend destinations in Wales, or Devon and Cornwall.</w:t>
      </w:r>
    </w:p>
    <w:p>
      <w:r>
        <w:rPr>
          <w:b w:val="0"/>
          <w:i w:val="0"/>
        </w:rPr>
        <w:t>Under</w:t>
      </w:r>
      <w:r>
        <w:br/>
      </w:r>
      <w:r>
        <w:rPr>
          <w:b w:val="0"/>
          <w:i w:val="0"/>
        </w:rPr>
        <w:br/>
        <w:t>Linda Harvey Major from an all yellow line up, the Dog CC and Best of Breed was</w:t>
      </w:r>
      <w:r>
        <w:br/>
      </w:r>
      <w:r>
        <w:rPr>
          <w:b w:val="0"/>
          <w:i w:val="0"/>
        </w:rPr>
        <w:br/>
        <w:t>won by Fiona and Derek Braddons Sh Ch Trendlewood Born To Run JW, the Res Dog</w:t>
      </w:r>
      <w:r>
        <w:br/>
      </w:r>
      <w:r>
        <w:rPr>
          <w:b w:val="0"/>
          <w:i w:val="0"/>
        </w:rPr>
        <w:br/>
        <w:t>CC went to Ben Gaskells yellow Sharouns Ventriloquist For Tempaskell JW; the</w:t>
      </w:r>
      <w:r>
        <w:br/>
      </w:r>
      <w:r>
        <w:rPr>
          <w:b w:val="0"/>
          <w:i w:val="0"/>
        </w:rPr>
        <w:br/>
        <w:t>Bitch CC was a second such award for Dennis and Sarah McLellans Saranden Rock</w:t>
      </w:r>
      <w:r>
        <w:br/>
      </w:r>
      <w:r>
        <w:rPr>
          <w:b w:val="0"/>
          <w:i w:val="0"/>
        </w:rPr>
        <w:br/>
        <w:t>Your Baby whilst the Res Bitch CC went to the OÃ¢â‚¬â„¢Briens yellow, Maxfield</w:t>
      </w:r>
      <w:r>
        <w:br/>
      </w:r>
      <w:r>
        <w:rPr>
          <w:b w:val="0"/>
          <w:i w:val="0"/>
        </w:rPr>
        <w:br/>
        <w:t>Arabella; Best Puppy was Marion Hopkinsons Rocheby Stockman; Best Veteran was</w:t>
      </w:r>
      <w:r>
        <w:br/>
      </w:r>
      <w:r>
        <w:rPr>
          <w:b w:val="0"/>
          <w:i w:val="0"/>
        </w:rPr>
        <w:br/>
        <w:t>Anne Lavelles Crosscroyde Choice Words JW</w:t>
      </w:r>
    </w:p>
    <w:p>
      <w:r>
        <w:rPr>
          <w:b w:val="0"/>
          <w:i w:val="0"/>
        </w:rPr>
        <w:t>Whilst</w:t>
      </w:r>
      <w:r>
        <w:br/>
      </w:r>
      <w:r>
        <w:rPr>
          <w:b w:val="0"/>
          <w:i w:val="0"/>
        </w:rPr>
        <w:br/>
        <w:t>Best Special Beginner was the Hutchinsons Glosmere The Grenadier who was placed</w:t>
      </w:r>
      <w:r>
        <w:br/>
      </w:r>
      <w:r>
        <w:rPr>
          <w:b w:val="0"/>
          <w:i w:val="0"/>
        </w:rPr>
        <w:br/>
        <w:t>Special Beginner Group 4 later in the day under Pam Blay.</w:t>
      </w:r>
    </w:p>
    <w:p>
      <w:r>
        <w:rPr>
          <w:b w:val="0"/>
          <w:i w:val="0"/>
        </w:rPr>
        <w:t>The</w:t>
      </w:r>
      <w:r>
        <w:br/>
      </w:r>
      <w:r>
        <w:rPr>
          <w:b w:val="0"/>
          <w:i w:val="0"/>
        </w:rPr>
        <w:br/>
        <w:t>following weekend, Labradors at Southern Counties were judged by Gordon Haran.</w:t>
      </w:r>
      <w:r>
        <w:br/>
      </w:r>
      <w:r>
        <w:rPr>
          <w:b w:val="0"/>
          <w:i w:val="0"/>
        </w:rPr>
        <w:br/>
        <w:t>From an entry of 175 the class winners were, bar a couple, all yellow. The Dog</w:t>
      </w:r>
      <w:r>
        <w:br/>
      </w:r>
      <w:r>
        <w:rPr>
          <w:b w:val="0"/>
          <w:i w:val="0"/>
        </w:rPr>
        <w:br/>
        <w:t>CC was a first CC for a delighted Lorraine Tooth with her 3 year old yellow</w:t>
      </w:r>
      <w:r>
        <w:br/>
      </w:r>
      <w:r>
        <w:rPr>
          <w:b w:val="0"/>
          <w:i w:val="0"/>
        </w:rPr>
        <w:br/>
        <w:t>Sandylands Over the Moon to Ludalor JW (Ch Ludalor Lunar Orbit x Sandylands</w:t>
      </w:r>
      <w:r>
        <w:br/>
      </w:r>
      <w:r>
        <w:rPr>
          <w:b w:val="0"/>
          <w:i w:val="0"/>
        </w:rPr>
        <w:br/>
        <w:t>Free Time).</w:t>
      </w:r>
    </w:p>
    <w:p>
      <w:r>
        <w:rPr>
          <w:b w:val="0"/>
          <w:i w:val="0"/>
        </w:rPr>
        <w:t>The</w:t>
      </w:r>
      <w:r>
        <w:br/>
      </w:r>
      <w:r>
        <w:rPr>
          <w:b w:val="0"/>
          <w:i w:val="0"/>
        </w:rPr>
        <w:br/>
        <w:t>Dog RCC went to three-year-old, Tampa Bays Marco Polo for Eagles Pond owned by</w:t>
      </w:r>
      <w:r>
        <w:br/>
      </w:r>
      <w:r>
        <w:rPr>
          <w:b w:val="0"/>
          <w:i w:val="0"/>
        </w:rPr>
        <w:br/>
        <w:t>Allen Hess and Jordan.</w:t>
      </w:r>
    </w:p>
    <w:p>
      <w:r>
        <w:rPr>
          <w:b w:val="0"/>
          <w:i w:val="0"/>
        </w:rPr>
        <w:t>There</w:t>
      </w:r>
      <w:r>
        <w:br/>
      </w:r>
      <w:r>
        <w:rPr>
          <w:b w:val="0"/>
          <w:i w:val="0"/>
        </w:rPr>
        <w:br/>
        <w:t>was a resounding cheer ringside when the Bitch CC, her all important crowning</w:t>
      </w:r>
      <w:r>
        <w:br/>
      </w:r>
      <w:r>
        <w:rPr>
          <w:b w:val="0"/>
          <w:i w:val="0"/>
        </w:rPr>
        <w:br/>
        <w:t>3rd CC, was awarded to the yellow, Allenies Athena at Mandursan (Sh Ch Am Ch</w:t>
      </w:r>
      <w:r>
        <w:br/>
      </w:r>
      <w:r>
        <w:rPr>
          <w:b w:val="0"/>
          <w:i w:val="0"/>
        </w:rPr>
        <w:br/>
        <w:t>Salty Dog of Tampa Bay x Mandursans Aphrodite with Allenies) owned by Anthony</w:t>
      </w:r>
      <w:r>
        <w:br/>
      </w:r>
      <w:r>
        <w:rPr>
          <w:b w:val="0"/>
          <w:i w:val="0"/>
        </w:rPr>
        <w:br/>
        <w:t>Allen and Alan and Christine Guildford. She was awarded Best of Breed.</w:t>
      </w:r>
    </w:p>
    <w:p>
      <w:r>
        <w:rPr>
          <w:b w:val="0"/>
          <w:i w:val="0"/>
        </w:rPr>
        <w:t>Seven</w:t>
      </w:r>
      <w:r>
        <w:br/>
      </w:r>
      <w:r>
        <w:rPr>
          <w:b w:val="0"/>
          <w:i w:val="0"/>
        </w:rPr>
        <w:br/>
        <w:t>years old this coming August, she is proof, as was her illustrious sire that</w:t>
      </w:r>
      <w:r>
        <w:br/>
      </w:r>
      <w:r>
        <w:rPr>
          <w:b w:val="0"/>
          <w:i w:val="0"/>
        </w:rPr>
        <w:br/>
        <w:t>seriously good dogs mature slowly and keep their looks forever compared to</w:t>
      </w:r>
      <w:r>
        <w:br/>
      </w:r>
      <w:r>
        <w:rPr>
          <w:b w:val="0"/>
          <w:i w:val="0"/>
        </w:rPr>
        <w:br/>
        <w:t>precocious heavy boned, quick maturerers who blossom and fade so very quickly.</w:t>
      </w:r>
      <w:r>
        <w:br/>
      </w:r>
      <w:r>
        <w:rPr>
          <w:b w:val="0"/>
          <w:i w:val="0"/>
        </w:rPr>
        <w:br/>
        <w:t>Such a pity everything has to be done in such a hurry these days. If only</w:t>
      </w:r>
      <w:r>
        <w:br/>
      </w:r>
      <w:r>
        <w:rPr>
          <w:b w:val="0"/>
          <w:i w:val="0"/>
        </w:rPr>
        <w:br/>
        <w:t>exhibitors had more patience to enjoy their youthful looking young dogs and not</w:t>
      </w:r>
      <w:r>
        <w:br/>
      </w:r>
      <w:r>
        <w:rPr>
          <w:b w:val="0"/>
          <w:i w:val="0"/>
        </w:rPr>
        <w:br/>
        <w:t>be lured by mature finished developement by eighteen months, over the top by</w:t>
      </w:r>
      <w:r>
        <w:br/>
      </w:r>
      <w:r>
        <w:rPr>
          <w:b w:val="0"/>
          <w:i w:val="0"/>
        </w:rPr>
        <w:br/>
        <w:t>three years and not very sound or pretty for the rest of their days.</w:t>
      </w:r>
    </w:p>
    <w:p>
      <w:r>
        <w:rPr>
          <w:b w:val="0"/>
          <w:i w:val="0"/>
        </w:rPr>
        <w:t>The</w:t>
      </w:r>
      <w:r>
        <w:br/>
      </w:r>
      <w:r>
        <w:rPr>
          <w:b w:val="0"/>
          <w:i w:val="0"/>
        </w:rPr>
        <w:br/>
        <w:t>Bitch RCC went to Farnfield Clarity handled with style by young Emily Evans.</w:t>
      </w:r>
      <w:r>
        <w:br/>
      </w:r>
      <w:r>
        <w:rPr>
          <w:b w:val="0"/>
          <w:i w:val="0"/>
        </w:rPr>
        <w:br/>
        <w:t>Clarity is sired by the days Dog CC winner Sandylands Over the Moon to Ludalor</w:t>
      </w:r>
      <w:r>
        <w:br/>
      </w:r>
      <w:r>
        <w:rPr>
          <w:b w:val="0"/>
          <w:i w:val="0"/>
        </w:rPr>
        <w:br/>
        <w:t>JW x Sandylands Topaz Farnfield.</w:t>
      </w:r>
    </w:p>
    <w:p>
      <w:r>
        <w:rPr>
          <w:b w:val="0"/>
          <w:i w:val="0"/>
        </w:rPr>
        <w:t>Best</w:t>
      </w:r>
      <w:r>
        <w:br/>
      </w:r>
      <w:r>
        <w:rPr>
          <w:b w:val="0"/>
          <w:i w:val="0"/>
        </w:rPr>
        <w:br/>
        <w:t>Puppy was another such award for Christine Bailisss yellow bitch, Tissalian Hi</w:t>
      </w:r>
      <w:r>
        <w:br/>
      </w:r>
      <w:r>
        <w:rPr>
          <w:b w:val="0"/>
          <w:i w:val="0"/>
        </w:rPr>
        <w:br/>
        <w:t>Society (ShCh Rocheby Hornblower x Tissalian Hide and Seek). She is a repeat</w:t>
      </w:r>
      <w:r>
        <w:br/>
      </w:r>
      <w:r>
        <w:rPr>
          <w:b w:val="0"/>
          <w:i w:val="0"/>
        </w:rPr>
        <w:br/>
        <w:t>mating of ChristineÃ¢â‚¬â„¢s successful male, Sh Ch Tissalian Hi Jack JW. The latter,</w:t>
      </w:r>
      <w:r>
        <w:br/>
      </w:r>
      <w:r>
        <w:rPr>
          <w:b w:val="0"/>
          <w:i w:val="0"/>
        </w:rPr>
        <w:br/>
        <w:t>in my opinion at approaching 3 years of age, is another demonstrating how to</w:t>
      </w:r>
      <w:r>
        <w:br/>
      </w:r>
      <w:r>
        <w:rPr>
          <w:b w:val="0"/>
          <w:i w:val="0"/>
        </w:rPr>
        <w:br/>
        <w:t>mature slowly and correctly. He was certainly looking a picture of balance and</w:t>
      </w:r>
      <w:r>
        <w:br/>
      </w:r>
      <w:r>
        <w:rPr>
          <w:b w:val="0"/>
          <w:i w:val="0"/>
        </w:rPr>
        <w:br/>
        <w:t>presentation on the day and is clearly passing on his attributes to his winning</w:t>
      </w:r>
      <w:r>
        <w:br/>
      </w:r>
      <w:r>
        <w:rPr>
          <w:b w:val="0"/>
          <w:i w:val="0"/>
        </w:rPr>
        <w:br/>
        <w:t>progeny.</w:t>
      </w:r>
    </w:p>
    <w:p>
      <w:r>
        <w:rPr>
          <w:b w:val="0"/>
          <w:i w:val="0"/>
        </w:rPr>
        <w:t>There</w:t>
      </w:r>
      <w:r>
        <w:br/>
      </w:r>
      <w:r>
        <w:rPr>
          <w:b w:val="0"/>
          <w:i w:val="0"/>
        </w:rPr>
        <w:br/>
        <w:t>was a new award of Best Junior in Breed, which was won by Ed Casey and Erica</w:t>
      </w:r>
      <w:r>
        <w:br/>
      </w:r>
      <w:r>
        <w:rPr>
          <w:b w:val="0"/>
          <w:i w:val="0"/>
        </w:rPr>
        <w:br/>
        <w:t>Jayes yellow dog Sandylands Hit the Road ( ShCh Tissalian Hi Jack JW x</w:t>
      </w:r>
      <w:r>
        <w:br/>
      </w:r>
      <w:r>
        <w:rPr>
          <w:b w:val="0"/>
          <w:i w:val="0"/>
        </w:rPr>
        <w:br/>
        <w:t>Sandylands Free Time) who later won the Gundog Junior Group under Jill Peak.</w:t>
      </w:r>
    </w:p>
    <w:p>
      <w:r>
        <w:rPr>
          <w:b w:val="0"/>
          <w:i w:val="0"/>
        </w:rPr>
        <w:t>Best</w:t>
      </w:r>
      <w:r>
        <w:br/>
      </w:r>
      <w:r>
        <w:rPr>
          <w:b w:val="0"/>
          <w:i w:val="0"/>
        </w:rPr>
        <w:br/>
        <w:t>Veteran was Maureen ReesÃ¢â‚¬â„¢s 9 year old yellow Sh Ch Ir Ch Thurbajens Flighty</w:t>
      </w:r>
      <w:r>
        <w:br/>
      </w:r>
      <w:r>
        <w:rPr>
          <w:b w:val="0"/>
          <w:i w:val="0"/>
        </w:rPr>
        <w:br/>
        <w:t>Fennel with Eremos ShCM who went on to win the Gundog Veteran Group under Unto</w:t>
      </w:r>
      <w:r>
        <w:br/>
      </w:r>
      <w:r>
        <w:rPr>
          <w:b w:val="0"/>
          <w:i w:val="0"/>
        </w:rPr>
        <w:br/>
        <w:t>Timonen from Finland and demonstrated that drive, fitness and energy are not</w:t>
      </w:r>
      <w:r>
        <w:br/>
      </w:r>
      <w:r>
        <w:rPr>
          <w:b w:val="0"/>
          <w:i w:val="0"/>
        </w:rPr>
        <w:br/>
        <w:t>the sole province of youngsters!</w:t>
      </w:r>
    </w:p>
    <w:p>
      <w:r>
        <w:rPr>
          <w:b w:val="0"/>
          <w:i w:val="0"/>
        </w:rPr>
        <w:t>Best</w:t>
      </w:r>
      <w:r>
        <w:br/>
      </w:r>
      <w:r>
        <w:rPr>
          <w:b w:val="0"/>
          <w:i w:val="0"/>
        </w:rPr>
        <w:br/>
        <w:t>Special Beginner was Mr and Mrs Thorntons Mallendyke Pave the Way. (Carpenny</w:t>
      </w:r>
      <w:r>
        <w:br/>
      </w:r>
      <w:r>
        <w:rPr>
          <w:b w:val="0"/>
          <w:i w:val="0"/>
        </w:rPr>
        <w:br/>
        <w:t>Primo x Carpenny Veloute at Mallendyke).</w:t>
      </w:r>
    </w:p>
    <w:p>
      <w:r>
        <w:rPr>
          <w:b w:val="0"/>
          <w:i w:val="0"/>
        </w:rPr>
        <w:t>It</w:t>
      </w:r>
      <w:r>
        <w:br/>
      </w:r>
      <w:r>
        <w:rPr>
          <w:b w:val="0"/>
          <w:i w:val="0"/>
        </w:rPr>
        <w:br/>
        <w:t>was a thoroughly good day, the traffic was easy, the show layout was customer</w:t>
      </w:r>
      <w:r>
        <w:br/>
      </w:r>
      <w:r>
        <w:rPr>
          <w:b w:val="0"/>
          <w:i w:val="0"/>
        </w:rPr>
        <w:br/>
        <w:t>friendly and on a 99.9% yellow day, I won a class with a black Bitch, Bowstones</w:t>
      </w:r>
      <w:r>
        <w:br/>
      </w:r>
      <w:r>
        <w:rPr>
          <w:b w:val="0"/>
          <w:i w:val="0"/>
        </w:rPr>
        <w:br/>
        <w:t>Windchime. Even better, when I got home the dogs caught a mole. ThatÃ¢â‚¬â„¢s a few</w:t>
      </w:r>
      <w:r>
        <w:br/>
      </w:r>
      <w:r>
        <w:rPr>
          <w:b w:val="0"/>
          <w:i w:val="0"/>
        </w:rPr>
        <w:br/>
        <w:t>mole hills less to trip over!</w:t>
      </w:r>
    </w:p>
    <w:p>
      <w:r>
        <w:rPr>
          <w:b w:val="0"/>
          <w:i w:val="0"/>
        </w:rPr>
        <w:t>Congratulations</w:t>
      </w:r>
      <w:r>
        <w:br/>
      </w:r>
      <w:r>
        <w:rPr>
          <w:b w:val="0"/>
          <w:i w:val="0"/>
        </w:rPr>
        <w:br/>
        <w:t>to Elaine Young whose Puppy Potterspiney Silas has recently been doing well. He</w:t>
      </w:r>
      <w:r>
        <w:br/>
      </w:r>
      <w:r>
        <w:rPr>
          <w:b w:val="0"/>
          <w:i w:val="0"/>
        </w:rPr>
        <w:br/>
        <w:t>won BPIB at the National under Tomas Jakkel and Best Puppy in Show at the two</w:t>
      </w:r>
      <w:r>
        <w:br/>
      </w:r>
      <w:r>
        <w:rPr>
          <w:b w:val="0"/>
          <w:i w:val="0"/>
        </w:rPr>
        <w:br/>
        <w:t>day Stafford County Show. I recall I won Best in Show at the same prestigious</w:t>
      </w:r>
      <w:r>
        <w:br/>
      </w:r>
      <w:r>
        <w:rPr>
          <w:b w:val="0"/>
          <w:i w:val="0"/>
        </w:rPr>
        <w:br/>
        <w:t>two day event in 1992 with Breed Record Holder ShCh Bradking Hugos elder CC</w:t>
      </w:r>
      <w:r>
        <w:br/>
      </w:r>
      <w:r>
        <w:rPr>
          <w:b w:val="0"/>
          <w:i w:val="0"/>
        </w:rPr>
        <w:br/>
        <w:t>winning sister, Bradking Rosanna of Bowstones. Time certainly flies. ThatÃ¢â‚¬â„¢s 27</w:t>
      </w:r>
      <w:r>
        <w:br/>
      </w:r>
      <w:r>
        <w:rPr>
          <w:b w:val="0"/>
          <w:i w:val="0"/>
        </w:rPr>
        <w:br/>
        <w:t>years ago!</w:t>
      </w:r>
    </w:p>
    <w:p>
      <w:r>
        <w:rPr>
          <w:b w:val="0"/>
          <w:i w:val="0"/>
        </w:rPr>
        <w:t>A</w:t>
      </w:r>
      <w:r>
        <w:br/>
      </w:r>
      <w:r>
        <w:rPr>
          <w:b w:val="0"/>
          <w:i w:val="0"/>
        </w:rPr>
        <w:br/>
        <w:t>reminder that entries close online on 17th June for Cots and Wye Ch Show at</w:t>
      </w:r>
      <w:r>
        <w:br/>
      </w:r>
      <w:r>
        <w:rPr>
          <w:b w:val="0"/>
          <w:i w:val="0"/>
        </w:rPr>
        <w:br/>
        <w:t>Malvern. The judges are Sharon Lambert and Rebecca Hodge. The show date is July</w:t>
      </w:r>
      <w:r>
        <w:br/>
      </w:r>
      <w:r>
        <w:rPr>
          <w:b w:val="0"/>
          <w:i w:val="0"/>
        </w:rPr>
        <w:br/>
        <w:t>3rd 2019. Full details are on Fosse Data website.</w:t>
      </w:r>
    </w:p>
    <w:p>
      <w:r>
        <w:rPr>
          <w:b w:val="0"/>
          <w:i w:val="0"/>
        </w:rPr>
        <w:t>Ann Britton 01989720665</w:t>
      </w:r>
    </w:p>
    <w:p>
      <w:r>
        <w:rPr>
          <w:b w:val="0"/>
          <w:i w:val="0"/>
        </w:rPr>
        <w:t>bowstones@btinternet.com</w:t>
      </w:r>
    </w:p>
    <w:p>
      <w:r>
        <w:rPr>
          <w:b w:val="0"/>
          <w:i w:val="0"/>
        </w:rPr>
        <w:t>Back to Archive</w:t>
      </w:r>
    </w:p>
    <w:p>
      <w:r>
        <w:rPr>
          <w:b w:val="0"/>
          <w:i w:val="0"/>
        </w:rPr>
        <w:t>Back to Breed Notes Index</w:t>
      </w:r>
    </w:p>
    <w:p>
      <w:r>
        <w:rPr>
          <w:b w:val="0"/>
          <w:i w:val="0"/>
        </w:rPr>
        <w:t>Tel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Advertising</w:t>
      </w:r>
      <w:r>
        <w:br/>
      </w:r>
      <w:r>
        <w:rPr>
          <w:b w:val="0"/>
          <w:i w:val="0"/>
        </w:rPr>
        <w:br/>
        <w:t>0161 709 4576</w:t>
      </w:r>
      <w:r>
        <w:br/>
      </w:r>
      <w:r>
        <w:rPr>
          <w:b w:val="0"/>
          <w:i w:val="0"/>
        </w:rPr>
        <w:br/>
        <w:t>Editorial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Subscriptions</w:t>
      </w:r>
      <w:r>
        <w:br/>
      </w:r>
      <w:r>
        <w:rPr>
          <w:b w:val="0"/>
          <w:i w:val="0"/>
        </w:rPr>
        <w:br/>
        <w:t>0161 709 4559</w:t>
      </w:r>
      <w:r>
        <w:br/>
      </w:r>
      <w:r>
        <w:rPr>
          <w:b w:val="0"/>
          <w:i w:val="0"/>
        </w:rPr>
        <w:br/>
        <w:t>Mail Order</w:t>
      </w:r>
      <w:r>
        <w:br/>
      </w:r>
      <w:r>
        <w:rPr>
          <w:b w:val="0"/>
          <w:i w:val="0"/>
        </w:rPr>
        <w:br/>
        <w:t>0161 709 4562</w:t>
      </w:r>
      <w:r>
        <w:br/>
      </w:r>
      <w:r>
        <w:rPr>
          <w:b w:val="0"/>
          <w:i w:val="0"/>
        </w:rPr>
        <w:br/>
        <w:t>Show Reports</w:t>
      </w:r>
      <w:r>
        <w:br/>
      </w:r>
      <w:r>
        <w:rPr>
          <w:b w:val="0"/>
          <w:i w:val="0"/>
        </w:rPr>
        <w:br/>
        <w:t>0161 709 4571</w:t>
      </w:r>
      <w:r>
        <w:br/>
      </w:r>
      <w:r>
        <w:rPr>
          <w:b w:val="0"/>
          <w:i w:val="0"/>
        </w:rPr>
        <w:br/>
        <w:t>SEND YOUR REPORT</w:t>
      </w:r>
      <w:r>
        <w:br/>
      </w:r>
      <w:r>
        <w:rPr>
          <w:b w:val="0"/>
          <w:i w:val="0"/>
        </w:rPr>
        <w:br/>
        <w:t>Competitions</w:t>
      </w:r>
      <w:r>
        <w:br/>
      </w:r>
      <w:r>
        <w:rPr>
          <w:b w:val="0"/>
          <w:i w:val="0"/>
        </w:rPr>
        <w:br/>
        <w:t>TOP DOG</w:t>
      </w:r>
      <w:r>
        <w:br/>
      </w:r>
      <w:r>
        <w:rPr>
          <w:b w:val="0"/>
          <w:i w:val="0"/>
        </w:rPr>
        <w:br/>
        <w:t>TOP PUPPY</w:t>
      </w:r>
      <w:r>
        <w:br/>
      </w:r>
      <w:r>
        <w:rPr>
          <w:b w:val="0"/>
          <w:i w:val="0"/>
        </w:rPr>
        <w:br/>
        <w:t>TOP BREEDER</w:t>
      </w:r>
      <w:r>
        <w:br/>
      </w:r>
      <w:r>
        <w:rPr>
          <w:b w:val="0"/>
          <w:i w:val="0"/>
        </w:rPr>
        <w:br/>
        <w:t>TOP STUD</w:t>
      </w:r>
      <w:r>
        <w:br/>
      </w:r>
      <w:r>
        <w:rPr>
          <w:b w:val="0"/>
          <w:i w:val="0"/>
        </w:rPr>
        <w:br/>
        <w:t>TOP BROOD</w:t>
      </w:r>
      <w:r>
        <w:br/>
      </w:r>
      <w:r>
        <w:rPr>
          <w:b w:val="0"/>
          <w:i w:val="0"/>
        </w:rPr>
        <w:br/>
        <w:t>Members' Area</w:t>
      </w:r>
      <w:r>
        <w:br/>
      </w:r>
      <w:r>
        <w:rPr>
          <w:b w:val="0"/>
          <w:i w:val="0"/>
        </w:rPr>
        <w:br/>
        <w:t>BREED NOTES</w:t>
      </w:r>
      <w:r>
        <w:br/>
      </w:r>
      <w:r>
        <w:rPr>
          <w:b w:val="0"/>
          <w:i w:val="0"/>
        </w:rPr>
        <w:br/>
        <w:t>CHAMP SHOWS</w:t>
      </w:r>
      <w:r>
        <w:br/>
      </w:r>
      <w:r>
        <w:rPr>
          <w:b w:val="0"/>
          <w:i w:val="0"/>
        </w:rPr>
        <w:br/>
        <w:t>GENERAL SHOWS</w:t>
      </w:r>
      <w:r>
        <w:br/>
      </w:r>
      <w:r>
        <w:rPr>
          <w:b w:val="0"/>
          <w:i w:val="0"/>
        </w:rPr>
        <w:br/>
        <w:t>REGULAR FEATURES</w:t>
      </w:r>
      <w:r>
        <w:br/>
      </w:r>
      <w:r>
        <w:rPr>
          <w:b w:val="0"/>
          <w:i w:val="0"/>
        </w:rPr>
        <w:br/>
        <w:t>DIGITAL EDITION</w:t>
      </w:r>
      <w:r>
        <w:br/>
      </w:r>
      <w:r>
        <w:rPr>
          <w:b w:val="0"/>
          <w:i w:val="0"/>
        </w:rPr>
        <w:br/>
        <w:t>Sign up for our newsletter</w:t>
      </w:r>
      <w:r>
        <w:br/>
      </w:r>
      <w:r>
        <w:rPr>
          <w:b w:val="0"/>
          <w:i w:val="0"/>
        </w:rPr>
        <w:br/>
        <w:t>Subscribe</w:t>
      </w:r>
      <w:r>
        <w:br/>
      </w:r>
      <w:r>
        <w:rPr>
          <w:b w:val="0"/>
          <w:i w:val="0"/>
        </w:rPr>
        <w:br/>
        <w:t>Follow Us</w:t>
      </w:r>
    </w:p>
    <w:p>
      <w:r>
        <w:rPr>
          <w:b w:val="0"/>
          <w:i w:val="0"/>
        </w:rPr>
        <w:t>© Our Dogs Publishing All Rights Reserved. | Privacy Policy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