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- 25/08/2017 - ISSUE"</w:t>
      </w:r>
      <w:r>
        <w:br/>
      </w:r>
      <w:r>
        <w:rPr>
          <w:b w:val="0"/>
          <w:i w:val="0"/>
        </w:rPr>
        <w:br/>
        <w:t>date_original: "25/08/2017 - ISSUE"</w:t>
      </w:r>
      <w:r>
        <w:br/>
      </w:r>
      <w:r>
        <w:rPr>
          <w:b w:val="0"/>
          <w:i w:val="0"/>
        </w:rPr>
        <w:br/>
        <w:t>source_url: "https://www.ourdogs.co.uk/members/breednotes/RetrieverLabradorMain.php"</w:t>
      </w:r>
      <w:r>
        <w:br/>
      </w:r>
      <w:r>
        <w:rPr>
          <w:b w:val="0"/>
          <w:i w:val="0"/>
        </w:rPr>
        <w:br/>
        <w:t>scraped_at: "2026-09-13T15:25:17"</w:t>
      </w:r>
      <w:r>
        <w:br/>
      </w:r>
      <w:r>
        <w:rPr>
          <w:b w:val="0"/>
          <w:i w:val="0"/>
        </w:rPr>
        <w:br/>
        <w:t>word_count: 1085</w:t>
      </w:r>
    </w:p>
    <w:p>
      <w:r>
        <w:t>――――――――――――――――――――――――――――――</w:t>
      </w:r>
    </w:p>
    <w:p>
      <w:r>
        <w:rPr>
          <w:b w:val="0"/>
          <w:i w:val="0"/>
        </w:rPr>
        <w:t>NEWS MEMBERS' AREA SHOP SUBSCRIBE UPCOMING SHOWS MORE</w:t>
      </w:r>
    </w:p>
    <w:p>
      <w:r>
        <w:rPr>
          <w:b w:val="0"/>
          <w:i w:val="0"/>
        </w:rPr>
        <w:t>RETRIEVER LABRADOR</w:t>
      </w:r>
    </w:p>
    <w:p>
      <w:r>
        <w:rPr>
          <w:b w:val="0"/>
          <w:i w:val="0"/>
        </w:rPr>
        <w:t>Issue: 25/08/2017</w:t>
      </w:r>
    </w:p>
    <w:p>
      <w:r>
        <w:rPr>
          <w:b w:val="0"/>
          <w:i w:val="0"/>
        </w:rPr>
        <w:t xml:space="preserve">There is an Eye testing clinic tomorrow, on Sat 26th August at Harewood Village Hall, Vet David Habin. Â£42 per dog. Appointments still available, phone 01772 335930 Anne Johnson </w:t>
      </w:r>
    </w:p>
    <w:p>
      <w:r>
        <w:rPr>
          <w:b w:val="0"/>
          <w:i w:val="0"/>
        </w:rPr>
        <w:t>Gundog Club of North Wales is holding a Working Gundog Certificate Day on Sat. 2nd Sept. at Overton on Dee, Nr Wrexham. It will be on dummies. There are spaces for Labradors because of a couple of cancellations due to bitches  coming into season. Contact Wendy Manning via e mail overmarshlabradors@btopenworld.com. Further details can also be found on the KC website.</w:t>
      </w:r>
    </w:p>
    <w:p>
      <w:r>
        <w:rPr>
          <w:b w:val="0"/>
          <w:i w:val="0"/>
        </w:rPr>
        <w:t xml:space="preserve">At Welsh Kennel Club Ch show held at Builth Wells, Sharon Lamberts yellow Dog Ch Mattand Exodus JW continued his wonderful run of success, winning yet another Gundog Group, this time under Group judge John Thirlwell, who as breed judge had put him through to the Group at Paignton, where he went Reserve Best in Show a few weeks ago. In the Puppy Group under Derek Smith Fiona Braddons yellow dog Trendlewood Born to Run, went 3rd. </w:t>
      </w:r>
    </w:p>
    <w:p>
      <w:r>
        <w:rPr>
          <w:b w:val="0"/>
          <w:i w:val="0"/>
        </w:rPr>
        <w:t>Gundog Day the last day of the four day Welsh Kennel Club Ch Show was murky but actually mainly rain free, which weather is a first at WKC for many years. We were judged outside, by experienced breed specialist, Erica Jayes. The Dog CC, Best of Breed and Group 1 was won, as previously mentioned above, by Sharon Lamberts yellow Ch Mattand Exodus JW. The Dog RCC went to Mr and Mrs S Praetzas black, Int Ch NL Ch Croat VDH Blacksugar Luis (A Sense of Pleasures Im a Joker x Blacksugar Ibiza) travelling all the way from Germany. They were thrilled that as well as winning the RCC, they had also gained their Stud Book number on the day with another of their lovely black dogs.</w:t>
      </w:r>
    </w:p>
    <w:p>
      <w:r>
        <w:rPr>
          <w:b w:val="0"/>
          <w:i w:val="0"/>
        </w:rPr>
        <w:t xml:space="preserve">The Bitch CC was a first for the OBriens yellow, Maxfield Arabella ( Fin Ch Devonshires London Edition x Mandersuns Miss Demeanour of Maxfield) just  twelve months old and half-sister to the Dog CC winner, continuing the day's  family affair with both CC winners and Best Puppy sired by Fin Ch Devonshires London Edition.. </w:t>
      </w:r>
    </w:p>
    <w:p>
      <w:r>
        <w:rPr>
          <w:b w:val="0"/>
          <w:i w:val="0"/>
        </w:rPr>
        <w:t xml:space="preserve">The Bitch RCC went to the black Limit Bitch winner, owned by Hayley Brambles Shaymiloney Stormin Norma JW( Mardas Roman Republic x Shaymiloney Sweet Pea) . </w:t>
      </w:r>
    </w:p>
    <w:p>
      <w:r>
        <w:rPr>
          <w:b w:val="0"/>
          <w:i w:val="0"/>
        </w:rPr>
        <w:t>Best Puppy as mentioned above was Fiona  Braddons yellow Trendlewood Born to Run, (Fin Ch Devonshires London Edition x Sh Ch Trendlewoodand Silent Night).</w:t>
      </w:r>
    </w:p>
    <w:p>
      <w:r>
        <w:rPr>
          <w:b w:val="0"/>
          <w:i w:val="0"/>
        </w:rPr>
        <w:t xml:space="preserve">Best Veteran was Rachel Williams yellow Lembas Name Of The Game At Millerdan Sh.CM (Lembas Top Ranking JW x Carpenny Wonder with Lembas) . </w:t>
      </w:r>
    </w:p>
    <w:p>
      <w:r>
        <w:rPr>
          <w:b w:val="0"/>
          <w:i w:val="0"/>
        </w:rPr>
        <w:t>Well done to all the winners, but especially the O'Briens who had only moved to their new house the day before and were so tired after that experience that they thought they would give the trip to WKC a miss. What happened? They decided to go. Their youngster won the CC and their Ch Maxfield Maybelline, her half-sister, won Open Bitch. As for how the cat from next door, who has always regarded the garden of the O'Briens new bungalow as his very own territory, takes to a bouncing family of happy Labradors will be news for the future!</w:t>
      </w:r>
    </w:p>
    <w:p>
      <w:r>
        <w:rPr>
          <w:b w:val="0"/>
          <w:i w:val="0"/>
        </w:rPr>
        <w:t>I have to say, judging apart, this year's WKC will not go down in the memory of very many Labrador exhibitors as a logistically pleasant show for anyone with more than one exhibit, which they could crate by the ring. For the rest of us, on our own with no helpers, or disabled, with 3 or four dogs entered in several classes, but benched far away from the ring it was an absolute nightmare, a trial from start to finish.</w:t>
      </w:r>
    </w:p>
    <w:p>
      <w:r>
        <w:rPr>
          <w:b w:val="0"/>
          <w:i w:val="0"/>
        </w:rPr>
        <w:t>In fact for me it was the most difficult WKC I have ever experienced and I have been attending with one breed or another for donkey's years. It was just too far from the benching to the allocated outside ring.</w:t>
      </w:r>
    </w:p>
    <w:p>
      <w:r>
        <w:rPr>
          <w:b w:val="0"/>
          <w:i w:val="0"/>
        </w:rPr>
        <w:t xml:space="preserve">On the basis of "Least Said, Soonest Mended" I shall refrain from adding much more apart from commenting on behalf of us all, that in a breed with 191 dogs and bitches entered, the largest breed entry of the whole show, the great distance from the benches to the tiny, undulating and sloping distant grass ring, coupled with the implications of the tannoy announcement once one was in the middle of showing in that far distant ring, that anything left on the benches, was possibly not safe following reports of pilfering, all come under the heading of nightmare of a day. </w:t>
      </w:r>
    </w:p>
    <w:p>
      <w:r>
        <w:rPr>
          <w:b w:val="0"/>
          <w:i w:val="0"/>
        </w:rPr>
        <w:t>It will have to be a brilliant judge or promise of indoor judging to ever entice me and many others who were equally unhappy, to enter WKC outside again! Indoors - brilliant. Outdoors- a big big, NO NO!</w:t>
      </w:r>
    </w:p>
    <w:p>
      <w:r>
        <w:rPr>
          <w:b w:val="0"/>
          <w:i w:val="0"/>
        </w:rPr>
        <w:t>At least the breed has one good memory and can bask in the Labrador successes at WKC of the Exodus and Born to Run in the Group ring. The rest has to be put down to a not very nice experience.</w:t>
      </w:r>
    </w:p>
    <w:p>
      <w:r>
        <w:rPr>
          <w:b w:val="0"/>
          <w:i w:val="0"/>
        </w:rPr>
        <w:t>I would most strongly advise all exhibitors keep detailed records of wins at Open and Championship shows and double check the qualifications required for entering breed classes at shows. Yet again, a class winner has apparently entered and won a class at a Championship show, having won out of that class prior to entries closing. Such mistakes, intentional or not, tend to be self- policing. Such instances being reported by other exhibitors. Once the previous wins have been confirmed by the KC, the award will normally be forfeit, and the second place winner will be awarded the 1st place by post which is not the same as the joy of winning in the ring actually at the show concerned. The class qualifications are written clearly in every single schedule be it Open or Championship show, so there is no excuse for what some see as blatant cheating and could cause embarrassment if done unintentionally when blatant cheating is wrongly suspected.</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