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w:t>
      </w:r>
    </w:p>
    <w:p>
      <w:r>
        <w:rPr>
          <w:b w:val="0"/>
          <w:i w:val="0"/>
        </w:rPr>
        <w:t>title: "Labrador Breed Notes - 11 Jul 2003"</w:t>
      </w:r>
      <w:r>
        <w:br/>
      </w:r>
      <w:r>
        <w:rPr>
          <w:b w:val="0"/>
          <w:i w:val="0"/>
        </w:rPr>
        <w:br/>
        <w:t>date_original: "11 Jul 2003"</w:t>
      </w:r>
      <w:r>
        <w:br/>
      </w:r>
      <w:r>
        <w:rPr>
          <w:b w:val="0"/>
          <w:i w:val="0"/>
        </w:rPr>
        <w:br/>
        <w:t>source_url: "https://www.ourdogs.co.uk/members/breednotes/2003/RetrieverLabrador/RetrieverLabrador-jul11.htm"</w:t>
      </w:r>
      <w:r>
        <w:br/>
      </w:r>
      <w:r>
        <w:rPr>
          <w:b w:val="0"/>
          <w:i w:val="0"/>
        </w:rPr>
        <w:br/>
        <w:t>archive_type: "static_html"</w:t>
      </w:r>
      <w:r>
        <w:br/>
      </w:r>
      <w:r>
        <w:rPr>
          <w:b w:val="0"/>
          <w:i w:val="0"/>
        </w:rPr>
        <w:br/>
        <w:t>scraped_at: "2026-09-13T22:16:24"</w:t>
      </w:r>
      <w:r>
        <w:br/>
      </w:r>
      <w:r>
        <w:rPr>
          <w:b w:val="0"/>
          <w:i w:val="0"/>
        </w:rPr>
        <w:br/>
        <w:t>word_count: 1075</w:t>
      </w:r>
    </w:p>
    <w:p>
      <w:r>
        <w:t>――――――――――――――――――――――――――――――</w:t>
      </w:r>
    </w:p>
    <w:p>
      <w:r>
        <w:rPr>
          <w:b w:val="0"/>
          <w:i w:val="0"/>
        </w:rPr>
        <w:t>Welcome !</w:t>
      </w:r>
    </w:p>
    <w:p>
      <w:r>
        <w:rPr>
          <w:b w:val="0"/>
          <w:i w:val="0"/>
        </w:rPr>
        <w:t>Hello and welcome to the Our Dogs home page.</w:t>
      </w:r>
    </w:p>
    <w:p>
      <w:r>
        <w:rPr>
          <w:b w:val="0"/>
          <w:i w:val="0"/>
        </w:rPr>
        <w:t>Click here</w:t>
      </w:r>
      <w:r>
        <w:br/>
      </w:r>
      <w:r>
        <w:rPr>
          <w:b w:val="0"/>
          <w:i w:val="0"/>
        </w:rPr>
        <w:br/>
        <w:t>to view our welcome page.</w:t>
      </w:r>
    </w:p>
    <w:p>
      <w:r>
        <w:rPr>
          <w:b w:val="0"/>
          <w:i w:val="0"/>
        </w:rPr>
        <w:t>Mobile Site</w:t>
      </w:r>
    </w:p>
    <w:p>
      <w:r>
        <w:rPr>
          <w:b w:val="0"/>
          <w:i w:val="0"/>
        </w:rPr>
        <w:t>Click here</w:t>
      </w:r>
      <w:r>
        <w:br/>
      </w:r>
      <w:r>
        <w:rPr>
          <w:b w:val="0"/>
          <w:i w:val="0"/>
        </w:rPr>
        <w:br/>
        <w:t>to view our mobile site</w:t>
      </w:r>
    </w:p>
    <w:p>
      <w:r>
        <w:rPr>
          <w:b w:val="0"/>
          <w:i w:val="0"/>
        </w:rPr>
        <w:t>Members' Area</w:t>
      </w:r>
      <w:r>
        <w:br/>
      </w:r>
      <w:r>
        <w:rPr>
          <w:b w:val="0"/>
          <w:i w:val="0"/>
        </w:rPr>
        <w:br/>
        <w:t>The Our Dogs Members' Area</w:t>
      </w:r>
    </w:p>
    <w:p>
      <w:r>
        <w:rPr>
          <w:b w:val="0"/>
          <w:i w:val="0"/>
        </w:rPr>
        <w:t>Subscribe to OUR DOGS</w:t>
      </w:r>
    </w:p>
    <w:p>
      <w:r>
        <w:rPr>
          <w:b w:val="0"/>
          <w:i w:val="0"/>
        </w:rPr>
        <w:t>SUBSCRIBE by Direct Debit - Get the weekly issue DELIVERED to your door, the BIGGEST and BEST Our Dogs Annual and FREE access to the Our Dogs Members' Area.</w:t>
      </w:r>
    </w:p>
    <w:p>
      <w:r>
        <w:rPr>
          <w:b w:val="0"/>
          <w:i w:val="0"/>
        </w:rPr>
        <w:t>Read more...</w:t>
      </w:r>
    </w:p>
    <w:p>
      <w:r>
        <w:rPr>
          <w:b w:val="0"/>
          <w:i w:val="0"/>
        </w:rPr>
        <w:t>Online only subscription. Ideal for our readers from overseas.</w:t>
      </w:r>
      <w:r>
        <w:br/>
      </w:r>
      <w:r>
        <w:rPr>
          <w:b w:val="0"/>
          <w:i w:val="0"/>
        </w:rPr>
        <w:br/>
        <w:t>Click here.</w:t>
      </w:r>
      <w:r>
        <w:br/>
      </w:r>
      <w:r>
        <w:rPr>
          <w:b w:val="0"/>
          <w:i w:val="0"/>
        </w:rPr>
        <w:br/>
        <w:t>Choose your subscription option -</w:t>
      </w:r>
      <w:r>
        <w:br/>
      </w:r>
      <w:r>
        <w:rPr>
          <w:b w:val="0"/>
          <w:i w:val="0"/>
        </w:rPr>
        <w:br/>
        <w:t>Click Here</w:t>
      </w:r>
    </w:p>
    <w:p>
      <w:r>
        <w:rPr>
          <w:b w:val="0"/>
          <w:i w:val="0"/>
        </w:rPr>
        <w:t>Our Dogs Online has archives of</w:t>
      </w:r>
      <w:r>
        <w:br/>
      </w:r>
      <w:r>
        <w:rPr>
          <w:b w:val="0"/>
          <w:i w:val="0"/>
        </w:rPr>
        <w:br/>
        <w:t>CHAMP SHOW REPORTS</w:t>
      </w:r>
      <w:r>
        <w:br/>
      </w:r>
      <w:r>
        <w:rPr>
          <w:b w:val="0"/>
          <w:i w:val="0"/>
        </w:rPr>
        <w:br/>
        <w:t>OPEN SHOW REPORTS</w:t>
      </w:r>
      <w:r>
        <w:br/>
      </w:r>
      <w:r>
        <w:rPr>
          <w:b w:val="0"/>
          <w:i w:val="0"/>
        </w:rPr>
        <w:br/>
        <w:t>BREED NOTES</w:t>
      </w:r>
      <w:r>
        <w:br/>
      </w:r>
      <w:r>
        <w:rPr>
          <w:b w:val="0"/>
          <w:i w:val="0"/>
        </w:rPr>
        <w:br/>
        <w:t>REGULAR FEATURES</w:t>
      </w:r>
      <w:r>
        <w:br/>
      </w:r>
      <w:r>
        <w:rPr>
          <w:b w:val="0"/>
          <w:i w:val="0"/>
        </w:rPr>
        <w:br/>
        <w:t>NEWS</w:t>
      </w:r>
      <w:r>
        <w:br/>
      </w:r>
      <w:r>
        <w:rPr>
          <w:b w:val="0"/>
          <w:i w:val="0"/>
        </w:rPr>
        <w:br/>
        <w:t>going back to the beginning of the century.</w:t>
      </w:r>
      <w:r>
        <w:br/>
      </w:r>
      <w:r>
        <w:rPr>
          <w:b w:val="0"/>
          <w:i w:val="0"/>
        </w:rPr>
        <w:br/>
        <w:t>Show Reports are added daily to the website</w:t>
      </w:r>
      <w:r>
        <w:br/>
      </w:r>
      <w:r>
        <w:rPr>
          <w:b w:val="0"/>
          <w:i w:val="0"/>
        </w:rPr>
        <w:br/>
        <w:t>Page turning digital edition</w:t>
      </w:r>
      <w:r>
        <w:br/>
      </w:r>
      <w:r>
        <w:rPr>
          <w:b w:val="0"/>
          <w:i w:val="0"/>
        </w:rPr>
        <w:br/>
        <w:t>Plus much, much more!</w:t>
      </w:r>
    </w:p>
    <w:p>
      <w:r>
        <w:rPr>
          <w:b w:val="0"/>
          <w:i w:val="0"/>
        </w:rPr>
        <w:t>Buy an Issue</w:t>
      </w:r>
      <w:r>
        <w:br/>
      </w:r>
      <w:r>
        <w:rPr>
          <w:b w:val="0"/>
          <w:i w:val="0"/>
        </w:rPr>
        <w:br/>
        <w:t>Direct Debit</w:t>
      </w:r>
      <w:r>
        <w:br/>
      </w:r>
      <w:r>
        <w:rPr>
          <w:b w:val="0"/>
          <w:i w:val="0"/>
        </w:rPr>
        <w:br/>
        <w:t>Dual Subscription</w:t>
      </w:r>
      <w:r>
        <w:br/>
      </w:r>
      <w:r>
        <w:rPr>
          <w:b w:val="0"/>
          <w:i w:val="0"/>
        </w:rPr>
        <w:br/>
        <w:t>Pay Pal</w:t>
      </w:r>
      <w:r>
        <w:br/>
      </w:r>
      <w:r>
        <w:rPr>
          <w:b w:val="0"/>
          <w:i w:val="0"/>
        </w:rPr>
        <w:br/>
        <w:t>Shop</w:t>
      </w:r>
      <w:r>
        <w:br/>
      </w:r>
      <w:r>
        <w:rPr>
          <w:b w:val="0"/>
          <w:i w:val="0"/>
        </w:rPr>
        <w:br/>
        <w:t>Shop Home</w:t>
      </w:r>
      <w:r>
        <w:br/>
      </w:r>
      <w:r>
        <w:rPr>
          <w:b w:val="0"/>
          <w:i w:val="0"/>
        </w:rPr>
        <w:br/>
        <w:t>Breed Books</w:t>
      </w:r>
      <w:r>
        <w:br/>
      </w:r>
      <w:r>
        <w:rPr>
          <w:b w:val="0"/>
          <w:i w:val="0"/>
        </w:rPr>
        <w:br/>
        <w:t>General Books</w:t>
      </w:r>
      <w:r>
        <w:br/>
      </w:r>
      <w:r>
        <w:rPr>
          <w:b w:val="0"/>
          <w:i w:val="0"/>
        </w:rPr>
        <w:br/>
        <w:t>DVDs</w:t>
      </w:r>
      <w:r>
        <w:br/>
      </w:r>
      <w:r>
        <w:rPr>
          <w:b w:val="0"/>
          <w:i w:val="0"/>
        </w:rPr>
        <w:br/>
        <w:t>Annuals</w:t>
      </w:r>
      <w:r>
        <w:br/>
      </w:r>
      <w:r>
        <w:rPr>
          <w:b w:val="0"/>
          <w:i w:val="0"/>
        </w:rPr>
        <w:br/>
        <w:t>Show Calendar</w:t>
      </w:r>
      <w:r>
        <w:br/>
      </w:r>
      <w:r>
        <w:rPr>
          <w:b w:val="0"/>
          <w:i w:val="0"/>
        </w:rPr>
        <w:br/>
        <w:t>Champ Shows Index</w:t>
      </w:r>
      <w:r>
        <w:br/>
      </w:r>
      <w:r>
        <w:rPr>
          <w:b w:val="0"/>
          <w:i w:val="0"/>
        </w:rPr>
        <w:br/>
        <w:t>Show Dates</w:t>
      </w:r>
      <w:r>
        <w:br/>
      </w:r>
      <w:r>
        <w:rPr>
          <w:b w:val="0"/>
          <w:i w:val="0"/>
        </w:rPr>
        <w:br/>
        <w:t>Entries Closing</w:t>
      </w:r>
      <w:r>
        <w:br/>
      </w:r>
      <w:r>
        <w:rPr>
          <w:b w:val="0"/>
          <w:i w:val="0"/>
        </w:rPr>
        <w:br/>
        <w:t>Calendar</w:t>
      </w:r>
      <w:r>
        <w:br/>
      </w:r>
      <w:r>
        <w:rPr>
          <w:b w:val="0"/>
          <w:i w:val="0"/>
        </w:rPr>
        <w:br/>
        <w:t>International Shows</w:t>
      </w:r>
      <w:r>
        <w:br/>
      </w:r>
      <w:r>
        <w:rPr>
          <w:b w:val="0"/>
          <w:i w:val="0"/>
        </w:rPr>
        <w:br/>
        <w:t>Misc</w:t>
      </w:r>
      <w:r>
        <w:br/>
      </w:r>
      <w:r>
        <w:rPr>
          <w:b w:val="0"/>
          <w:i w:val="0"/>
        </w:rPr>
        <w:br/>
        <w:t>Facebook</w:t>
      </w:r>
      <w:r>
        <w:br/>
      </w:r>
      <w:r>
        <w:rPr>
          <w:b w:val="0"/>
          <w:i w:val="0"/>
        </w:rPr>
        <w:br/>
        <w:t>Twitter</w:t>
      </w:r>
      <w:r>
        <w:br/>
      </w:r>
      <w:r>
        <w:rPr>
          <w:b w:val="0"/>
          <w:i w:val="0"/>
        </w:rPr>
        <w:br/>
        <w:t>Contact Us</w:t>
      </w:r>
      <w:r>
        <w:br/>
      </w:r>
      <w:r>
        <w:rPr>
          <w:b w:val="0"/>
          <w:i w:val="0"/>
        </w:rPr>
        <w:br/>
        <w:t>Photgraphers</w:t>
      </w:r>
      <w:r>
        <w:br/>
      </w:r>
      <w:r>
        <w:rPr>
          <w:b w:val="0"/>
          <w:i w:val="0"/>
        </w:rPr>
        <w:br/>
        <w:t>Newsletter...</w:t>
      </w:r>
      <w:r>
        <w:br/>
      </w:r>
      <w:r>
        <w:rPr>
          <w:b w:val="0"/>
          <w:i w:val="0"/>
        </w:rPr>
        <w:br/>
        <w:t>Advertise</w:t>
      </w:r>
      <w:r>
        <w:br/>
      </w:r>
      <w:r>
        <w:rPr>
          <w:b w:val="0"/>
          <w:i w:val="0"/>
        </w:rPr>
        <w:br/>
        <w:t>Breed Features</w:t>
      </w:r>
      <w:r>
        <w:br/>
      </w:r>
      <w:r>
        <w:rPr>
          <w:b w:val="0"/>
          <w:i w:val="0"/>
        </w:rPr>
        <w:br/>
        <w:t>Trade Advertising</w:t>
      </w:r>
      <w:r>
        <w:br/>
      </w:r>
      <w:r>
        <w:rPr>
          <w:b w:val="0"/>
          <w:i w:val="0"/>
        </w:rPr>
        <w:br/>
        <w:t>Breeder Advertising</w:t>
      </w:r>
      <w:r>
        <w:br/>
      </w:r>
      <w:r>
        <w:rPr>
          <w:b w:val="0"/>
          <w:i w:val="0"/>
        </w:rPr>
        <w:br/>
        <w:t>Club Advertising</w:t>
      </w:r>
      <w:r>
        <w:br/>
      </w:r>
      <w:r>
        <w:rPr>
          <w:b w:val="0"/>
          <w:i w:val="0"/>
        </w:rPr>
        <w:br/>
        <w:t>Web Advertising</w:t>
      </w:r>
      <w:r>
        <w:br/>
      </w:r>
      <w:r>
        <w:rPr>
          <w:b w:val="0"/>
          <w:i w:val="0"/>
        </w:rPr>
        <w:br/>
        <w:t>Web Only</w:t>
      </w:r>
      <w:r>
        <w:br/>
      </w:r>
      <w:r>
        <w:rPr>
          <w:b w:val="0"/>
          <w:i w:val="0"/>
        </w:rPr>
        <w:br/>
        <w:t>Direct Debit</w:t>
      </w:r>
      <w:r>
        <w:br/>
      </w:r>
      <w:r>
        <w:rPr>
          <w:b w:val="0"/>
          <w:i w:val="0"/>
        </w:rPr>
        <w:br/>
        <w:t>Web + Paper</w:t>
      </w:r>
      <w:r>
        <w:br/>
      </w:r>
      <w:r>
        <w:rPr>
          <w:b w:val="0"/>
          <w:i w:val="0"/>
        </w:rPr>
        <w:br/>
        <w:t>Pay Pal</w:t>
      </w:r>
      <w:r>
        <w:br/>
      </w:r>
      <w:r>
        <w:rPr>
          <w:b w:val="0"/>
          <w:i w:val="0"/>
        </w:rPr>
        <w:br/>
        <w:t>Buy an issue</w:t>
      </w:r>
      <w:r>
        <w:br/>
      </w:r>
      <w:r>
        <w:rPr>
          <w:b w:val="0"/>
          <w:i w:val="0"/>
        </w:rPr>
        <w:br/>
        <w:t>Members Info</w:t>
      </w:r>
      <w:r>
        <w:br/>
      </w:r>
      <w:r>
        <w:rPr>
          <w:b w:val="0"/>
          <w:i w:val="0"/>
        </w:rPr>
        <w:br/>
        <w:t>Quick</w:t>
      </w:r>
      <w:r>
        <w:br/>
      </w:r>
      <w:r>
        <w:rPr>
          <w:b w:val="0"/>
          <w:i w:val="0"/>
        </w:rPr>
        <w:br/>
        <w:t>Members Index</w:t>
      </w:r>
      <w:r>
        <w:br/>
      </w:r>
      <w:r>
        <w:rPr>
          <w:b w:val="0"/>
          <w:i w:val="0"/>
        </w:rPr>
        <w:br/>
        <w:t>News Archive</w:t>
      </w:r>
      <w:r>
        <w:br/>
      </w:r>
      <w:r>
        <w:rPr>
          <w:b w:val="0"/>
          <w:i w:val="0"/>
        </w:rPr>
        <w:br/>
        <w:t>News</w:t>
      </w:r>
      <w:r>
        <w:br/>
      </w:r>
      <w:r>
        <w:rPr>
          <w:b w:val="0"/>
          <w:i w:val="0"/>
        </w:rPr>
        <w:br/>
        <w:t>Lost Password</w:t>
      </w:r>
      <w:r>
        <w:br/>
      </w:r>
      <w:r>
        <w:rPr>
          <w:b w:val="0"/>
          <w:i w:val="0"/>
        </w:rPr>
        <w:br/>
        <w:t>Facebook</w:t>
      </w:r>
      <w:r>
        <w:br/>
      </w:r>
      <w:r>
        <w:rPr>
          <w:b w:val="0"/>
          <w:i w:val="0"/>
        </w:rPr>
        <w:br/>
        <w:t>Twitter</w:t>
      </w:r>
      <w:r>
        <w:br/>
      </w:r>
      <w:r>
        <w:rPr>
          <w:b w:val="0"/>
          <w:i w:val="0"/>
        </w:rPr>
        <w:br/>
        <w:t>Vulnerable Breeds</w:t>
      </w:r>
      <w:r>
        <w:br/>
      </w:r>
      <w:r>
        <w:rPr>
          <w:b w:val="0"/>
          <w:i w:val="0"/>
        </w:rPr>
        <w:br/>
        <w:t>Our Dogs on the Road</w:t>
      </w:r>
      <w:r>
        <w:br/>
      </w:r>
      <w:r>
        <w:rPr>
          <w:b w:val="0"/>
          <w:i w:val="0"/>
        </w:rPr>
        <w:br/>
        <w:t>Our Dogs Ireland</w:t>
      </w:r>
      <w:r>
        <w:br/>
      </w:r>
      <w:r>
        <w:rPr>
          <w:b w:val="0"/>
          <w:i w:val="0"/>
        </w:rPr>
        <w:br/>
        <w:t>Our Dogs International</w:t>
      </w:r>
      <w:r>
        <w:br/>
      </w:r>
      <w:r>
        <w:rPr>
          <w:b w:val="0"/>
          <w:i w:val="0"/>
        </w:rPr>
        <w:br/>
        <w:t>More links</w:t>
      </w:r>
      <w:r>
        <w:br/>
      </w:r>
      <w:r>
        <w:rPr>
          <w:b w:val="0"/>
          <w:i w:val="0"/>
        </w:rPr>
        <w:br/>
        <w:t>Advertise</w:t>
      </w:r>
      <w:r>
        <w:br/>
      </w:r>
      <w:r>
        <w:rPr>
          <w:b w:val="0"/>
          <w:i w:val="0"/>
        </w:rPr>
        <w:br/>
        <w:t>Breed Note Writers</w:t>
      </w:r>
      <w:r>
        <w:br/>
      </w:r>
      <w:r>
        <w:rPr>
          <w:b w:val="0"/>
          <w:i w:val="0"/>
        </w:rPr>
        <w:br/>
        <w:t>Cookies</w:t>
      </w:r>
      <w:r>
        <w:br/>
      </w:r>
      <w:r>
        <w:rPr>
          <w:b w:val="0"/>
          <w:i w:val="0"/>
        </w:rPr>
        <w:br/>
        <w:t>Podcast</w:t>
      </w:r>
      <w:r>
        <w:br/>
      </w:r>
      <w:r>
        <w:rPr>
          <w:b w:val="0"/>
          <w:i w:val="0"/>
        </w:rPr>
        <w:br/>
        <w:t>Video</w:t>
      </w:r>
      <w:r>
        <w:br/>
      </w:r>
      <w:r>
        <w:rPr>
          <w:b w:val="0"/>
          <w:i w:val="0"/>
        </w:rPr>
        <w:br/>
        <w:t>Joking Aside</w:t>
      </w:r>
      <w:r>
        <w:br/>
      </w:r>
      <w:r>
        <w:rPr>
          <w:b w:val="0"/>
          <w:i w:val="0"/>
        </w:rPr>
        <w:br/>
        <w:t>Vulnerable Breeds - Leaders</w:t>
      </w:r>
      <w:r>
        <w:br/>
      </w:r>
      <w:r>
        <w:rPr>
          <w:b w:val="0"/>
          <w:i w:val="0"/>
        </w:rPr>
        <w:br/>
        <w:t>Web Directory</w:t>
      </w:r>
      <w:r>
        <w:br/>
      </w:r>
      <w:r>
        <w:rPr>
          <w:b w:val="0"/>
          <w:i w:val="0"/>
        </w:rPr>
        <w:br/>
        <w:t>Letters to the Editor</w:t>
      </w:r>
      <w:r>
        <w:br/>
      </w:r>
      <w:r>
        <w:rPr>
          <w:b w:val="0"/>
          <w:i w:val="0"/>
        </w:rPr>
        <w:br/>
        <w:t>Breeder Directory - Old</w:t>
      </w:r>
      <w:r>
        <w:br/>
      </w:r>
      <w:r>
        <w:rPr>
          <w:b w:val="0"/>
          <w:i w:val="0"/>
        </w:rPr>
        <w:br/>
        <w:t>Breeder Directory - New</w:t>
      </w:r>
      <w:r>
        <w:br/>
      </w:r>
      <w:r>
        <w:rPr>
          <w:b w:val="0"/>
          <w:i w:val="0"/>
        </w:rPr>
        <w:br/>
        <w:t>A-Z of Breeds</w:t>
      </w:r>
      <w:r>
        <w:br/>
      </w:r>
      <w:r>
        <w:rPr>
          <w:b w:val="0"/>
          <w:i w:val="0"/>
        </w:rPr>
        <w:br/>
        <w:t>Health</w:t>
      </w:r>
      <w:r>
        <w:br/>
      </w:r>
      <w:r>
        <w:rPr>
          <w:b w:val="0"/>
          <w:i w:val="0"/>
        </w:rPr>
        <w:br/>
        <w:t>Classified - Newspaper</w:t>
      </w:r>
      <w:r>
        <w:br/>
      </w:r>
      <w:r>
        <w:rPr>
          <w:b w:val="0"/>
          <w:i w:val="0"/>
        </w:rPr>
        <w:br/>
        <w:t>Classified - Web</w:t>
      </w:r>
      <w:r>
        <w:br/>
      </w:r>
      <w:r>
        <w:rPr>
          <w:b w:val="0"/>
          <w:i w:val="0"/>
        </w:rPr>
        <w:br/>
        <w:t>Show Photos</w:t>
      </w:r>
      <w:r>
        <w:br/>
      </w:r>
      <w:r>
        <w:rPr>
          <w:b w:val="0"/>
          <w:i w:val="0"/>
        </w:rPr>
        <w:br/>
        <w:t>Top Breeder Compeition</w:t>
      </w:r>
      <w:r>
        <w:br/>
      </w:r>
      <w:r>
        <w:rPr>
          <w:b w:val="0"/>
          <w:i w:val="0"/>
        </w:rPr>
        <w:br/>
        <w:t>Top Puppy Competition</w:t>
      </w:r>
      <w:r>
        <w:br/>
      </w:r>
      <w:r>
        <w:rPr>
          <w:b w:val="0"/>
          <w:i w:val="0"/>
        </w:rPr>
        <w:br/>
        <w:t>Sunday, September 13, 2026</w:t>
      </w:r>
    </w:p>
    <w:p>
      <w:r>
        <w:rPr>
          <w:b w:val="0"/>
          <w:i w:val="0"/>
        </w:rPr>
        <w:t>Search Breed:</w:t>
      </w:r>
      <w:r>
        <w:br/>
      </w:r>
      <w:r>
        <w:rPr>
          <w:b w:val="0"/>
          <w:i w:val="0"/>
        </w:rPr>
        <w:br/>
        <w:t>Adverts: 0161 709 4576 - Editorial: 0161 709 4571</w:t>
      </w:r>
      <w:r>
        <w:br/>
      </w:r>
      <w:r>
        <w:rPr>
          <w:b w:val="0"/>
          <w:i w:val="0"/>
        </w:rPr>
        <w:br/>
        <w:t>Mail Order: 0161 709 4578 - Subs: 0161 709 4575 - Webteam: 0161 709 4567</w:t>
      </w:r>
      <w:r>
        <w:br/>
      </w:r>
      <w:r>
        <w:rPr>
          <w:b w:val="0"/>
          <w:i w:val="0"/>
        </w:rPr>
        <w:br/>
        <w:t>RETRIEVER LABRADOR</w:t>
      </w:r>
    </w:p>
    <w:p>
      <w:r>
        <w:rPr>
          <w:b w:val="0"/>
          <w:i w:val="0"/>
        </w:rPr>
        <w:t>North West Lab Club is holding an Eye Clinic on Wed 23rd July 2003 at St Joseph`s Parish Centre, Chorley. Examiner Mr Stuart Ellis. For details and appointments contact Mrs P Mott tel 01704 880112.</w:t>
      </w:r>
    </w:p>
    <w:p>
      <w:r>
        <w:rPr>
          <w:b w:val="0"/>
          <w:i w:val="0"/>
        </w:rPr>
        <w:t>The Labrador Retriever Club have received a letter from the Premier of the Government of Newfoundland and Labrador, Roger D Grimes, sadly it did not arrive in time for the Centenary Celebrations, for which it was intended, however the LRC thought readers might like to share the letter in these notes.</w:t>
      </w:r>
    </w:p>
    <w:p>
      <w:r>
        <w:rPr>
          <w:b w:val="0"/>
          <w:i w:val="0"/>
        </w:rPr>
        <w:t>It reads “As Premier of Newfoundland and Labrador it is my distinct pleasure to acknowledge the Labrador Retriever’s 100th Anniversary as a recognised canine breed. This animal has given outstanding service to mankind in a variety of roles and is well deserving of this recognition.</w:t>
      </w:r>
    </w:p>
    <w:p>
      <w:r>
        <w:rPr>
          <w:b w:val="0"/>
          <w:i w:val="0"/>
        </w:rPr>
        <w:t>I was delighted to receive a copy of your yearbook and I thank you for this gift. The hard work and effort that this club devotes to the Labrador Retriever is remarkable and quite evident throughout this insightful book.</w:t>
      </w:r>
    </w:p>
    <w:p>
      <w:r>
        <w:rPr>
          <w:b w:val="0"/>
          <w:i w:val="0"/>
        </w:rPr>
        <w:t>Newfoundlanders and Labradorians cherish and hold dear the many ties, which we share with Great Britain. Early English settlers made this land their home and have a significant role in the development of the culture and heritage of Newfoundland and Labrador.</w:t>
      </w:r>
      <w:r>
        <w:br/>
      </w:r>
      <w:r>
        <w:rPr>
          <w:b w:val="0"/>
          <w:i w:val="0"/>
        </w:rPr>
        <w:br/>
        <w:t>To all organisers and members, your hard work is appreciated by those participating in these events. I am sure your commitment and duty to the club will continue for many years to come. Have a wonderful celebration! Roger G Grimes”.</w:t>
      </w:r>
    </w:p>
    <w:p>
      <w:r>
        <w:rPr>
          <w:b w:val="0"/>
          <w:i w:val="0"/>
        </w:rPr>
        <w:t>Paignton Ch Show was judged by Ann Powell. At this favourite outdoor show the weather was warm and sunny and we were lucky that the forecast rain held off until the end of the show.</w:t>
      </w:r>
      <w:r>
        <w:br/>
      </w:r>
      <w:r>
        <w:rPr>
          <w:b w:val="0"/>
          <w:i w:val="0"/>
        </w:rPr>
        <w:br/>
        <w:t>From an entry of 222, Best of Breed, having won the dog CC, was the yellow, Sh Ch Stajantor’s Robin owned by Vic and Janet Cole. The Res dog CC was won by a jubilant Mandy Stewart with her black Jancet Jitterbug at Streamanda (Sh Ch Naiken Kris ex Senendal Picalilly with Jancet).</w:t>
      </w:r>
    </w:p>
    <w:p>
      <w:r>
        <w:rPr>
          <w:b w:val="0"/>
          <w:i w:val="0"/>
        </w:rPr>
        <w:t>The Bitch CC was won by Jenny Green with Thurbajens Super Susie (Thurbajens Limited Offer JW ex Thurbajens Cover Girl) with the RCC going to Pat Davies with her yellow Sheenaron Merry Smokey Eve to Holmajor (Rocheby Old Smokey ex Lejie Strawberry Fair at Sheenaron).</w:t>
      </w:r>
    </w:p>
    <w:p>
      <w:r>
        <w:rPr>
          <w:b w:val="0"/>
          <w:i w:val="0"/>
        </w:rPr>
        <w:t>Cotswold and Wyevern LRC held their Championship show at Malvern. There was an entry of 381 dogs and bitches. The judges were Rosemary Hewitt (dogs) and Heather Fone (Bitches) and it was a case of veni, vedi, vici, (I came, I saw, I conquered) as Julius Ceasar was wont to say, as I trolled through the text of his “Gallic Wars” in the Latin lessons my schooldays. Italian exhibitor, Franco Baberi returned back to the UK two weeks after his success at the Lab Centennial Celebrations and once again went Best in Show with his yellow bitch Ch Amber. This was her third CC and she follows the French dog, Ch Ole into the record books, this time as the first Labrador bitch from abroad to be made up in the UK. She is sired by Franco’s own dog, Lapemas Larry of Sandylands ex Brynseion Gabriella.</w:t>
      </w:r>
    </w:p>
    <w:p>
      <w:r>
        <w:rPr>
          <w:b w:val="0"/>
          <w:i w:val="0"/>
        </w:rPr>
        <w:t>Sh. Ch. It Ch. Amber’s CCs were won under Rosemary Hewitt at East of England last year,(on this occasion Amber won the Gundog Group and went Reserve Best in Show), her next CC was won at the Labrador Club Centenary Show two weeks ago and now her third at Cotswold and Wyevern LRC CH Show. Franco told me he had driven 16 hours non-stop to get here and was going back home after the show. Some going! Many Congratulations.</w:t>
      </w:r>
    </w:p>
    <w:p>
      <w:r>
        <w:rPr>
          <w:b w:val="0"/>
          <w:i w:val="0"/>
        </w:rPr>
        <w:t>The Res Bitch CC was won by Christine Bailiss with her yellow Sh Ch Tissalian Oh Sanchia</w:t>
      </w:r>
      <w:r>
        <w:br/>
      </w:r>
      <w:r>
        <w:rPr>
          <w:b w:val="0"/>
          <w:i w:val="0"/>
        </w:rPr>
        <w:br/>
        <w:t>The Dog CC was a first for Isobel Keys black dog Keydella Klassic Edition (Ch Marfell Seafarer ex Sh Ch Keydella Klassique) and the RCC went to Diana Downey Tullochs black Sh Ch Tullochmohr Final Edition.</w:t>
      </w:r>
    </w:p>
    <w:p>
      <w:r>
        <w:rPr>
          <w:b w:val="0"/>
          <w:i w:val="0"/>
        </w:rPr>
        <w:t>Best Puppy was Mrs Sue Marskell’s Berolee Moons Magic Star.</w:t>
      </w:r>
    </w:p>
    <w:p>
      <w:r>
        <w:rPr>
          <w:b w:val="0"/>
          <w:i w:val="0"/>
        </w:rPr>
        <w:t>It was good to see recently retired Secretary Janet Cook visiting the show and lending a helping hand, also Margaret Clayton who was having a day out with her near neighbour Marilyn Prior.</w:t>
      </w:r>
    </w:p>
    <w:p>
      <w:r>
        <w:rPr>
          <w:b w:val="0"/>
          <w:i w:val="0"/>
        </w:rPr>
        <w:t>Ann Britton</w:t>
      </w:r>
      <w:r>
        <w:br/>
      </w:r>
      <w:r>
        <w:rPr>
          <w:b w:val="0"/>
          <w:i w:val="0"/>
        </w:rPr>
        <w:br/>
        <w:t>01989 720665</w:t>
      </w:r>
      <w:r>
        <w:br/>
      </w:r>
      <w:r>
        <w:rPr>
          <w:b w:val="0"/>
          <w:i w:val="0"/>
        </w:rPr>
        <w:br/>
        <w:t>Fax 01989 720550</w:t>
      </w:r>
      <w:r>
        <w:br/>
      </w:r>
      <w:r>
        <w:rPr>
          <w:b w:val="0"/>
          <w:i w:val="0"/>
        </w:rPr>
        <w:br/>
        <w:t>email bowstones@btinternet.com</w:t>
      </w:r>
    </w:p>
    <w:p>
      <w:r>
        <w:rPr>
          <w:b w:val="0"/>
          <w:i w:val="0"/>
        </w:rPr>
        <w:t>OUR DOGS</w:t>
      </w:r>
      <w:r>
        <w:br/>
      </w:r>
      <w:r>
        <w:rPr>
          <w:b w:val="0"/>
          <w:i w:val="0"/>
        </w:rPr>
        <w:br/>
        <w:t>Northwood House</w:t>
      </w:r>
      <w:r>
        <w:br/>
      </w:r>
      <w:r>
        <w:rPr>
          <w:b w:val="0"/>
          <w:i w:val="0"/>
        </w:rPr>
        <w:br/>
        <w:t>Greenwood Business Centre</w:t>
      </w:r>
      <w:r>
        <w:br/>
      </w:r>
      <w:r>
        <w:rPr>
          <w:b w:val="0"/>
          <w:i w:val="0"/>
        </w:rPr>
        <w:br/>
        <w:t>Regent Road</w:t>
      </w:r>
      <w:r>
        <w:br/>
      </w:r>
      <w:r>
        <w:rPr>
          <w:b w:val="0"/>
          <w:i w:val="0"/>
        </w:rPr>
        <w:br/>
        <w:t>Salford</w:t>
      </w:r>
      <w:r>
        <w:br/>
      </w:r>
      <w:r>
        <w:rPr>
          <w:b w:val="0"/>
          <w:i w:val="0"/>
        </w:rPr>
        <w:br/>
        <w:t>M5 4QH</w:t>
      </w:r>
      <w:r>
        <w:br/>
      </w:r>
      <w:r>
        <w:rPr>
          <w:b w:val="0"/>
          <w:i w:val="0"/>
        </w:rPr>
        <w:br/>
        <w:t>Tel: 0161 709 4576</w:t>
      </w:r>
    </w:p>
    <w:p>
      <w:r>
        <w:rPr>
          <w:b w:val="0"/>
          <w:i w:val="0"/>
        </w:rPr>
        <w:t>THE OUR DOGS WEBSITE</w:t>
      </w:r>
      <w:r>
        <w:br/>
      </w:r>
      <w:r>
        <w:rPr>
          <w:b w:val="0"/>
          <w:i w:val="0"/>
        </w:rPr>
        <w:br/>
        <w:t>is hosted by Resolution Computers</w:t>
      </w:r>
      <w:r>
        <w:br/>
      </w:r>
      <w:r>
        <w:rPr>
          <w:b w:val="0"/>
          <w:i w:val="0"/>
        </w:rPr>
        <w:br/>
        <w:t>For professional website design and hosting,</w:t>
      </w:r>
      <w:r>
        <w:br/>
      </w:r>
      <w:r>
        <w:rPr>
          <w:b w:val="0"/>
          <w:i w:val="0"/>
        </w:rPr>
        <w:br/>
        <w:t>Tel: 0783 667 9594</w:t>
      </w:r>
      <w:r>
        <w:br/>
      </w:r>
      <w:r>
        <w:rPr>
          <w:b w:val="0"/>
          <w:i w:val="0"/>
        </w:rPr>
        <w:br/>
        <w:t>Website: www.rescomp.net</w:t>
      </w:r>
    </w:p>
    <w:p>
      <w:r>
        <w:rPr>
          <w:b w:val="0"/>
          <w:i w:val="0"/>
        </w:rPr>
        <w:t>THE OUR DOGS WEBSITE was designed &amp; is updated</w:t>
      </w:r>
      <w:r>
        <w:br/>
      </w:r>
      <w:r>
        <w:rPr>
          <w:b w:val="0"/>
          <w:i w:val="0"/>
        </w:rPr>
        <w:br/>
        <w:t>by Adam Williams, the Our Dogs webmaster</w:t>
      </w:r>
      <w:r>
        <w:br/>
      </w:r>
      <w:r>
        <w:rPr>
          <w:b w:val="0"/>
          <w:i w:val="0"/>
        </w:rPr>
        <w:br/>
        <w:t>&amp; Chris Hogan, web development</w:t>
      </w:r>
      <w:r>
        <w:br/>
      </w:r>
      <w:r>
        <w:rPr>
          <w:b w:val="0"/>
          <w:i w:val="0"/>
        </w:rPr>
        <w:br/>
        <w:t>Contact: webmaster@ourdogs.co.uk</w:t>
      </w:r>
    </w:p>
    <w:p>
      <w:r>
        <w:rPr>
          <w:b w:val="0"/>
          <w:i w:val="0"/>
        </w:rPr>
        <w:t>© Our Dogs Publishing</w:t>
      </w:r>
      <w:r>
        <w:br/>
      </w:r>
      <w:r>
        <w:rPr>
          <w:b w:val="0"/>
          <w:i w:val="0"/>
        </w:rPr>
        <w:br/>
        <w:t>webmaster@ourdogs.co.uk</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