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- 22 Apr 2005"</w:t>
      </w:r>
      <w:r>
        <w:br/>
      </w:r>
      <w:r>
        <w:rPr>
          <w:b w:val="0"/>
          <w:i w:val="0"/>
        </w:rPr>
        <w:br/>
        <w:t>date_original: "22 Apr 2005"</w:t>
      </w:r>
      <w:r>
        <w:br/>
      </w:r>
      <w:r>
        <w:rPr>
          <w:b w:val="0"/>
          <w:i w:val="0"/>
        </w:rPr>
        <w:br/>
        <w:t>source_url: "https://www.ourdogs.co.uk/members/breednotes/2005/RetrieverLabrador/RetrieverLabrador-apr22.htm"</w:t>
      </w:r>
      <w:r>
        <w:br/>
      </w:r>
      <w:r>
        <w:rPr>
          <w:b w:val="0"/>
          <w:i w:val="0"/>
        </w:rPr>
        <w:br/>
        <w:t>archive_type: "static_html"</w:t>
      </w:r>
      <w:r>
        <w:br/>
      </w:r>
      <w:r>
        <w:rPr>
          <w:b w:val="0"/>
          <w:i w:val="0"/>
        </w:rPr>
        <w:br/>
        <w:t>scraped_at: "2026-09-13T22:11:17"</w:t>
      </w:r>
      <w:r>
        <w:br/>
      </w:r>
      <w:r>
        <w:rPr>
          <w:b w:val="0"/>
          <w:i w:val="0"/>
        </w:rPr>
        <w:br/>
        <w:t>word_count: 1870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Vic and Janet Cole have been judging Labradors at the Leeuwarden All Breeds Show in Holland where they enjoyed wonderful hospitality. Vic judged the Dogs and Janet the Bitches. BOB, CAC, CACIB and shortlisted in the Group was A.M.P. de Rooij v Poppel’s black dog, Csaba of the Pyramid Woodstack, (Foulby Hucklenerry Finn x Fairywoods Anemone). The Bitch CAC and CACIB was J.M.K. Verrees’ yellow, Delight, (Antonine Pagemaster x Zeta of Lucifers Delight). Best Puppy, and shortlisted in the Puppy Group, was T Reisewuik’s yellow bitch Hilldreams Unique Loverly Elsje (Sultarins Marplas Bas x Yoko de Apporteur).</w:t>
      </w:r>
    </w:p>
    <w:p>
      <w:r>
        <w:rPr>
          <w:b w:val="0"/>
          <w:i w:val="0"/>
        </w:rPr>
        <w:t>The East Anglian Labrador Retriever Club will be holding a Novice Judges Seminar on Saturday September 10th 2005 at Newmarket. The day’s tuition will start at 9.30am and end at 4.30pm, and will include a breed presentation, ring procedure, and critique writing. Students will be able to go over dogs and to ask questions of a Championship show judge. The cost of the day will be £15 for students and £10 for observers, which will include morning and afternoon tea or coffee and also lunch. Those interested in booking a place at this interesting seminar should contact Janet Cole, Secretary EALRC, Station Farm, Manea, Cambs PE15 0HQ. Tel/Fax 01354 680 375 or email Janet.cole@virgin.net.</w:t>
      </w:r>
    </w:p>
    <w:p>
      <w:r>
        <w:rPr>
          <w:b w:val="0"/>
          <w:i w:val="0"/>
        </w:rPr>
        <w:t>I have received the sad news that Mark Toublic, (Tinderwood Labradors) has lost his lovely, young yellow show-dog with leukemia.</w:t>
      </w:r>
    </w:p>
    <w:p>
      <w:r>
        <w:rPr>
          <w:b w:val="0"/>
          <w:i w:val="0"/>
        </w:rPr>
        <w:t>Mark writes, “ It is with great sadness that I report the sudden death of my yellow dog Thomas, Kandicreme Kirby Of Tinderwood JW (Rocheby Old Smokey ex Kandicreme Krismaskandel). He was born on the 15th July 2000 and died on the 6th April 2005. Although he had a short life, we achieved so much, gaining his Junior Warrant, Show Gundog Working Certificate, attending Discover Dogs &amp; picking up during the season, all things we both really enjoyed.</w:t>
      </w:r>
      <w:r>
        <w:br/>
      </w:r>
      <w:r>
        <w:rPr>
          <w:b w:val="0"/>
          <w:i w:val="0"/>
        </w:rPr>
        <w:br/>
        <w:t>“Tom, to me you were my dog in a million. I have so many memories of us together and I will treasure them forever.</w:t>
      </w:r>
    </w:p>
    <w:p>
      <w:r>
        <w:rPr>
          <w:b w:val="0"/>
          <w:i w:val="0"/>
        </w:rPr>
        <w:t>“I would like to thank his breeder Mrs E. Green for allowing me to own such a wonderful companion and to all those who sent cards, e-mails and kind words, especially Mrs S. C. Hopgood (Brightwalton), who helped me so much through this difficult time.</w:t>
      </w:r>
    </w:p>
    <w:p>
      <w:r>
        <w:rPr>
          <w:b w:val="0"/>
          <w:i w:val="0"/>
        </w:rPr>
        <w:t>“We were a great team. Tom you will be missed by so many, but never forgotten. Goodbye My Special Friend RIP.XXX”</w:t>
      </w:r>
    </w:p>
    <w:p>
      <w:r>
        <w:rPr>
          <w:b w:val="0"/>
          <w:i w:val="0"/>
        </w:rPr>
        <w:t>Poor Mark, our thoughts are with you at this sad time. I remember very well your lovely boy. I recall when I judged him last year at City of Birmingham Ch Show, where on the day, he was only beaten in his class by the eventual CC winner. At the time I greatly admired him; his lovely head, expression and wonderful pigment, coupled with his eye-catching conformation and excellent movement. In the following weeks I was to see him in the cards on many more occasions. I am truly saddened to hear of this tragic loss.</w:t>
      </w:r>
    </w:p>
    <w:p>
      <w:r>
        <w:rPr>
          <w:b w:val="0"/>
          <w:i w:val="0"/>
        </w:rPr>
        <w:t>A note of warning when parked at motorway services, do keep the car doors locked at all times, whether or not there is someone sitting in the car.</w:t>
      </w:r>
    </w:p>
    <w:p>
      <w:r>
        <w:rPr>
          <w:b w:val="0"/>
          <w:i w:val="0"/>
        </w:rPr>
        <w:t>I have been told of an incident, which apparently occurred following Crufts. An overseas exhibitor parked at one of our motorway services and decided to take her dogs for a short walk. As her travelling companion was dozing, she quietly opened the tailgate to get the dogs out and, leaving the tailgate open (as we all do), knowing that everything would be safe as there was someone sitting in the car, she set off on her walk.</w:t>
      </w:r>
    </w:p>
    <w:p>
      <w:r>
        <w:rPr>
          <w:b w:val="0"/>
          <w:i w:val="0"/>
        </w:rPr>
        <w:t>However, immediately she moved away with the dogs, thieves approached her car, parking their own car immediately behind hers. They then jumped out and, via the open tailgate, removed the suitcases from the rear of the exhibitor’s car. The exhibitor’s passenger didn’t look round when he heard a rustle from the boot, because he presumed the sound was his partner returning with the dogs. However, sadly it was not.</w:t>
      </w:r>
    </w:p>
    <w:p>
      <w:r>
        <w:rPr>
          <w:b w:val="0"/>
          <w:i w:val="0"/>
        </w:rPr>
        <w:t>At this point, I gather the owner of the dog-car returned from walking her dogs, saw the thieves stealing her suitcases and raised the alarm. Apparently, the thieves then drove their vehicle, now containing her stolen suitcases, directly at her. Luckily she was able to take avoiding action and was unhurt, but her belongings were all gone, including her Crufts prize card. I understand the incident was immediately reported to the on site police and that this was not the first such incident to have taken place at these services.</w:t>
      </w:r>
      <w:r>
        <w:br/>
      </w:r>
      <w:r>
        <w:rPr>
          <w:b w:val="0"/>
          <w:i w:val="0"/>
        </w:rPr>
        <w:br/>
        <w:t>So, let this be a lesson to us all. Lock the doors at all times.</w:t>
      </w:r>
    </w:p>
    <w:p>
      <w:r>
        <w:rPr>
          <w:b w:val="0"/>
          <w:i w:val="0"/>
        </w:rPr>
        <w:t>Finally, there is always much to amuse, watching Labrador antics day by day. I was gardening in the vegetable patch at the end of the paddock one day, with five or six Labradors sitting around as observers, when a tiny baby rabbit ran towards me down the paddock. How it had got in there, since the close-boarded fence is six foot high and the ground-board is buried beneath the surface, I do not know, but there it was, a tiny rabbit running flat out towards me, now pursued by a pack of curious Labradors.</w:t>
      </w:r>
    </w:p>
    <w:p>
      <w:r>
        <w:rPr>
          <w:b w:val="0"/>
          <w:i w:val="0"/>
        </w:rPr>
        <w:t>Being of a sentimental nature, I shouted out, “Oh no, leave the baby bunny alone”, at which, remarkably, they all (bar one) stopped the chase and watched as “Bunny” clambered through the stock fence into the safe haven of the vegetable patch and disappeared into the undergrowth.</w:t>
      </w:r>
    </w:p>
    <w:p>
      <w:r>
        <w:rPr>
          <w:b w:val="0"/>
          <w:i w:val="0"/>
        </w:rPr>
        <w:t>However, in the excitement, one dog missed seeing where the rabbit went, and recalling that all the “normal” feathered birds he usually chased from the paddock eventually flew off, up into the sky, now decided that this “rabbit-bird” must also have flown off in exactly the same way; up into the sky!</w:t>
      </w:r>
    </w:p>
    <w:p>
      <w:r>
        <w:rPr>
          <w:b w:val="0"/>
          <w:i w:val="0"/>
        </w:rPr>
        <w:t>It was hilarious to watch him spend the next five minutes strutting up and down the fence-line of the veg patch, like a circus horse, forelegs waving in mid air, head and neck stretched heavenwards, eyes searching the sky minutely for the escaped flying rabbit!</w:t>
      </w:r>
      <w:r>
        <w:br/>
      </w:r>
      <w:r>
        <w:rPr>
          <w:b w:val="0"/>
          <w:i w:val="0"/>
        </w:rPr>
        <w:br/>
        <w:t>He never did spot it and eventually called it a day; the others thought it far too cruel to tell him that, actually, rabbits don’t fly!</w:t>
      </w:r>
    </w:p>
    <w:p>
      <w:r>
        <w:rPr>
          <w:b w:val="0"/>
          <w:i w:val="0"/>
        </w:rPr>
        <w:t>I paid the penalty for my baby-bunny sentimentality. The next day “something” had breakfasted on the majority of the tender broad bean plants I had just planted in the vegetable patch! I was not amused!</w:t>
      </w:r>
    </w:p>
    <w:p>
      <w:r>
        <w:rPr>
          <w:b w:val="0"/>
          <w:i w:val="0"/>
        </w:rPr>
        <w:t>Ann Britton</w:t>
      </w:r>
      <w:r>
        <w:br/>
      </w:r>
      <w:r>
        <w:rPr>
          <w:b w:val="0"/>
          <w:i w:val="0"/>
        </w:rPr>
        <w:br/>
        <w:t>01989 720665 email bowstones@btinternet.com</w:t>
      </w:r>
      <w:r>
        <w:br/>
      </w:r>
      <w:r>
        <w:rPr>
          <w:b w:val="0"/>
          <w:i w:val="0"/>
        </w:rPr>
        <w:br/>
        <w:t>Once again, a successful Championship Show for the Labrador Club of Scotland at their sports hall venue, the Magnum, Irvine. With a great deal in a local hotel for far-travelled exhibitors and good parking next to the hall and excellent walking areas around the hall it takes a bit of beating. It was so pleasant outside with a warm sunny day making the journey to the car for dogs a pleasure compared to last year when it was wet and cold. A welcoming cuppa from the Club was much appreciated. This year the judges were Denise Timms (Lejie) doing dogs and Kirsi Luomanen (Tweedledum) from Finland judging bitches. The entry was slightly up on last year with 129 dogs and 191 bitches. Tightening up the lunch break helped the show come to a close mid-afternoon, enabling those of us with a fair bit to travel to get away in good time. Perhaps absentees helped speed things up with 24 dogs and 47 bitches absent.</w:t>
      </w:r>
    </w:p>
    <w:p>
      <w:r>
        <w:rPr>
          <w:b w:val="0"/>
          <w:i w:val="0"/>
        </w:rPr>
        <w:t>Denise Timms found her CC-winning dog in the Rawlinson’s yellow, HALSHIMOOR EINSTEIN JW, who won Yearling, with her RCC the same owner’s black Sh Ch FULLWELL FROLIC WITH HALSHIMOOR JW, looking not at all a Veteran. Bitch CC was the Porter’s black, LINDALL DOUBLE BLUE, winning her second CC and the RCC was awarded to Jackie Hodge’s Chocolate, BUCKHOLT KATIE AT NAIKEN JW. A stalemate over BoB resulted in the Referee, Hamish Lippe having to decide, and he chose the bitch. Best Puppy was the Gartland’s yellow bitch, KNOYDAR AILSA, winner of Puppy.</w:t>
      </w:r>
    </w:p>
    <w:p>
      <w:r>
        <w:rPr>
          <w:b w:val="0"/>
          <w:i w:val="0"/>
        </w:rPr>
        <w:t>There is now a Labrador Club of Scotland tartan with all the Labrador colours incorporated into the design. The all-wool cloth certainly looks very attractive and according to Maurice Givan, who negotiated the deal with local Border mills, the design and production can be made into most articles of clothing other than kilts. Mentioned were skirts, trews, ties, waistcoats, caps, and even bow ties, and braces. Don’t think there will be a great rush for bow ties or braces! I wonder if the day will come when Maurice will turn up at a show wearing his new kilt, braces, waistcoat and bow tie! Contact Maurice 01750 22226, or the Secretary, Agnes May Pollock, 01563 820270, for further information. Prices seem reasonable for a top-quality cloth and it should sell well, particularly at next year’s Crufts.</w:t>
      </w:r>
      <w:r>
        <w:br/>
      </w:r>
      <w:r>
        <w:rPr>
          <w:b w:val="0"/>
          <w:i w:val="0"/>
        </w:rPr>
        <w:br/>
        <w:t>Jim Nolann</w:t>
      </w:r>
      <w:r>
        <w:br/>
      </w:r>
      <w:r>
        <w:rPr>
          <w:b w:val="0"/>
          <w:i w:val="0"/>
        </w:rPr>
        <w:br/>
        <w:t>01369 860 615 email: 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