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Aug 2007"</w:t>
      </w:r>
      <w:r>
        <w:br/>
      </w:r>
      <w:r>
        <w:rPr>
          <w:b w:val="0"/>
          <w:i w:val="0"/>
        </w:rPr>
        <w:br/>
        <w:t>date_original: "24 Aug 2007"</w:t>
      </w:r>
      <w:r>
        <w:br/>
      </w:r>
      <w:r>
        <w:rPr>
          <w:b w:val="0"/>
          <w:i w:val="0"/>
        </w:rPr>
        <w:br/>
        <w:t>source_url: "https://www.ourdogs.co.uk/members/breednotes/2007/RetrieverLabrador/RetrieverLabrador-aug24.htm"</w:t>
      </w:r>
      <w:r>
        <w:br/>
      </w:r>
      <w:r>
        <w:rPr>
          <w:b w:val="0"/>
          <w:i w:val="0"/>
        </w:rPr>
        <w:br/>
        <w:t>archive_type: "static_html"</w:t>
      </w:r>
      <w:r>
        <w:br/>
      </w:r>
      <w:r>
        <w:rPr>
          <w:b w:val="0"/>
          <w:i w:val="0"/>
        </w:rPr>
        <w:br/>
        <w:t>scraped_at: "2026-09-13T22:06:30"</w:t>
      </w:r>
      <w:r>
        <w:br/>
      </w:r>
      <w:r>
        <w:rPr>
          <w:b w:val="0"/>
          <w:i w:val="0"/>
        </w:rPr>
        <w:br/>
        <w:t>word_count: 1647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Bournemouth Championship Show was another, which was affected by the awful wet weather of 2007’s summer. The wet conditions at the county show, held three weeks previously in the same spot as the dog show is normally held, had more or less wrecked any chance of using that part of the showground for this years dog show. Consequently the committee spent an incredibly busy fortnight prior to the show relocating and completely re-planning the whole dog show layout onto an adjacent field. Considering this last minute upheaval, it worked really well and the Committee are to be congratulated. I gather the sun shone on the first day and it was extremely hot, whilst Gundog day was a mixture of light showers and hot sun.</w:t>
      </w:r>
    </w:p>
    <w:p>
      <w:r>
        <w:rPr>
          <w:b w:val="0"/>
          <w:i w:val="0"/>
        </w:rPr>
        <w:t>Our judges were Mrs Jo Coulson (Dogs) and Mrs F Somerfield (Bitches) and from an entry of 208 dogs and bitches the Dog CC and Best of Breed winner was Alison and Allan Scutcher’s yellow, Sh Ch Winsleywood Waterloo JW ShCM (Ch Carpenny Walpole x Nonairbra Country pride at Winsleywood), winning his 7th CC on the day. The Dog RCC winner was my own Sh Ch Llanstinan Buzby Bowstones JW (Llanstinan Marcus x Llanstinan Candy). The Bitch CC was a 2nd CC for Mr Anthony and Erica Jayes yellow, Sandylands Gayle, (Sh Ch Sandylands Gadabout x Rocheby Purple Shades at Sandylands), whilst the Bitch RCC went to Mr David Coode’s yellow, Ch. Warringah's Bunya JW (Ch Warringah’s Digger x Warrungah’s Bunyip) Best Puppy was Mr B Yeowart’s yellow, Langshott Silver Sky (Sh Ch Silver Suede over Rocheby x Langshott Cinders).</w:t>
      </w:r>
      <w:r>
        <w:br/>
      </w:r>
      <w:r>
        <w:rPr>
          <w:b w:val="0"/>
          <w:i w:val="0"/>
        </w:rPr>
        <w:br/>
        <w:t>Katie Stewart, one of our up and coming YKC handlers, has been having an exciting time recently. At Evesham Canine Society on Sunday 15th July Katie came 2nd out of an entry of 26 handlers in the Junior Handling Class 6-11 years, where the judge was Felicity Freer.</w:t>
      </w:r>
    </w:p>
    <w:p>
      <w:r>
        <w:rPr>
          <w:b w:val="0"/>
          <w:i w:val="0"/>
        </w:rPr>
        <w:t>On Sunday 29th July, at Hereford &amp; District, Katie won 1st in Junior Handling 6-11 years and was Best Junior Handler overall. The judge was Sue Brown (Ipcress). On Saturday 4th August at National Gundog Ch Show in the YKC handling class, which is a qualifier for Crufts, Katie won 1st under judge Miss K Vincent. Katie’s family were extremely pleased as Katie had been trying to qualify for Crufts at every championship show she has entered and, instead of winning the qualifying 1st,, she kept coming 2nd, which didn’t qualify! However, practice makes perfect and at National Gundog she finally won the 1st prize required and qualified, but having done it once, she then did it again the following weekend at Bournemouth, and once again Katie won her YKC handling 6-11years of age, this time under judge Kirsty Miller. Mum, Amanda, must be very proud; hopefully Katie will keep up the good work.</w:t>
      </w:r>
    </w:p>
    <w:p>
      <w:r>
        <w:rPr>
          <w:b w:val="0"/>
          <w:i w:val="0"/>
        </w:rPr>
        <w:t>News from Sue and Tim Merrill (Gostwyck) from Eire whose yellow dog Sorann Ringo (Castlemore Monarch x Sorann Rose) bred by Mrs M Moylett, won the CC and Best of Breed at Paignton under judges Sheila Yoxall and Linda Harvey Major . Sue and Tim thought that, as few people in England would know their dog, they would tell us a little bit about him. “Unshown until he was 2 years old Sorann Ringo is an Irish Champion, a title which he gained very quickly, once he had got the hang of what was required of him in the ring ( ie NOT giving the nice, well-dressed judge a big bear hug), he turned into a real professional and is a joy to handle. Along the way to his title he has also gained 2 CACIBs. Although many people won't know him, he was shown a handful of times in the UK last year, winning or being placed every time, bar one. He is also the father of the BPIS under Janet Cole at the Lab Club of Ireland championship show, Ballyhenry Corn Wine, owned by Joe and Beryl Heron.</w:t>
      </w:r>
    </w:p>
    <w:p>
      <w:r>
        <w:rPr>
          <w:b w:val="0"/>
          <w:i w:val="0"/>
        </w:rPr>
        <w:t>We would like to take this opportunity to thank everyone who congratulated us on the day, and those who sent cards later. It is a day we will not forget in a hurry!”.</w:t>
      </w:r>
    </w:p>
    <w:p>
      <w:r>
        <w:rPr>
          <w:b w:val="0"/>
          <w:i w:val="0"/>
        </w:rPr>
        <w:t>Many thanks to the Scutchers, who have forwarded the following New Breed Standard for Exhibitors, which I am sure will amuse. It brought to mind the recently published Code of Conduct at Licensed Events in the KC’s Crufts 2007 catalogue, where, amongst other points it seriously states with regard to dogs that “Dogs with aggressive tendencies must not be exhibited” and “Dogs are not permitted to wear muzzles in the ring whilst being judged”. It also includes a clause for the exhibitors stating, “Abusive or aggressive behaviour towards the judge or other exhibitors will not be tolerated under any circumstances”. Wow. What have things come to? Anyway, enjoy this more light-hearted “Breed Standard for Exhibitors”.</w:t>
      </w:r>
    </w:p>
    <w:p>
      <w:r>
        <w:rPr>
          <w:b w:val="0"/>
          <w:i w:val="0"/>
        </w:rPr>
        <w:t>Characteristics - a pleasant intelligent person, helpful, considerate, attentive and of a sporting demeanour. Always willing to give advice and assistance to newcomers, or to others needing it. Attentive to the needs of the dogs being handled, and present each dog to its best advantage. General appearance - a neat, smart, fit looking individual, well-groomed, well shod and well-equipped, who moves freely both in and out of the ring.</w:t>
      </w:r>
    </w:p>
    <w:p>
      <w:r>
        <w:rPr>
          <w:b w:val="0"/>
          <w:i w:val="0"/>
        </w:rPr>
        <w:t>Temperament - calm, confident, unhurried and friendly.</w:t>
      </w:r>
    </w:p>
    <w:p>
      <w:r>
        <w:rPr>
          <w:b w:val="0"/>
          <w:i w:val="0"/>
        </w:rPr>
        <w:t>Head - neither big nor pin headed. Skull broad to allow for plenty of brain power. Expression pleasant and smiling, regardless of judges' decisions, other exhibitor’s actions and the dog's behaviour.</w:t>
      </w:r>
    </w:p>
    <w:p>
      <w:r>
        <w:rPr>
          <w:b w:val="0"/>
          <w:i w:val="0"/>
        </w:rPr>
        <w:t>Nose small so as to not be stuck into where it is not wanted.</w:t>
      </w:r>
    </w:p>
    <w:p>
      <w:r>
        <w:rPr>
          <w:b w:val="0"/>
          <w:i w:val="0"/>
        </w:rPr>
        <w:t>Eyes - sharp and bright. Observant of other exhibitor’s location, judges hand signals and the movement and position of all dogs in the ring.</w:t>
      </w:r>
    </w:p>
    <w:p>
      <w:r>
        <w:rPr>
          <w:b w:val="0"/>
          <w:i w:val="0"/>
        </w:rPr>
        <w:t>Mouth - usually best kept closed except to briefly answer judges questions or to congratulate successful exhibitors. Teeth clean, white and presented in a smiling fashion at all times.</w:t>
      </w:r>
    </w:p>
    <w:p>
      <w:r>
        <w:rPr>
          <w:b w:val="0"/>
          <w:i w:val="0"/>
        </w:rPr>
        <w:t>Neck - long enough to hold the head up proudly and flexible enough to turn the head as to observe everything that is happening in the ring. Should never be stuck out.</w:t>
      </w:r>
    </w:p>
    <w:p>
      <w:r>
        <w:rPr>
          <w:b w:val="0"/>
          <w:i w:val="0"/>
        </w:rPr>
        <w:t>Foreqaurters - shoulders broad and able to shrug off unsporting comments from other exhibitors.</w:t>
      </w:r>
    </w:p>
    <w:p>
      <w:r>
        <w:rPr>
          <w:b w:val="0"/>
          <w:i w:val="0"/>
        </w:rPr>
        <w:t>Arms of sufficient length and strength to extend a handshake to the winners, keep a firm hold on the dog, collect any prize cards, and give a friendly pat to the dog all at the same time.</w:t>
      </w:r>
      <w:r>
        <w:br/>
      </w:r>
      <w:r>
        <w:rPr>
          <w:b w:val="0"/>
          <w:i w:val="0"/>
        </w:rPr>
        <w:br/>
        <w:t>Body - sufficiently slim as to not impede other exhibitors leaving the ring and to not completely block the judges view of all the dogs behind.</w:t>
      </w:r>
    </w:p>
    <w:p>
      <w:r>
        <w:rPr>
          <w:b w:val="0"/>
          <w:i w:val="0"/>
        </w:rPr>
        <w:t>Hindquarters - quarters. Well developed and strong, so as to be able to move the dog in the ring at its optimum speed.</w:t>
      </w:r>
    </w:p>
    <w:p>
      <w:r>
        <w:rPr>
          <w:b w:val="0"/>
          <w:i w:val="0"/>
        </w:rPr>
        <w:t>Feet - firmly on the ground as this is only a sport after all. To be kept out of the mouth at all times.</w:t>
      </w:r>
    </w:p>
    <w:p>
      <w:r>
        <w:rPr>
          <w:b w:val="0"/>
          <w:i w:val="0"/>
        </w:rPr>
        <w:t>Gait -free moving and graceful, moving in harmony with the dogs speed.</w:t>
      </w:r>
    </w:p>
    <w:p>
      <w:r>
        <w:rPr>
          <w:b w:val="0"/>
          <w:i w:val="0"/>
        </w:rPr>
        <w:t>Coat - dress should be neat, clean and tidy, neither flamboyant nor immodest, but designed to allow free movement without distraction to any dog in the ring.</w:t>
      </w:r>
    </w:p>
    <w:p>
      <w:r>
        <w:rPr>
          <w:b w:val="0"/>
          <w:i w:val="0"/>
        </w:rPr>
        <w:t>Feet should be well shod in practical shoes to allow for easy movement.</w:t>
      </w:r>
    </w:p>
    <w:p>
      <w:r>
        <w:rPr>
          <w:b w:val="0"/>
          <w:i w:val="0"/>
        </w:rPr>
        <w:t>Colour - should be chosen to complement the colour of the dog, or if several different coloured dogs are being handled, to at least not completely hide the outline of any dog,</w:t>
      </w:r>
      <w:r>
        <w:br/>
      </w:r>
      <w:r>
        <w:rPr>
          <w:b w:val="0"/>
          <w:i w:val="0"/>
        </w:rPr>
        <w:br/>
        <w:t>e.g. wearing a long black skirt when showing a black dog.</w:t>
      </w:r>
    </w:p>
    <w:p>
      <w:r>
        <w:rPr>
          <w:b w:val="0"/>
          <w:i w:val="0"/>
        </w:rPr>
        <w:t>Size - exhibitors may come in all sizes and shapes, the only limitation being ability to do justice to the dog when in the ring.</w:t>
      </w:r>
    </w:p>
    <w:p>
      <w:r>
        <w:rPr>
          <w:b w:val="0"/>
          <w:i w:val="0"/>
        </w:rPr>
        <w:t>Major faults - dirty or scruffy appearance, grumpy, vicious or flustered temperament; swollen head; loud mouth, especially when used for insulting comments or bad language; unsporting behaviour; unkempt dress.”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