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- 20 Aug 2004"</w:t>
      </w:r>
      <w:r>
        <w:br/>
      </w:r>
      <w:r>
        <w:rPr>
          <w:b w:val="0"/>
          <w:i w:val="0"/>
        </w:rPr>
        <w:br/>
        <w:t>date_original: "20 Aug 2004"</w:t>
      </w:r>
      <w:r>
        <w:br/>
      </w:r>
      <w:r>
        <w:rPr>
          <w:b w:val="0"/>
          <w:i w:val="0"/>
        </w:rPr>
        <w:br/>
        <w:t>source_url: "https://www.ourdogs.co.uk/members/breednotes/2004/RetrieverLabrador/RetrieverLabrador-aug20.htm"</w:t>
      </w:r>
      <w:r>
        <w:br/>
      </w:r>
      <w:r>
        <w:rPr>
          <w:b w:val="0"/>
          <w:i w:val="0"/>
        </w:rPr>
        <w:br/>
        <w:t>archive_type: "static_html"</w:t>
      </w:r>
      <w:r>
        <w:br/>
      </w:r>
      <w:r>
        <w:rPr>
          <w:b w:val="0"/>
          <w:i w:val="0"/>
        </w:rPr>
        <w:br/>
        <w:t>scraped_at: "2026-09-13T22:13:02"</w:t>
      </w:r>
      <w:r>
        <w:br/>
      </w:r>
      <w:r>
        <w:rPr>
          <w:b w:val="0"/>
          <w:i w:val="0"/>
        </w:rPr>
        <w:br/>
        <w:t>word_count: 1796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Penny Naylor</w:t>
      </w:r>
    </w:p>
    <w:p>
      <w:r>
        <w:rPr>
          <w:b w:val="0"/>
          <w:i w:val="0"/>
        </w:rPr>
        <w:t>Sadly we record the sudden and unexpected passing of Penny Naylor, Working Test Secretary of Kent, Surrey &amp; Sussex Labrador Retriever Club.</w:t>
      </w:r>
    </w:p>
    <w:p>
      <w:r>
        <w:rPr>
          <w:b w:val="0"/>
          <w:i w:val="0"/>
        </w:rPr>
        <w:t>Penny had taken over the post and was about to run her first Working Test, which had a wonderful entry. Penny had been a member of KSS for many years and will be sadly missed by a great number of members. We extend our sincere condolences to her mother, June and to her brothers and sister, Matthew, James and Elizabeth.</w:t>
      </w:r>
    </w:p>
    <w:p>
      <w:r>
        <w:rPr>
          <w:b w:val="0"/>
          <w:i w:val="0"/>
        </w:rPr>
        <w:t>The funeral will take place on Monday 23rd August 2004 at The Parish Church, Framfield, Nr Uckfield, East Sussex at 3.00pm.</w:t>
      </w:r>
    </w:p>
    <w:p>
      <w:r>
        <w:rPr>
          <w:b w:val="0"/>
          <w:i w:val="0"/>
        </w:rPr>
        <w:t>Good news from Janet Watkin; she had a wonderful day at the Chippenham Limit Show winning Best in Show and Best Puppy in Show with Anarita Cream Cracker (Carpenny Tiger Tiger x Anarita What a Cracker) and Best Veteran with Anarita Wals Warrior, a Ch Carpenny Walpole son. Well done.</w:t>
      </w:r>
    </w:p>
    <w:p>
      <w:r>
        <w:rPr>
          <w:b w:val="0"/>
          <w:i w:val="0"/>
        </w:rPr>
        <w:t>Congratulations to the Allen family, whose yellow dog Allenies MacCallum (Sh Ch Rocheby Whisky Mac x Allenies Stolen Moment) has completed his Junior Warrant. His litter sister, Allenies MacHattie JW already has hers (and a RCC), so, much to be proud of!</w:t>
      </w:r>
    </w:p>
    <w:p>
      <w:r>
        <w:rPr>
          <w:b w:val="0"/>
          <w:i w:val="0"/>
        </w:rPr>
        <w:t>In the Our Dogs Open Show League three Labradors share second place in the Gundog Group. They are Stormrose Sweet Primrose JW owned By Mrs Roberts, Cremino Cobweb JW Sh Cm owned by Jean and Gary Johnson and Amberstope Summer Blue owned by Mr and Mrs Kempson.</w:t>
      </w:r>
    </w:p>
    <w:p>
      <w:r>
        <w:rPr>
          <w:b w:val="0"/>
          <w:i w:val="0"/>
        </w:rPr>
        <w:t>At National Gundog Ch Show Penny Carpanini and Arwyn Ellis drew a wonderful entry of 324 dogs. This was the top breed entry for the show, whose total entry was 3134.</w:t>
      </w:r>
      <w:r>
        <w:br/>
      </w:r>
      <w:r>
        <w:rPr>
          <w:b w:val="0"/>
          <w:i w:val="0"/>
        </w:rPr>
        <w:br/>
        <w:t>The show was generally excellent, held in the picturesque setting of the Three Counties Showground. National Gundog prides itself in the front of the catalogue as “the Show, which is run for the exhibitors, by the exhibitors”.</w:t>
      </w:r>
    </w:p>
    <w:p>
      <w:r>
        <w:rPr>
          <w:b w:val="0"/>
          <w:i w:val="0"/>
        </w:rPr>
        <w:t>However, I am sure the majority of Labrador exhibitors would agree with the following comments, and trust that the ideas may be constructively taken on board, to thus further improve this super event.</w:t>
      </w:r>
    </w:p>
    <w:p>
      <w:r>
        <w:rPr>
          <w:b w:val="0"/>
          <w:i w:val="0"/>
        </w:rPr>
        <w:t>Whilst the Golden Retrievers were allocated two shady rings near their benches and acres of camping space,( diagonally in front of where the Labs were benched and directly across the route to our ring); Labradors (the larger entry) were allocated two rings, way across the site from their benches and out in the blazing sun, with no shade at all, for judges or dogs. This was the biggest entry of the show, and therefore the greatest number of dogs had to be moved across the site from bench to ring in the heat. Might we share the shade next year?</w:t>
      </w:r>
    </w:p>
    <w:p>
      <w:r>
        <w:rPr>
          <w:b w:val="0"/>
          <w:i w:val="0"/>
        </w:rPr>
        <w:t>Unusually these days, both sexes were started together at 9am, (rather than Bitches starting first, followed by dogs 30 to 60 minutes later, which is generally the norm for Labradors at Ch shows). This did not make matters at all easy or enjoyable for those with Labrador puppies of both sexes, like myself, needing to be in two rings at once, especially as we could not get back and forth easily from the benches to the rings, when swapping exhibits. The Golden Retriever camp almost completely blocked the direct access. One could possibly have climbed over recumbent Golden Retriever legs and round their owners picnic tables, umbrellas, chairs and crates, risked getting bitten and frightening the life out of the puppies, but otherwise, tough, the Goldens were there for the duration!</w:t>
      </w:r>
    </w:p>
    <w:p>
      <w:r>
        <w:rPr>
          <w:b w:val="0"/>
          <w:i w:val="0"/>
        </w:rPr>
        <w:t>Perhaps exhibitors could consider leaving a six foot gangway clear for exhibitors of other breeds to get to their rings?</w:t>
      </w:r>
    </w:p>
    <w:p>
      <w:r>
        <w:rPr>
          <w:b w:val="0"/>
          <w:i w:val="0"/>
        </w:rPr>
        <w:t>Even a plea to a Group Steward to ensure the Goldens kept the gap open had no long-lasting effect. Eventually, the safest way to get to the Lab ring, was the long way round, but at least it was hassle free.</w:t>
      </w:r>
    </w:p>
    <w:p>
      <w:r>
        <w:rPr>
          <w:b w:val="0"/>
          <w:i w:val="0"/>
        </w:rPr>
        <w:t>I am told the temperature rapidly rose to 92degrees during the morning. This leads me to think that if our weather changes each year with global warming, as it appears to be doing, and we continue to get these very hot summer days regularly, then some further thought must be given to the welfare of the exhibits in the ring.</w:t>
      </w:r>
    </w:p>
    <w:p>
      <w:r>
        <w:rPr>
          <w:b w:val="0"/>
          <w:i w:val="0"/>
        </w:rPr>
        <w:t>It cannot be right or ideal for dogs to be left standing waiting in a judging ring for nearly an hour, in the heat of the full sun, when they are not being judged themselves.</w:t>
      </w:r>
    </w:p>
    <w:p>
      <w:r>
        <w:rPr>
          <w:b w:val="0"/>
          <w:i w:val="0"/>
        </w:rPr>
        <w:t>No-one in their right mind leaves dogs out at home in the blazing sun, yet when we are showing, we are expected to remain in the ring whilst judging is in progress, whatever the temperature. I feel there is room for thought and progress on this matter in future.</w:t>
      </w:r>
    </w:p>
    <w:p>
      <w:r>
        <w:rPr>
          <w:b w:val="0"/>
          <w:i w:val="0"/>
        </w:rPr>
        <w:t>As an example, at National Gundog, the Post Graduate Bitch class was being judged in the mid-day heat of 90plus degrees with no shade. There were 20 bitches present from 24 bitches entered. At two minutes allowed to judge each bitch, it would be forty minutes (at least) of standing in the baking sun, before the first exhibit to be seen was back in position for judging to be completed ie short-listing and placing. Other classes had 28 and 30 exhibits in, and similar remarks would apply, with waiting time of around one hour applicable.</w:t>
      </w:r>
    </w:p>
    <w:p>
      <w:r>
        <w:rPr>
          <w:b w:val="0"/>
          <w:i w:val="0"/>
        </w:rPr>
        <w:t>I would seriously question whether up to one hour, standing in blazing sunshine and a temperature of 90degrees is good for the health of any dog or handler?</w:t>
      </w:r>
    </w:p>
    <w:p>
      <w:r>
        <w:rPr>
          <w:b w:val="0"/>
          <w:i w:val="0"/>
        </w:rPr>
        <w:t>Perhaps it is time for allowances to be made in such temperatures, and permission to leave the ring to head for the nearest shade under a tree or wherever, recommended for the well being of the animals?</w:t>
      </w:r>
    </w:p>
    <w:p>
      <w:r>
        <w:rPr>
          <w:b w:val="0"/>
          <w:i w:val="0"/>
        </w:rPr>
        <w:t>Come on Breed Clubs, how about taking this one up with the KC? A tweak of the rules on welfare grounds in such conditions must surely be in order?</w:t>
      </w:r>
    </w:p>
    <w:p>
      <w:r>
        <w:rPr>
          <w:b w:val="0"/>
          <w:i w:val="0"/>
        </w:rPr>
        <w:t>Now to the judging; Arwyn Ellis judged some huge bitch classes and Les and Joyce Brabban’s black, Limit class winner, Cambremer Two to Tango ( Rocheby Old Smokey x Sh Ch Cambremer In the Mood) won the CC, her first, and Best of Breed. The Bitch RCC was won by Jackie Hodge’s chocolate, Buckholt Katie at Naiken JW (Sh Ch Naiken Kris x Buckholt Chelone), who won the Graduate class.</w:t>
      </w:r>
    </w:p>
    <w:p>
      <w:r>
        <w:rPr>
          <w:b w:val="0"/>
          <w:i w:val="0"/>
        </w:rPr>
        <w:t>Penny Carpanini judged the dogs and her winners were - Dog CC, his 20th, to the Open winner, Diana Downey Tulloch’s black Sh Ch Tullochmohr Final Edition JW, whilst the Res Dog CC went to the 2nd in Open, Mr and Mrs McLellans yellow Sh Ch Saranden Saboteur JW.</w:t>
      </w:r>
    </w:p>
    <w:p>
      <w:r>
        <w:rPr>
          <w:b w:val="0"/>
          <w:i w:val="0"/>
        </w:rPr>
        <w:t>Best Puppy in Breed was my own yellow dog Llanstinan Buzby Bowstones, winning his 10th Best Puppy in Breed award on his very last day as a Puppy. He was later short-listed in the Puppy Group.</w:t>
      </w:r>
    </w:p>
    <w:p>
      <w:r>
        <w:rPr>
          <w:b w:val="0"/>
          <w:i w:val="0"/>
        </w:rPr>
        <w:t>There was also success for Labrador exhibitors in the various National Gundog stakes classes. Rebecca Hodge came 2nd in the YKC Stakes with Naiken Russian Rhythm from an entry of 36. In the Puppy Bitch Stakes Mrs Dodd’s Eneleon Quail came 2nd from an entry of 76, whilst Les and Joyce Brabban’s Sh Ch Cambremer in the mood came 4th in the Champion stakes from an entry of 35. Well done to you all.</w:t>
      </w:r>
    </w:p>
    <w:p>
      <w:r>
        <w:rPr>
          <w:b w:val="0"/>
          <w:i w:val="0"/>
        </w:rPr>
        <w:t>Three days later United Retriever Club held their championship show on the same site; another hot and sunny day, but slightly cooler. Once again the ice cream sold well! There was an entry of 298 greatly reduced by absentees, probably due to lack of coats during this hot summer weather. (Why we expect Labs to carry a big, thick winter coat in summertime is beyond me. Horses have summer and winter coats, why not dogs?) Coats may change, construction and movement doesn’t!</w:t>
      </w:r>
    </w:p>
    <w:p>
      <w:r>
        <w:rPr>
          <w:b w:val="0"/>
          <w:i w:val="0"/>
        </w:rPr>
        <w:t>Our rings were near our benching and there was shade when needed. The judges were Mr John Timms (Dogs) and Mrs Audrey Hayward (Bitches). The winners were- Bitch CC and Best of Breed, from Belgium, the black bitch owned by Mr and Mrs Meykens-Bormans, Ch Brightbrooks Janice (Ch Cambremer Tom Cobbley of Charway x Follytower Lady in Black), winner of the Open class. The Bitch RCC was won by Brian Lowe’s yellow, 2nd in Open, Lyndbarr Cassowary of Raybooth (Raybooth Casper x Labrock Meadow Pipet at Lyndbarr).</w:t>
      </w:r>
      <w:r>
        <w:br/>
      </w:r>
      <w:r>
        <w:rPr>
          <w:b w:val="0"/>
          <w:i w:val="0"/>
        </w:rPr>
        <w:br/>
        <w:t>The Dog CC went to the Coles Open winner, Sh Ch Stajantors Robin (Rocheby Whisky Mac x Stajantors Primrose) with the Dog RCC going to the Rawlinson’s Maiden winner, Halshimoor Einstein (Rochby Suttonpark Travis x Fullwell Flirt with Halshimoor). Best Puppy in Breed was Othamcourt Carrick (Rocheby Old Smokey x Othamcourt Whimbrey).</w:t>
      </w:r>
    </w:p>
    <w:p>
      <w:r>
        <w:rPr>
          <w:b w:val="0"/>
          <w:i w:val="0"/>
        </w:rPr>
        <w:t>Thus ended a hectic four days!</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