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- 12/12/2014 - ISSUE"</w:t>
      </w:r>
      <w:r>
        <w:br/>
      </w:r>
      <w:r>
        <w:rPr>
          <w:b w:val="0"/>
          <w:i w:val="0"/>
        </w:rPr>
        <w:br/>
        <w:t>date_original: "12/12/2014 - ISSUE"</w:t>
      </w:r>
      <w:r>
        <w:br/>
      </w:r>
      <w:r>
        <w:rPr>
          <w:b w:val="0"/>
          <w:i w:val="0"/>
        </w:rPr>
        <w:br/>
        <w:t>source_url: "https://www.ourdogs.co.uk/members/breednotes/RetrieverLabradorMain.php"</w:t>
      </w:r>
      <w:r>
        <w:br/>
      </w:r>
      <w:r>
        <w:rPr>
          <w:b w:val="0"/>
          <w:i w:val="0"/>
        </w:rPr>
        <w:br/>
        <w:t>scraped_at: "2026-09-13T15:32:41"</w:t>
      </w:r>
      <w:r>
        <w:br/>
      </w:r>
      <w:r>
        <w:rPr>
          <w:b w:val="0"/>
          <w:i w:val="0"/>
        </w:rPr>
        <w:br/>
        <w:t>word_count: 810</w:t>
      </w:r>
    </w:p>
    <w:p>
      <w:r>
        <w:t>――――――――――――――――――――――――――――――</w:t>
      </w:r>
    </w:p>
    <w:p>
      <w:r>
        <w:rPr>
          <w:b w:val="0"/>
          <w:i w:val="0"/>
        </w:rPr>
        <w:t>NEWS MEMBERS' AREA SHOP SUBSCRIBE UPCOMING SHOWS MORE</w:t>
      </w:r>
    </w:p>
    <w:p>
      <w:r>
        <w:rPr>
          <w:b w:val="0"/>
          <w:i w:val="0"/>
        </w:rPr>
        <w:t>RETRIEVER LABRADOR</w:t>
      </w:r>
    </w:p>
    <w:p>
      <w:r>
        <w:rPr>
          <w:b w:val="0"/>
          <w:i w:val="0"/>
        </w:rPr>
        <w:t>Issue: 12/12/2014</w:t>
      </w:r>
    </w:p>
    <w:p>
      <w:r>
        <w:rPr>
          <w:b w:val="0"/>
          <w:i w:val="0"/>
        </w:rPr>
        <w:t xml:space="preserve">The final show of the year, LKA, will be held at the NEC Birmingham this coming weekend. Labrador judge, Pat Harrison has drawn the top entry of the show, 212 Labrador dogs and bitches. Car parking at the new NEC Halls now in use by the LKA is so much better than in former years when it was a long old tramp with dogs and baggage from the West Car-park usually in pouring rain.  </w:t>
      </w:r>
    </w:p>
    <w:p>
      <w:r>
        <w:rPr>
          <w:b w:val="0"/>
          <w:i w:val="0"/>
        </w:rPr>
        <w:t>Those of more advanced years will recall the time, winter 1990 I think it was, when it snowed heavily and local roads were closed during the early morning of the show and the NEC was cut off. Although some LKA exhibitors had arrived early and benched their dogs, the show had to be abandoned and most of those same exhibitors were stranded and had to sleep overnight in the lofty NEC halls. I trust that will never happen again!</w:t>
      </w:r>
    </w:p>
    <w:p>
      <w:r>
        <w:rPr>
          <w:b w:val="0"/>
          <w:i w:val="0"/>
        </w:rPr>
        <w:t>The closing date has been extended for receipt of copy for your kennel reviews for the Labrador</w:t>
      </w:r>
    </w:p>
    <w:p>
      <w:r>
        <w:rPr>
          <w:b w:val="0"/>
          <w:i w:val="0"/>
        </w:rPr>
        <w:t>Retriever Club Yearbook. Ideally it should be with the Editors Joanne and Andy Watson as soon as possible. Their address is 43 School Field, Bamber Bridge, Preston PR5 8BJ tel 01772491045</w:t>
      </w:r>
    </w:p>
    <w:p>
      <w:r>
        <w:rPr>
          <w:b w:val="0"/>
          <w:i w:val="0"/>
        </w:rPr>
        <w:t>Email yearbook@thelabradorretrieverclub.com</w:t>
      </w:r>
    </w:p>
    <w:p>
      <w:r>
        <w:rPr>
          <w:b w:val="0"/>
          <w:i w:val="0"/>
        </w:rPr>
        <w:t>Judges list for 2015. Where there is no D or B listed the named judge will be judging both sexes:-</w:t>
      </w:r>
    </w:p>
    <w:p>
      <w:r>
        <w:rPr>
          <w:b w:val="0"/>
          <w:i w:val="0"/>
        </w:rPr>
        <w:t>09 Jan/Fri - Boston &amp; District  Mr R Bott</w:t>
      </w:r>
    </w:p>
    <w:p>
      <w:r>
        <w:rPr>
          <w:b w:val="0"/>
          <w:i w:val="0"/>
        </w:rPr>
        <w:t>18 Jan/Sun - Manchester  Mrs.E.W.Matulla</w:t>
      </w:r>
    </w:p>
    <w:p>
      <w:r>
        <w:rPr>
          <w:b w:val="0"/>
          <w:i w:val="0"/>
        </w:rPr>
        <w:t>07 Feb/Sat - L.R.C.Of Wales Mr P Collins (D) Ms.L.Harvey-Major (B)</w:t>
      </w:r>
    </w:p>
    <w:p>
      <w:r>
        <w:rPr>
          <w:b w:val="0"/>
          <w:i w:val="0"/>
        </w:rPr>
        <w:t>05 Mar/Thur -  Crufts  Mrs.L.Sutcliffe (D) Mrs.M.Prior (B)</w:t>
      </w:r>
    </w:p>
    <w:p>
      <w:r>
        <w:rPr>
          <w:b w:val="0"/>
          <w:i w:val="0"/>
        </w:rPr>
        <w:t>07 Mar/Sat -  East Anglian L.R.C. Mr.R.R.Pollock (D) Mrs.K.Luomanen (B)</w:t>
      </w:r>
    </w:p>
    <w:p>
      <w:r>
        <w:rPr>
          <w:b w:val="0"/>
          <w:i w:val="0"/>
        </w:rPr>
        <w:t>21 Mar/Sat - Three Ridings L.R.C.  Mrs.A.M.Pollock (D) Mrs.L.Dantinnes (B)</w:t>
      </w:r>
    </w:p>
    <w:p>
      <w:r>
        <w:rPr>
          <w:b w:val="0"/>
          <w:i w:val="0"/>
        </w:rPr>
        <w:t>04 Apr/Sat - L.R.C.Of Scotland  Mr.J.B.Rooth (D)  Mr.R.W.Wiles (B)</w:t>
      </w:r>
    </w:p>
    <w:p>
      <w:r>
        <w:rPr>
          <w:b w:val="0"/>
          <w:i w:val="0"/>
        </w:rPr>
        <w:t>05 Apr/Sun - K.S.S.L.R.C. Mr.J.Nolan (D) Mrs.H.G.Wiles-Fone (B)</w:t>
      </w:r>
    </w:p>
    <w:p>
      <w:r>
        <w:rPr>
          <w:b w:val="0"/>
          <w:i w:val="0"/>
        </w:rPr>
        <w:t>18 Apr/Sat - Midland Counties Lrc Mr.S.P.Williamson (D) Mrs.L.Lesley (B)</w:t>
      </w:r>
    </w:p>
    <w:p>
      <w:r>
        <w:rPr>
          <w:b w:val="0"/>
          <w:i w:val="0"/>
        </w:rPr>
        <w:t>26 Apr/Sun - W.E.L.K.S. Mrs.A.Williams</w:t>
      </w:r>
    </w:p>
    <w:p>
      <w:r>
        <w:rPr>
          <w:b w:val="0"/>
          <w:i w:val="0"/>
        </w:rPr>
        <w:t>02 May/Sat - L.R.C.Of Northern Ireland Miss.C.L.Morton</w:t>
      </w:r>
    </w:p>
    <w:p>
      <w:r>
        <w:rPr>
          <w:b w:val="0"/>
          <w:i w:val="0"/>
        </w:rPr>
        <w:t>10 May/Sun - Birmingham National Mrs E Jayes</w:t>
      </w:r>
    </w:p>
    <w:p>
      <w:r>
        <w:rPr>
          <w:b w:val="0"/>
          <w:i w:val="0"/>
        </w:rPr>
        <w:t>15 May/Fri - Scottish Kc. Miss.T.James</w:t>
      </w:r>
    </w:p>
    <w:p>
      <w:r>
        <w:rPr>
          <w:b w:val="0"/>
          <w:i w:val="0"/>
        </w:rPr>
        <w:t>23 May/Mon - Bath  Mr.C.J.Mills</w:t>
      </w:r>
    </w:p>
    <w:p>
      <w:r>
        <w:rPr>
          <w:b w:val="0"/>
          <w:i w:val="0"/>
        </w:rPr>
        <w:t>29 May/Fri - Southern Counties Mr.J.R.Sauge</w:t>
      </w:r>
    </w:p>
    <w:p>
      <w:r>
        <w:rPr>
          <w:b w:val="0"/>
          <w:i w:val="0"/>
        </w:rPr>
        <w:t>07 June/Sun - Three Counties Miss.A.B.Farquharson</w:t>
      </w:r>
    </w:p>
    <w:p>
      <w:r>
        <w:rPr>
          <w:b w:val="0"/>
          <w:i w:val="0"/>
        </w:rPr>
        <w:t>13 June/Sat - The Labrador Club  (D) Mr.A.Ellis (B)</w:t>
      </w:r>
    </w:p>
    <w:p>
      <w:r>
        <w:rPr>
          <w:b w:val="0"/>
          <w:i w:val="0"/>
        </w:rPr>
        <w:t>20 June/Sat - Border Union Mrs E Cannon</w:t>
      </w:r>
    </w:p>
    <w:p>
      <w:r>
        <w:rPr>
          <w:b w:val="0"/>
          <w:i w:val="0"/>
        </w:rPr>
        <w:t>27 June/Sat - Blackpool Mrs Jm Rawlinson</w:t>
      </w:r>
    </w:p>
    <w:p>
      <w:r>
        <w:rPr>
          <w:b w:val="0"/>
          <w:i w:val="0"/>
        </w:rPr>
        <w:t>28 June/Sun - Joint Labrador Clubs Mr.J.D.Jackson (D) Mr.D.Nightingale (B)</w:t>
      </w:r>
    </w:p>
    <w:p>
      <w:r>
        <w:rPr>
          <w:b w:val="0"/>
          <w:i w:val="0"/>
        </w:rPr>
        <w:t>01 July/Wed - Cotswold And Wyevern Lrc Mrs A Deane (D) Mr A Brace (B)</w:t>
      </w:r>
    </w:p>
    <w:p>
      <w:r>
        <w:rPr>
          <w:b w:val="0"/>
          <w:i w:val="0"/>
        </w:rPr>
        <w:t>04 July/Sat - Windsor Miss.R.Hodge</w:t>
      </w:r>
    </w:p>
    <w:p>
      <w:r>
        <w:rPr>
          <w:b w:val="0"/>
          <w:i w:val="0"/>
        </w:rPr>
        <w:t>11 July/Sat - East Of England  Mrs.S.M.B.Walton</w:t>
      </w:r>
    </w:p>
    <w:p>
      <w:r>
        <w:rPr>
          <w:b w:val="0"/>
          <w:i w:val="0"/>
        </w:rPr>
        <w:t>25 July/Sat - Leeds  Mrs.J.Cole</w:t>
      </w:r>
    </w:p>
    <w:p>
      <w:r>
        <w:rPr>
          <w:b w:val="0"/>
          <w:i w:val="0"/>
        </w:rPr>
        <w:t>01 Aug/Sat - Paignton  Mr T Grant</w:t>
      </w:r>
    </w:p>
    <w:p>
      <w:r>
        <w:rPr>
          <w:b w:val="0"/>
          <w:i w:val="0"/>
        </w:rPr>
        <w:t>02 Aug/Sun  - National Gundog Assoc Mr.D.J.Bell(D)  Mrs.M.H.Gawthorpe (B</w:t>
      </w:r>
    </w:p>
    <w:p>
      <w:r>
        <w:rPr>
          <w:b w:val="0"/>
          <w:i w:val="0"/>
        </w:rPr>
        <w:t>05 Augwed - U.R.C. Mrs.I.M.Key (D) Mrs.L.Minchella (B)</w:t>
      </w:r>
    </w:p>
    <w:p>
      <w:r>
        <w:rPr>
          <w:b w:val="0"/>
          <w:i w:val="0"/>
        </w:rPr>
        <w:t>07 Aug/Fri - Bournemouth Mrs.J.Venturi-Rose</w:t>
      </w:r>
    </w:p>
    <w:p>
      <w:r>
        <w:rPr>
          <w:b w:val="0"/>
          <w:i w:val="0"/>
        </w:rPr>
        <w:t>23 Aug/Sun - Welsh K. C. Mr.C.A.Atkinson</w:t>
      </w:r>
    </w:p>
    <w:p>
      <w:r>
        <w:rPr>
          <w:b w:val="0"/>
          <w:i w:val="0"/>
        </w:rPr>
        <w:t>30 Aug/Sun - Scottish K.C. Mr.M.J.Armstrong</w:t>
      </w:r>
    </w:p>
    <w:p>
      <w:r>
        <w:rPr>
          <w:b w:val="0"/>
          <w:i w:val="0"/>
        </w:rPr>
        <w:t>06 Sept/Sun - City Of Birmingham Mrs.M.Coddington</w:t>
      </w:r>
    </w:p>
    <w:p>
      <w:r>
        <w:rPr>
          <w:b w:val="0"/>
          <w:i w:val="0"/>
        </w:rPr>
        <w:t>13 Sept/Sun - Richmond</w:t>
      </w:r>
    </w:p>
    <w:p>
      <w:r>
        <w:rPr>
          <w:b w:val="0"/>
          <w:i w:val="0"/>
        </w:rPr>
        <w:t>20 Sept/Sun - Darlington Mr.D.W.Shield</w:t>
      </w:r>
    </w:p>
    <w:p>
      <w:r>
        <w:rPr>
          <w:b w:val="0"/>
          <w:i w:val="0"/>
        </w:rPr>
        <w:t>26 Sept/Sat - Belfast</w:t>
      </w:r>
    </w:p>
    <w:p>
      <w:r>
        <w:rPr>
          <w:b w:val="0"/>
          <w:i w:val="0"/>
        </w:rPr>
        <w:t>30 Sept/Wed - Yellow L.R.C. Mr M Givan, Mr R A Stafford</w:t>
      </w:r>
    </w:p>
    <w:p>
      <w:r>
        <w:rPr>
          <w:b w:val="0"/>
          <w:i w:val="0"/>
        </w:rPr>
        <w:t>02 Oct/Fri - Driffield Mr B A Hayward</w:t>
      </w:r>
    </w:p>
    <w:p>
      <w:r>
        <w:rPr>
          <w:b w:val="0"/>
          <w:i w:val="0"/>
        </w:rPr>
        <w:t>03 Oct/Sat - Northumberland  &amp; Durham Lrc Mrs L Dantinnes(D) Mrs C Jury (B)</w:t>
      </w:r>
    </w:p>
    <w:p>
      <w:r>
        <w:rPr>
          <w:b w:val="0"/>
          <w:i w:val="0"/>
        </w:rPr>
        <w:t>04 Oct/Sun - North West L.R.C. Mrs A Scutcher (D) Mr R R Pollock (B)</w:t>
      </w:r>
    </w:p>
    <w:p>
      <w:r>
        <w:rPr>
          <w:b w:val="0"/>
          <w:i w:val="0"/>
        </w:rPr>
        <w:t>11oct/Sun -  South Wales Ka Mrs Kj Walsh</w:t>
      </w:r>
    </w:p>
    <w:p>
      <w:r>
        <w:rPr>
          <w:b w:val="0"/>
          <w:i w:val="0"/>
        </w:rPr>
        <w:t>14 Oct/Wed - Gundog Society Of Wales To Be Announced</w:t>
      </w:r>
    </w:p>
    <w:p>
      <w:r>
        <w:rPr>
          <w:b w:val="0"/>
          <w:i w:val="0"/>
        </w:rPr>
        <w:t>23 Oct/Fri - Midland Counties C.S. Mrs A M Britton</w:t>
      </w:r>
    </w:p>
    <w:p>
      <w:r>
        <w:rPr>
          <w:b w:val="0"/>
          <w:i w:val="0"/>
        </w:rPr>
        <w:t>07 Nov/Sat - West Of England L.R.C To Be Announced</w:t>
      </w:r>
    </w:p>
    <w:p>
      <w:r>
        <w:rPr>
          <w:b w:val="0"/>
          <w:i w:val="0"/>
        </w:rPr>
        <w:t>14 Nov/Sat - Gundog Breeds Of Scotland Mrs S Marskell (D) Mrs J Woodall(B)</w:t>
      </w:r>
    </w:p>
    <w:p>
      <w:r>
        <w:rPr>
          <w:b w:val="0"/>
          <w:i w:val="0"/>
        </w:rPr>
        <w:t>13 Dec/Sun - L.K.A. Mrs Ma Crocker Williams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