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 Sep 2004"</w:t>
      </w:r>
      <w:r>
        <w:br/>
      </w:r>
      <w:r>
        <w:rPr>
          <w:b w:val="0"/>
          <w:i w:val="0"/>
        </w:rPr>
        <w:br/>
        <w:t>date_original: "24 Sep 2004"</w:t>
      </w:r>
      <w:r>
        <w:br/>
      </w:r>
      <w:r>
        <w:rPr>
          <w:b w:val="0"/>
          <w:i w:val="0"/>
        </w:rPr>
        <w:br/>
        <w:t>source_url: "https://www.ourdogs.co.uk/members/breednotes/2004/RetrieverLabrador/RetrieverLabrador-sep24.htm"</w:t>
      </w:r>
      <w:r>
        <w:br/>
      </w:r>
      <w:r>
        <w:rPr>
          <w:b w:val="0"/>
          <w:i w:val="0"/>
        </w:rPr>
        <w:br/>
        <w:t>archive_type: "static_html"</w:t>
      </w:r>
      <w:r>
        <w:br/>
      </w:r>
      <w:r>
        <w:rPr>
          <w:b w:val="0"/>
          <w:i w:val="0"/>
        </w:rPr>
        <w:br/>
        <w:t>scraped_at: "2026-09-13T22:15:13"</w:t>
      </w:r>
      <w:r>
        <w:br/>
      </w:r>
      <w:r>
        <w:rPr>
          <w:b w:val="0"/>
          <w:i w:val="0"/>
        </w:rPr>
        <w:br/>
        <w:t>word_count: 1720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Please note that Gundog Society of Wales Championship show will be held at the Usk showground, home of SWKA and not as previously published. Details are included with exhibitors passes. This is a wonderful site and so easy to get to being located alongside the A449, between Newport and Monmouth.</w:t>
      </w:r>
    </w:p>
    <w:p>
      <w:r>
        <w:rPr>
          <w:b w:val="0"/>
          <w:i w:val="0"/>
        </w:rPr>
        <w:t>Kent Surrey and Sussex Labrador Retriever Club are holding their annual Quiz Night at Compton Village Hall on Saturday 16th October. There will be a Fish and Chip Supper (which I am sure the dogs will enjoy too, AMB) The cost will be £6.50 and tickets are available from Christine Cox on 01428 684 713 or via her email ramalley@btopenworld.com</w:t>
      </w:r>
      <w:r>
        <w:br/>
      </w:r>
      <w:r>
        <w:rPr>
          <w:b w:val="0"/>
          <w:i w:val="0"/>
        </w:rPr>
        <w:br/>
        <w:t>On November 28th NorthWest Labrador Labrador_Retriever Club will be holding a Part 1 Rules and Regulations seminar at St Elizabeth’s Parish Centre, Scarisbrick, Lancs. The cost is £15 including lunch. The speaker is Yvonne Billows. For more information or to book places contact Mrs P Mott 01704 880112.</w:t>
      </w:r>
    </w:p>
    <w:p>
      <w:r>
        <w:rPr>
          <w:b w:val="0"/>
          <w:i w:val="0"/>
        </w:rPr>
        <w:t>The City of Birmingham Canine Association held their championship show for the second time at the Royal Agricultural Society Showground at Stoneleigh. Many of last years teething problems have now been ironed out, although the committee were well aware that they appeared to have been badly let down by the cleaners and the venue, which greeted exhibitors first thing on the Sunday morning was far from acceptable. Apparently the cleaners, although booked for a very early start on the Sunday morning, did not actually start work until 8am. Since our Labrador judging and that of the Cocker Spaniels started at 8.30am, this was most unfortunate, many exhibitors finding dirty benches and rubbish strewn rings and gangways. Mind you if everyone took their rubbish home or used the bags provided around venues, there would be a lot less mess to clear up! (Part of every entry fee includes an amount towards cleaning – so, less mess, less cleaning costs, hence cheaper entry fee….worth thinking about!).</w:t>
      </w:r>
    </w:p>
    <w:p>
      <w:r>
        <w:rPr>
          <w:b w:val="0"/>
          <w:i w:val="0"/>
        </w:rPr>
        <w:t>The tannoy at Birmingham, (my computer has ironically just asked me if I wish to change this to “annoy”, in which case the answer was “yes” on the day!) was incredibly loud and throughout the day gave out long convoluted messages concerning dogs in cars with no ventilation. The temperature inside the halls was well up in the 20 degrees, and outside even hotter and more humid. I cannot understand why anyone would wish to be so cruel to their animals.</w:t>
      </w:r>
    </w:p>
    <w:p>
      <w:r>
        <w:rPr>
          <w:b w:val="0"/>
          <w:i w:val="0"/>
        </w:rPr>
        <w:t>I had a huge entry of 311 dogs to go over, a great compliment, but it did mean that I had to keep cracking if by the end of the day the Labrador BOB were to make the Gundog Group.</w:t>
      </w:r>
    </w:p>
    <w:p>
      <w:r>
        <w:rPr>
          <w:b w:val="0"/>
          <w:i w:val="0"/>
        </w:rPr>
        <w:t>We started at 8.30am and finished by 4.30pm with no breaks. Memories of a not too distant show made me recall that a numerically similar entry in another breed finished around 8pm, when virtually everyone, bar the nightshift, had gone home; I certainly did think that would not be appreciated.</w:t>
      </w:r>
    </w:p>
    <w:p>
      <w:r>
        <w:rPr>
          <w:b w:val="0"/>
          <w:i w:val="0"/>
        </w:rPr>
        <w:t>Many dogs I really admire sadly went card less, purely because the class sizes were so big and there being only the usual 5 places to award.</w:t>
      </w:r>
    </w:p>
    <w:p>
      <w:r>
        <w:rPr>
          <w:b w:val="0"/>
          <w:i w:val="0"/>
        </w:rPr>
        <w:t>However, this is the fact of judging, one is looking for the best on the day, according to ones own interpretation of the breed standard, which includes type, size, movement, weight, condition, etc. The fact that a dog was good the week before, or the right weight a month ago, is sadly no good. This is a beauty competition and impartial decisions have to be made on the day.</w:t>
      </w:r>
    </w:p>
    <w:p>
      <w:r>
        <w:rPr>
          <w:b w:val="0"/>
          <w:i w:val="0"/>
        </w:rPr>
        <w:t>My CC and Best of Breed went to the classic, completely new to me, two year old yellow bitch Cornlands Lady Dahlia (Point Blank at Cornlands x Cornlands Lady Artemesia, who herself has 1 CC), owned by Peggy Rae and handled by James Hindley. The Bitch RCC was won by Judith Charlton’s yellow Foxrush Giselle ( Sh Ch Sandlylands Gadabout x Foxrush Blue Velvet), one I did well last year and has matured very well. The Dog CC was a well deserved first for Brian and Trish Parrott’s chocolate Lougin Loomis (Balnova Flower Pot Man x Login Lucianna) on top form. I must say it does amuse me to hear people say I don’t like chocolate Labradors, purely because I do not own any. In actual fact I have given chocolates BIS when abroad and now Loomis is my first chocolate CC winner in this country. Spending many years alongside the Bradking kennel, where there were always some top quality chocolates with lovely dark pigment and burnt sugar eye colour, they do have to have that extra something, though!</w:t>
      </w:r>
    </w:p>
    <w:p>
      <w:r>
        <w:rPr>
          <w:b w:val="0"/>
          <w:i w:val="0"/>
        </w:rPr>
        <w:t>The Dog RCC and Best Puppy was won by Linda McGillivray’s 11month old yellow, Antonone Columbo an eye catching son of the breed’s top winning Labrador, Sh Ch Tullochmohr Final Edition JW. Columbo’s dam is Antonine Website.</w:t>
      </w:r>
    </w:p>
    <w:p>
      <w:r>
        <w:rPr>
          <w:b w:val="0"/>
          <w:i w:val="0"/>
        </w:rPr>
        <w:t>Sue Hartley (Suley) had drawn a lovely entry for Richmond, however, she was sadly in hospital at the time of the show and her entry was judged by Mrs Margaret Coddington. To those newer exhibitors, Margaret was the breeder of the famous yellow in the 1980s, Sh Ch Receiver of Cranspire owned by Ken Hunter.</w:t>
      </w:r>
    </w:p>
    <w:p>
      <w:r>
        <w:rPr>
          <w:b w:val="0"/>
          <w:i w:val="0"/>
        </w:rPr>
        <w:t>The show was at a new venue, Loseley Park, near Guildford, whilst Ascot Racecourse, the usual venue, undergoes a facelift. Notices in the press led one to think that there would be terrific traffic hold-ups getting into the show, and after such a busy summer and only just getting my feet back to their normal size and into respectable shoes after judging at City of Birmingham, I decided to give the traffic jams a miss and stay at home. As things turned out from reports of those who attended the show, there were few hold ups, so I would have been alright; but oh, the bliss of waking up at 7.30am and realising that I could stay in bed a bit longer if I wished, because I didn’t have to be in the ring at 9am, which would have entailed leaving here at 5am.</w:t>
      </w:r>
    </w:p>
    <w:p>
      <w:r>
        <w:rPr>
          <w:b w:val="0"/>
          <w:i w:val="0"/>
        </w:rPr>
        <w:t>The Bitch CC and Best of Breed went to Margaret Browns Sh Ch Ramsayville Roisin, whilst Penny Carpanin won the Res Bitch CC with her yellow Carpenny Annika. The Dog CC was a first for Mr Ribeiro and Marion Hopkinsons black Gib Int Ch Rocheby Dark Sky Over Archallagan formerly owned and loved by our dear pal, who sadly died last year, Vivienne Scott. The Dog RCC went to Mr and Mrs McLellan’s yellow Sh Ch Saranden Saboteur JW</w:t>
      </w:r>
      <w:r>
        <w:br/>
      </w:r>
      <w:r>
        <w:rPr>
          <w:b w:val="0"/>
          <w:i w:val="0"/>
        </w:rPr>
        <w:br/>
        <w:t>Best Puppy was Mrs S A Lewis’s Gamesmere Orlando shown by Anne Lavelle</w:t>
      </w:r>
      <w:r>
        <w:br/>
      </w:r>
      <w:r>
        <w:rPr>
          <w:b w:val="0"/>
          <w:i w:val="0"/>
        </w:rPr>
        <w:br/>
        <w:t>To finish this weeks notes on a tongue in cheek vein, some amusing comments compiled from the Olympic Games commentary blunders. (Some of them are a bit risqué so don’t read them if you are of a delicate nature!</w:t>
      </w:r>
    </w:p>
    <w:p>
      <w:r>
        <w:rPr>
          <w:b w:val="0"/>
          <w:i w:val="0"/>
        </w:rPr>
        <w:t>Top Nine 2004 Olympic comments:-</w:t>
      </w:r>
      <w:r>
        <w:br/>
      </w:r>
      <w:r>
        <w:rPr>
          <w:b w:val="0"/>
          <w:i w:val="0"/>
        </w:rPr>
        <w:br/>
        <w:t>1. Weightlifting commentator: "This is Gregoriava from Bulgaria. I saw her snatch this morning during her warm up and it was amazing."</w:t>
      </w:r>
      <w:r>
        <w:br/>
      </w:r>
      <w:r>
        <w:rPr>
          <w:b w:val="0"/>
          <w:i w:val="0"/>
        </w:rPr>
        <w:br/>
        <w:t>2. Dressage commentator: "This is really a lovely horse and I speak from personal experience since I once mounted her mother."</w:t>
      </w:r>
      <w:r>
        <w:br/>
      </w:r>
      <w:r>
        <w:rPr>
          <w:b w:val="0"/>
          <w:i w:val="0"/>
        </w:rPr>
        <w:br/>
        <w:t>3. Paul Hamm, Gymnast: "I owe a lot to my parents, especially my mother and father."</w:t>
      </w:r>
      <w:r>
        <w:br/>
      </w:r>
      <w:r>
        <w:rPr>
          <w:b w:val="0"/>
          <w:i w:val="0"/>
        </w:rPr>
        <w:br/>
        <w:t>4. Boxing Analyst: "Sure there have been injuries,and even some deaths in boxing, but none of them really that serious."</w:t>
      </w:r>
      <w:r>
        <w:br/>
      </w:r>
      <w:r>
        <w:rPr>
          <w:b w:val="0"/>
          <w:i w:val="0"/>
        </w:rPr>
        <w:br/>
        <w:t>5. Softball announcer: "If history repeats itself, I should think we can expect the same thing again."</w:t>
      </w:r>
      <w:r>
        <w:br/>
      </w:r>
      <w:r>
        <w:rPr>
          <w:b w:val="0"/>
          <w:i w:val="0"/>
        </w:rPr>
        <w:br/>
        <w:t>6. Basketball analyst: "He dribbles a lot and the opposition doesn't like it. In fact you can see it all over their faces."</w:t>
      </w:r>
      <w:r>
        <w:br/>
      </w:r>
      <w:r>
        <w:rPr>
          <w:b w:val="0"/>
          <w:i w:val="0"/>
        </w:rPr>
        <w:br/>
        <w:t>7. At the rowing medal ceremony: "Ah, isn't that nice, the wife of the IOC president is hugging the cox of the British crew."</w:t>
      </w:r>
      <w:r>
        <w:br/>
      </w:r>
      <w:r>
        <w:rPr>
          <w:b w:val="0"/>
          <w:i w:val="0"/>
        </w:rPr>
        <w:br/>
        <w:t>8. Soccer commentator: "Julian Dicks is everywhere. It's like they've got eleven Dicks on the field."</w:t>
      </w:r>
      <w:r>
        <w:br/>
      </w:r>
      <w:r>
        <w:rPr>
          <w:b w:val="0"/>
          <w:i w:val="0"/>
        </w:rPr>
        <w:br/>
        <w:t>9. Tennis commentator: "One of the reasons Andy is playing so well is that, before the final round, his wife takes out his balls and kisses them . . . Oh my God, what have I just said?"</w:t>
      </w:r>
      <w:r>
        <w:br/>
      </w:r>
      <w:r>
        <w:rPr>
          <w:b w:val="0"/>
          <w:i w:val="0"/>
        </w:rPr>
        <w:br/>
        <w:t>Thank you…. No comment!!</w:t>
      </w:r>
    </w:p>
    <w:p>
      <w:r>
        <w:rPr>
          <w:b w:val="0"/>
          <w:i w:val="0"/>
        </w:rPr>
        <w:t>Ann Britton 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