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Feb 2003"</w:t>
      </w:r>
      <w:r>
        <w:br/>
      </w:r>
      <w:r>
        <w:rPr>
          <w:b w:val="0"/>
          <w:i w:val="0"/>
        </w:rPr>
        <w:br/>
        <w:t>date_original: "14 Feb 2003"</w:t>
      </w:r>
      <w:r>
        <w:br/>
      </w:r>
      <w:r>
        <w:rPr>
          <w:b w:val="0"/>
          <w:i w:val="0"/>
        </w:rPr>
        <w:br/>
        <w:t>source_url: "https://www.ourdogs.co.uk/members/breednotes/2003/RetrieverLabrador/RetrieverLabrador-feb14.htm"</w:t>
      </w:r>
      <w:r>
        <w:br/>
      </w:r>
      <w:r>
        <w:rPr>
          <w:b w:val="0"/>
          <w:i w:val="0"/>
        </w:rPr>
        <w:br/>
        <w:t>archive_type: "static_html"</w:t>
      </w:r>
      <w:r>
        <w:br/>
      </w:r>
      <w:r>
        <w:rPr>
          <w:b w:val="0"/>
          <w:i w:val="0"/>
        </w:rPr>
        <w:br/>
        <w:t>scraped_at: "2026-09-13T22:16:00"</w:t>
      </w:r>
      <w:r>
        <w:br/>
      </w:r>
      <w:r>
        <w:rPr>
          <w:b w:val="0"/>
          <w:i w:val="0"/>
        </w:rPr>
        <w:br/>
        <w:t>word_count: 1089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the resume of the previous year it is now the turn of the winning bitches to get their mention.</w:t>
      </w:r>
    </w:p>
    <w:p>
      <w:r>
        <w:rPr>
          <w:b w:val="0"/>
          <w:i w:val="0"/>
        </w:rPr>
        <w:t>28 Bitches shared the CCs. 13 bitches won 1 CC and another 7 won 1CC and 1BOB.</w:t>
      </w:r>
    </w:p>
    <w:p>
      <w:r>
        <w:rPr>
          <w:b w:val="0"/>
          <w:i w:val="0"/>
        </w:rPr>
        <w:t>The most prestigious win was probably that of Italian exhibitor Franco Barberi with his yellow bitch Ch Amber. A multiple winner overseas, Amber won her first CC and Best of Breed in the UK at East of England under Mrs Rosemary Hewitt. She then won the Gundog Group and finally went Reserve Best in Show. She and her owner must have floated back to Italy after such a spectacular win.</w:t>
      </w:r>
    </w:p>
    <w:p>
      <w:r>
        <w:rPr>
          <w:b w:val="0"/>
          <w:i w:val="0"/>
        </w:rPr>
        <w:t>Two other bitches did well in the Gundog Group competition. Mr and Mrs Garner &amp; Anthony and Erica Jaye’s Sh Ch Tapeatom Ginantonic at Sandylands won the CC and BOB at WELKS and then went on the win the Gundog Group, whilst Ann Britton’s Sh Ch Bowstones Martha Black won the CC and BOB at SWKA and then went Gundog Group 3.</w:t>
      </w:r>
    </w:p>
    <w:p>
      <w:r>
        <w:rPr>
          <w:b w:val="0"/>
          <w:i w:val="0"/>
        </w:rPr>
        <w:t>Winning 4CCs and 4BOBs during the year and becoming Top Labrador for 2002 was the yellow Sh Ch Tapeatom Ginantonic at Sandylands. Her 2002 CCs were won at WELKS (Mr G Howells),Gundog Group 1 under Mrs P Robertson, Blackpool(Mrs D Elliott) Paignton(Mrs A Williams) and LKA (Mr G Allen) .</w:t>
      </w:r>
    </w:p>
    <w:p>
      <w:r>
        <w:rPr>
          <w:b w:val="0"/>
          <w:i w:val="0"/>
        </w:rPr>
        <w:t>Mr and Mrs Chris Mills and Mrs and Mrs Rodd’s yellow Sh Ch Lembas Moonlight Seranade JW won 4CCs all with Best of Breed. Her wins came at East Anglian LRC under Mrs Pat Gill, Cotswold and Wyevern LRC under Anne Taylor, the Labrador Club under Ms J Pritchard and 3 Counties under Mrs M Floyd.</w:t>
      </w:r>
    </w:p>
    <w:p>
      <w:r>
        <w:rPr>
          <w:b w:val="0"/>
          <w:i w:val="0"/>
        </w:rPr>
        <w:t>Mrs Downey Tulloch’s yellow Sh Ch Tullochmohr Thespian JW won 3CCs and 2 BOBs winning at the Lab Club of Scotland under Mrs L McGillivray, Belfast under Mr PM Taylor, and North West Lab Club under Mrs BJ Finch.</w:t>
      </w:r>
    </w:p>
    <w:p>
      <w:r>
        <w:rPr>
          <w:b w:val="0"/>
          <w:i w:val="0"/>
        </w:rPr>
        <w:t>Mr and Mrs Brown’s black bitch Sh Ch Ramsayville Roisin won 3CCs and 2 BOBs. Her wins were at Midland Counties LRC under Mrs L Sutcliffe, Darlington under Mrs L Heron and Gundog Society of Wales under Mrs B Phillips</w:t>
      </w:r>
    </w:p>
    <w:p>
      <w:r>
        <w:rPr>
          <w:b w:val="0"/>
          <w:i w:val="0"/>
        </w:rPr>
        <w:t>Mrs Judith Charlton’s black bitch Sh Ch Foxrush Blue Sapphire won 3CCs, her awards coming from Southern Counties (Frank Kane), City of Birmingham (Mrs C Craig) and Driffield (Mrs J Harris)</w:t>
      </w:r>
    </w:p>
    <w:p>
      <w:r>
        <w:rPr>
          <w:b w:val="0"/>
          <w:i w:val="0"/>
        </w:rPr>
        <w:t>My own black bitch Sh Ch Bowstones Martha Black won 2CCs 1BOB and Group 3. Her CCs were at SWKA under Mrs Margaret Grant where she was BOB and Gundog Group 3 under Mrs F Marshall, and at National Gundog under Mrs Sue Hartley</w:t>
      </w:r>
    </w:p>
    <w:p>
      <w:r>
        <w:rPr>
          <w:b w:val="0"/>
          <w:i w:val="0"/>
        </w:rPr>
        <w:t>David Craig and Angela Williams’ Sh Ch Foulby Agatha Christie added another 2CCs and 2BOBs to her tally, with wins at Manchester under Chris Jury and at Gundog Breeds of Scotland under Mrs D Beckett</w:t>
      </w:r>
    </w:p>
    <w:p>
      <w:r>
        <w:rPr>
          <w:b w:val="0"/>
          <w:i w:val="0"/>
        </w:rPr>
        <w:t>Winning 1CC and BOB were seven bitches -Mrs Hallum’s black bitch Sh Ch Keenes Pride and Prejudice, who won at Kent Surrey and Sussex LRC under Mrs J M Green.</w:t>
      </w:r>
    </w:p>
    <w:p>
      <w:r>
        <w:rPr>
          <w:b w:val="0"/>
          <w:i w:val="0"/>
        </w:rPr>
        <w:t>Caron Mortons Dakross Billie Holiday who won at Border Union (Mr R Pollock); the Crufts Best of Breed winner, Mr and Mrs Needhams yellow Danryl Bonny Lady winning under Les Brabban; Lynn Minchellas black Abbeystead Tranquil, the BOB winner at Three Ridings LRC under Mrs L Blackie; Miss Teasdale’s black Pendaby Coral Bay winning under Mrs S Wallington at the Lab Club of Wales; Mr and Mrs Timms’ Sh Ch Lejie Cherry Blossom winning under Moa Persson at SKC; and Mrs Walters’ yellow Sretlaw Dark Crystal winning under David Hopkinson at the National Dog Show, Birmingham.</w:t>
      </w:r>
    </w:p>
    <w:p>
      <w:r>
        <w:rPr>
          <w:b w:val="0"/>
          <w:i w:val="0"/>
        </w:rPr>
        <w:t>There were 13 single CC winners amongst the bitches and they were Mrs Bailiss’s yellow Tissalian Oh Sanchia and her black Sh Ch Newinn Old Hinney at Tissalian: Mr and Mrs Balshaw’s yellow Halshimoor Crescendo at Shanorrell, Les and Joyce Brabban’s yellow Sh Ch Cambremer Call My Bluff, and their black Sh Ch Cambremer In The Mood; Penny Carpanini’s yellow Sh Ch Carpenny Rustina: Mr and Mrs Gartland’s Sh Ch Ramsayville Reba at Knoydar: Mrs Gregory’s black Lembas Guys Girl at Penadlake, Ms Jones black Hafnay Taryn; Mr and Mrs Neachell’s yellow Rocheby Smocked Silk at Suttonpark; Mr and Mrs Pollock’s Polham On Song; Mrs Watkins’ yellow Anarita What a Cracker and Mrs Tooth’s yellow Ludalor Lilly. Well done to you all.</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