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- 28/06/2002"</w:t>
      </w:r>
      <w:r>
        <w:br/>
      </w:r>
      <w:r>
        <w:rPr>
          <w:b w:val="0"/>
          <w:i w:val="0"/>
        </w:rPr>
        <w:br/>
        <w:t>date_original: "28/06/2002"</w:t>
      </w:r>
      <w:r>
        <w:br/>
      </w:r>
      <w:r>
        <w:rPr>
          <w:b w:val="0"/>
          <w:i w:val="0"/>
        </w:rPr>
        <w:br/>
        <w:t>source_url: "https://www.ourdogs.co.uk/members/breednotes/2002/RetrieverLabrador/June2002/RetrieverLabrador280602.htm"</w:t>
      </w:r>
      <w:r>
        <w:br/>
      </w:r>
      <w:r>
        <w:rPr>
          <w:b w:val="0"/>
          <w:i w:val="0"/>
        </w:rPr>
        <w:br/>
        <w:t>archive_type: "static_html"</w:t>
      </w:r>
      <w:r>
        <w:br/>
      </w:r>
      <w:r>
        <w:rPr>
          <w:b w:val="0"/>
          <w:i w:val="0"/>
        </w:rPr>
        <w:br/>
        <w:t>scraped_at: "2026-09-13T22:19:12"</w:t>
      </w:r>
      <w:r>
        <w:br/>
      </w:r>
      <w:r>
        <w:rPr>
          <w:b w:val="0"/>
          <w:i w:val="0"/>
        </w:rPr>
        <w:br/>
        <w:t>word_count: 952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News of further exciting successes for Chris and Clare Mills, Lembas. You will recall they made up the yellow bitch they co-own with Mr and Mrs Rodd, Sh Ch Lembas Moonlight Serenade JW, at the Lab Club Ch Show the previous week. Still on a roll, at Three Counties Ch Show a few days later they went one better under Maureen Floyd, doing the double by winning both the dog and bitch CCs with their yellows, Lembas Lets Get Serious ( Sh Ch Sandylands Gadabout ex Jugaren Moonlight Melody at Lembas) who won the dog CC, his first, and later the bitch CC and Best of Breed with Sh Ch Lembas Moonlight Serenade JW ( Lembas to the Moon and Back ex Lembas Button Moon).</w:t>
      </w:r>
    </w:p>
    <w:p>
      <w:r>
        <w:rPr>
          <w:b w:val="0"/>
          <w:i w:val="0"/>
        </w:rPr>
        <w:t>Having once done the double myself with Ch Bowstones Carruthers and Sh Ch Bowstones Susanna I know what a wonderful achievement this is. The reserve Dog CC was won by Mr Hopkins black Bournecott Woodpecker (Hawksmoor Webster ex Othamcourt Mint Tea at Bournecott) and the Res Bitch CC was won by Peter and Phyllis Woolf’s Colinwood Melody (Sh Ch Sandylands Gadabout ex Sh Ch Othamcourt Ame at Colinwood). Best Puppy was Chris and Tony Jury’s Tibblestone Giddy Sue. (Sh Ch Sandylands Gadabout ex Tibblestone Thats Saffron). Looking at these results highlights the successes of Sh Ch Sandylands Gadabout, the sire or grandsire of both CC winners, one RCC winner and the Best Puppy winner on the day. Interesting to note also that the dams of both RCC winners were bred by the Othamcourt kennels. Congratulations to you all.</w:t>
      </w:r>
    </w:p>
    <w:p>
      <w:r>
        <w:rPr>
          <w:b w:val="0"/>
          <w:i w:val="0"/>
        </w:rPr>
        <w:t>Three Counties dog show has now been separated from the agricultural show and judging started at 9am with none of the traffic problems of previous years. Perhaps it was a coincidence, but there were very many absentees from the early dog classes, could it be the fact that England were playing Nigeria in the World Cup football match at 8am that very morning, which caused such a hole in the actual exhibit numbers?</w:t>
      </w:r>
    </w:p>
    <w:p>
      <w:r>
        <w:rPr>
          <w:b w:val="0"/>
          <w:i w:val="0"/>
        </w:rPr>
        <w:t>Ann Britton</w:t>
      </w:r>
    </w:p>
    <w:p>
      <w:r>
        <w:rPr>
          <w:b w:val="0"/>
          <w:i w:val="0"/>
        </w:rPr>
        <w:t>You may remember I asked (almost prayed) that we should get some sunny weather at Border Union. This is, of course, the show we almost always have a lovely day in the best setting with such easy access to benches, car park and ring. We just made it. The sun was reluctant and slow to appear on the Sunday but it was enough to make us feel good.</w:t>
      </w:r>
    </w:p>
    <w:p>
      <w:r>
        <w:rPr>
          <w:b w:val="0"/>
          <w:i w:val="0"/>
        </w:rPr>
        <w:t>Feeling very good, of course, was Karen Morton, winning her 2nd CC with DAKROSS BILLIE HOLIDAY and later winning BoB over Andy and Margaret Brown's 8 year old RAMSAYVILLE RAITH winner of Limit. Vic and Janet Coles' got the RCC with their yellow dog, Sh Ch STAJANTORS ROBIN. Winner of the bitch CC was KEENE'S PRIDE AND PREJUDICE owned by Audrey Hallum and a delighted Frank and Helen Gilroy's yellow puppy CLAYCHALK COASTA CEDI from Fife was Best Puppy with Robin Pollock the judge, finishing in good time to enable we far-travelled exhibitors an early start home.</w:t>
      </w:r>
    </w:p>
    <w:p>
      <w:r>
        <w:rPr>
          <w:b w:val="0"/>
          <w:i w:val="0"/>
        </w:rPr>
        <w:t>Jim Nolan</w:t>
      </w:r>
    </w:p>
    <w:p>
      <w:r>
        <w:rPr>
          <w:b w:val="0"/>
          <w:i w:val="0"/>
        </w:rPr>
        <w:t>Suzanne Williams writes:</w:t>
      </w:r>
    </w:p>
    <w:p>
      <w:r>
        <w:rPr>
          <w:b w:val="0"/>
          <w:i w:val="0"/>
        </w:rPr>
        <w:t>‘Labrador Rescue(covering North West) will be holding its annual Dog Show on Saturday 13th July opening at 11am at St James the Great Church Hall,Wrightington, Lancashire.There are 10 classes open to all breeds with lots of rossettes and prizes.</w:t>
      </w:r>
    </w:p>
    <w:p>
      <w:r>
        <w:rPr>
          <w:b w:val="0"/>
          <w:i w:val="0"/>
        </w:rPr>
        <w:t>Our Judge is Jane Rawlinson of Halshimoor Labradors. There are excellent home made refreshments and a home baking stall, books, fun dog agility course, dog tombola, dog collectables.Please do come along and enjoy the day. For more details phone Suzanne Williams(Overijse)on 01772 813719.’</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