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- 23/08/2019 - ISSUE"</w:t>
      </w:r>
      <w:r>
        <w:br/>
      </w:r>
      <w:r>
        <w:rPr>
          <w:b w:val="0"/>
          <w:i w:val="0"/>
        </w:rPr>
        <w:br/>
        <w:t>date_original: "23/08/2019 - ISSUE"</w:t>
      </w:r>
      <w:r>
        <w:br/>
      </w:r>
      <w:r>
        <w:rPr>
          <w:b w:val="0"/>
          <w:i w:val="0"/>
        </w:rPr>
        <w:br/>
        <w:t>source_url: "https://www.ourdogs.co.uk/members/breednotes/RetrieverLabradorMain.php"</w:t>
      </w:r>
      <w:r>
        <w:br/>
      </w:r>
      <w:r>
        <w:rPr>
          <w:b w:val="0"/>
          <w:i w:val="0"/>
        </w:rPr>
        <w:br/>
        <w:t>scraped_at: "2026-09-13T15:19:32"</w:t>
      </w:r>
      <w:r>
        <w:br/>
      </w:r>
      <w:r>
        <w:rPr>
          <w:b w:val="0"/>
          <w:i w:val="0"/>
        </w:rPr>
        <w:br/>
        <w:t>word_count: 943</w:t>
      </w:r>
    </w:p>
    <w:p>
      <w:r>
        <w:t>――――――――――――――――――――――――――――――</w:t>
      </w:r>
    </w:p>
    <w:p>
      <w:r>
        <w:rPr>
          <w:b w:val="0"/>
          <w:i w:val="0"/>
        </w:rPr>
        <w:t>NEWS MEMBERS' AREA SHOP SUBSCRIBE UPCOMING SHOWS MORE</w:t>
      </w:r>
    </w:p>
    <w:p>
      <w:r>
        <w:rPr>
          <w:b w:val="0"/>
          <w:i w:val="0"/>
        </w:rPr>
        <w:t>RETRIEVER LABRADOR</w:t>
      </w:r>
    </w:p>
    <w:p>
      <w:r>
        <w:rPr>
          <w:b w:val="0"/>
          <w:i w:val="0"/>
        </w:rPr>
        <w:t>Issue: 23/08/2019</w:t>
      </w:r>
    </w:p>
    <w:p>
      <w:r>
        <w:rPr>
          <w:b w:val="0"/>
          <w:i w:val="0"/>
        </w:rPr>
        <w:t>The Eastern Counties Golden Retriever Club SGWC Meeting this year is on Saturday 7th December on the Easton Campus of Easton &amp; Otley Agricultural College. Schedules and entry forms will be available from the club website and FB page shortly.</w:t>
      </w:r>
    </w:p>
    <w:p>
      <w:r>
        <w:rPr>
          <w:b w:val="0"/>
          <w:i w:val="0"/>
        </w:rPr>
        <w:t xml:space="preserve">I was always taught, Ã¢â‚¬Å"If at first you donÃ¢â‚¬â„¢t succeed, try, try, try again!Ã¢â‚¬Â So, for the third time in the Our Dogs Labrador Notes I will attempt to correctly list the previous Championship shows at which Amanda Deane has judged. From her own fair hand they are Cotswold &amp; Wyvern LRC (Dogs) in 2015 and The Labrador Club of Scotland (Bitches) in 2016 and of course the recent Leeds Championship show 2019 (Bitches). </w:t>
      </w:r>
    </w:p>
    <w:p>
      <w:r>
        <w:rPr>
          <w:b w:val="0"/>
          <w:i w:val="0"/>
        </w:rPr>
        <w:t xml:space="preserve">Jenny King judged Labradors for the first time at CC level at Bournemouth. Her winners were Dog CC his thrilling third CC, Jean and Gary JohnsonÃ¢â‚¬â„¢s home bred 4 year old yellow Cremino Chilly Pepper ShCm, made up on the day. He won his CCs all in 2019 under Maureen Rees at Three Counties, Chris Rose at National Gundog and Jenny King at Bournemouth. The Dog RCC went to Fiona Braddons yellow Sh Ch Trendlewood Born to Run JW. </w:t>
      </w:r>
    </w:p>
    <w:p>
      <w:r>
        <w:rPr>
          <w:b w:val="0"/>
          <w:i w:val="0"/>
        </w:rPr>
        <w:t xml:space="preserve">The Bitch CC was won by Rawlinson and Balshaws recently crowned Sh Ch Shanorrell Socialite at Halshimoor, whilst the Bitch RCC went to the OÃ¢â‚¬â„¢Briens newly crowned champion, Sh Ch Maxfield Arabella. Best Puppy was Lucy Kents black bitch, Chayanhals Trevose of Trewinnard who was 4th in the Gundog Puppy Group under Richard Morris. </w:t>
      </w:r>
    </w:p>
    <w:p>
      <w:r>
        <w:rPr>
          <w:b w:val="0"/>
          <w:i w:val="0"/>
        </w:rPr>
        <w:t>Congratulations to Ms Grinham whose yellow bitch Frant Edith Durham won the Bournemouth Gundog Special Beginners Group under Aideen Howes.</w:t>
      </w:r>
    </w:p>
    <w:p>
      <w:r>
        <w:rPr>
          <w:b w:val="0"/>
          <w:i w:val="0"/>
        </w:rPr>
        <w:t>Well done to Becca Mills who won 1st YKC handling with Lucie &amp; 1st YKC stakes with Ivy - Qualifying them both for Crufts 2020 in these classes.</w:t>
      </w:r>
    </w:p>
    <w:p>
      <w:r>
        <w:rPr>
          <w:b w:val="0"/>
          <w:i w:val="0"/>
        </w:rPr>
        <w:t>The following weekend, Becky Johnson judged Labradors on the fourth and final day of Welsh Kennel Club Show at Builth.</w:t>
      </w:r>
    </w:p>
    <w:p>
      <w:r>
        <w:rPr>
          <w:b w:val="0"/>
          <w:i w:val="0"/>
        </w:rPr>
        <w:t>The weather was mainly warm, fine and sunny, interspersed with the odd, very heavy shower which was over almost before it began but succeeded in temporarily soaking everyone. Luckily the sun, once immediately returned, was warm and our drying-out took no time at all.</w:t>
      </w:r>
    </w:p>
    <w:p>
      <w:r>
        <w:rPr>
          <w:b w:val="0"/>
          <w:i w:val="0"/>
        </w:rPr>
        <w:t>Judging was outside in the grass ring, which this year was perfectly sited only a short distance from the benching hall which was greatly appreciated by exhibitors. The judging was pleasantly precise and decisive. From an entry of 121 Dogs and Bitches the winners were. :-</w:t>
      </w:r>
    </w:p>
    <w:p>
      <w:r>
        <w:rPr>
          <w:b w:val="0"/>
          <w:i w:val="0"/>
        </w:rPr>
        <w:t>Dog CC a quick 4th CC for Gary and Jean JohnsonÃ¢â‚¬â„¢s newly crowned yellow, Sh Ch Cremino Chilly Pepper ShCm. (Trendlewood Snowman x Cremino Cobnut)</w:t>
      </w:r>
    </w:p>
    <w:p>
      <w:r>
        <w:rPr>
          <w:b w:val="0"/>
          <w:i w:val="0"/>
        </w:rPr>
        <w:t>The Dog RCC winner was my own black 2 year old, Graduate, Llanstinan Louis Lewis Bowstones (Llanstinan Double Jeopardy x Bowstones Good Day Sunshine).</w:t>
      </w:r>
    </w:p>
    <w:p>
      <w:r>
        <w:rPr>
          <w:b w:val="0"/>
          <w:i w:val="0"/>
        </w:rPr>
        <w:t xml:space="preserve">The Bitch CC winner came from Limit and was Judith Charltons yellow 2 year old, Classical Act at Foxrush (Sh Ch Rocheby Old Punch x Foxrush Touch of Class) whilst the </w:t>
      </w:r>
    </w:p>
    <w:p>
      <w:r>
        <w:rPr>
          <w:b w:val="0"/>
          <w:i w:val="0"/>
        </w:rPr>
        <w:t>Bitch RCC her second, went to my own 4year old yellow, Bowstones Polka (Llanstinan Hot Toddy of Bowstones x Sh Ch Martinstide Pastiche of Bowstones JW) completing a fabulous day for me winning the RCC Double, the Dog and Bitch RCCs.</w:t>
      </w:r>
    </w:p>
    <w:p>
      <w:r>
        <w:rPr>
          <w:b w:val="0"/>
          <w:i w:val="0"/>
        </w:rPr>
        <w:t>Best Puppy and 4th in the Puppy Group was Lucy Kents 10month old black Chyanhal Trevose of Trewinnard (Sh Ch Trendlewood Born to Run x Sh Ch Trewinnard Pimlico).</w:t>
      </w:r>
    </w:p>
    <w:p>
      <w:r>
        <w:rPr>
          <w:b w:val="0"/>
          <w:i w:val="0"/>
        </w:rPr>
        <w:t>A recent article in the Telegraph caught my eye. Ã¢â‚¬Å"Science strides forward with invention of Robo-ShortsÃ¢â‚¬Â</w:t>
      </w:r>
    </w:p>
    <w:p>
      <w:r>
        <w:rPr>
          <w:b w:val="0"/>
          <w:i w:val="0"/>
        </w:rPr>
        <w:t>Could this be a useful aid for those of us whose years are rapidly increasing yet our ability to career impressively at speed around a Labrador Show ring is going the opposite way, despite our enthusiasm and entreaties from pals to Ã¢â‚¬Å"Go faster! Ã¢â‚¬Å" .</w:t>
      </w:r>
    </w:p>
    <w:p>
      <w:r>
        <w:rPr>
          <w:b w:val="0"/>
          <w:i w:val="0"/>
        </w:rPr>
        <w:t xml:space="preserve">What is the invention? New Ã¢â‚¬Å"Robo-shorts! Ã¢â‚¬Å" </w:t>
      </w:r>
    </w:p>
    <w:p>
      <w:r>
        <w:rPr>
          <w:b w:val="0"/>
          <w:i w:val="0"/>
        </w:rPr>
        <w:t>The article penned by Sarah Knapton, Science Editor of the Telegraph explores the topic thus, Ã¢â‚¬Å" while robotic trousers may have gone famously wrong for the animated characters Wallace and Gromit, scientists are claiming to have taken a step forward with the development of new Ã¢â‚¬Å"robo-shortsÃ¢â‚¬Â that could help the frail to walk again. (or perhaps enable some more of we aged Labrador exhibitors to run as fast as we would wish?).</w:t>
      </w:r>
    </w:p>
    <w:p>
      <w:r>
        <w:rPr>
          <w:b w:val="0"/>
          <w:i w:val="0"/>
        </w:rPr>
        <w:t>The article explains that researchers have developed shorts that allow the wearer to move about and to switch from walking to running without losing performance. The device works through a series of electronically activated pulleys and thigh straps and can work on flat or sloping ground.</w:t>
      </w:r>
    </w:p>
    <w:p>
      <w:r>
        <w:rPr>
          <w:b w:val="0"/>
          <w:i w:val="0"/>
        </w:rPr>
        <w:t>I can just imagine getting ready on Show morning, already equipped with hip and/ or knee replacements, we already need some or most of the following, the back brace, the ankle support, the underfoot support, the necessary knee strapping, now we may well be slipping into our New Robo Shorts too and whooshing around the Show ring at the right pace for our dogs at last...or not!!</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