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- 8 May 2009"</w:t>
      </w:r>
      <w:r>
        <w:br/>
      </w:r>
      <w:r>
        <w:rPr>
          <w:b w:val="0"/>
          <w:i w:val="0"/>
        </w:rPr>
        <w:br/>
        <w:t>date_original: "8 May 2009"</w:t>
      </w:r>
      <w:r>
        <w:br/>
      </w:r>
      <w:r>
        <w:rPr>
          <w:b w:val="0"/>
          <w:i w:val="0"/>
        </w:rPr>
        <w:br/>
        <w:t>source_url: "https://www.ourdogs.co.uk/members/breednotes/2009/RetrieverLabrador/RetrieverLabrador-may8.htm"</w:t>
      </w:r>
      <w:r>
        <w:br/>
      </w:r>
      <w:r>
        <w:rPr>
          <w:b w:val="0"/>
          <w:i w:val="0"/>
        </w:rPr>
        <w:br/>
        <w:t>archive_type: "static_html"</w:t>
      </w:r>
      <w:r>
        <w:br/>
      </w:r>
      <w:r>
        <w:rPr>
          <w:b w:val="0"/>
          <w:i w:val="0"/>
        </w:rPr>
        <w:br/>
        <w:t>scraped_at: "2026-09-13T22:03:16"</w:t>
      </w:r>
      <w:r>
        <w:br/>
      </w:r>
      <w:r>
        <w:rPr>
          <w:b w:val="0"/>
          <w:i w:val="0"/>
        </w:rPr>
        <w:br/>
        <w:t>word_count: 1313</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WELKS, the first outdoor show of the season, was held on a pleasant sunny spring day with the surrounding Malvern countryside looking at its prettiest. The judges were Judith Charlton (Dogs) and Brenda Taylor (bitches). The day proved most memorable for Marion and David Hopkinson doing the double, winning both CCs and in the process making up two new yellow champions, Sh Ch Rocheby Statesman and Sh Ch Rocheby Spun Silk.</w:t>
      </w:r>
    </w:p>
    <w:p>
      <w:r>
        <w:rPr>
          <w:b w:val="0"/>
          <w:i w:val="0"/>
        </w:rPr>
        <w:t>Sh Ch Rocheby Statesman won his first CC under Gary Johnson at the Lab Club of Scotland 2008 and his second at SKC 2008 under Helen Stevens, he has now completed his title under Judith Charlton at WELKS 2009.</w:t>
      </w:r>
    </w:p>
    <w:p>
      <w:r>
        <w:rPr>
          <w:b w:val="0"/>
          <w:i w:val="0"/>
        </w:rPr>
        <w:t>Sh Ch Rocheby Spun Silk won her first CC under Marlene Taylor at Bournemouth 2008 and her second under Keith Young at United Retriever Club four days later; and now her title has been gained under Brenda Taylor at WELKS 2009.</w:t>
      </w:r>
    </w:p>
    <w:p>
      <w:r>
        <w:rPr>
          <w:b w:val="0"/>
          <w:i w:val="0"/>
        </w:rPr>
        <w:t>The WELKS results were, under Judith Charlton, Dog CC and Best of Breed Marion Hopkinsons yellow Rocheby Statesman (Rocheby Old Smokey x Brambleridge Rave Review of Bridgeford) who was shortlisted in the Group under Clive Davies; Dog Reserve CC Lorraine Tooths yellow Ch Ludalor Lunar Orbit JW (Ch Amberstope Blue Moon x Ch Ludalor Lily); and under Brenda Taylor, Bitch CC Marion Hopkinsons yellow Rocheby Spun Silk (Rocheby State Occasion x Rocheby Georgette) and Bitch RCC Sadie Holliday and Robert Aulds Sh Ch Lindall Strawberry Cream with Farbrae JW (Rocheby Old Smokey x Lindall Russian Rhythm).</w:t>
      </w:r>
    </w:p>
    <w:p>
      <w:r>
        <w:rPr>
          <w:b w:val="0"/>
          <w:i w:val="0"/>
        </w:rPr>
        <w:t>Best Puppy was a black Minor Puppy bitch, owned by Mr and Mrs R Smith, Keenes Party Manifesto with Felechay naf taf (Keenes Moonwalk x Keenes Secretary of State). What a thrill for her owner.</w:t>
      </w:r>
    </w:p>
    <w:p>
      <w:r>
        <w:rPr>
          <w:b w:val="0"/>
          <w:i w:val="0"/>
        </w:rPr>
        <w:t>Looking at the bitch class results afterwards, under Brenda Taylor I note that of the 39 placed bitches in the eight Bitch classes, ( yes I can do my sums, one class only had 4 exhibits present, hence the number 39 instead of 40! ), Rocheby sired or Rocheby bred exhibits accounted for no less than 15 of the places, including the CC and RCC winners, four of the five places in the Puppy Bitch class and four of the five places in Limit bitch class. What type-judging, especially as the majority were in different ownership with different handlers. This result must also have added great satisfaction to Marion and David’s already memorable day. Well done.</w:t>
      </w:r>
    </w:p>
    <w:p>
      <w:r>
        <w:rPr>
          <w:b w:val="0"/>
          <w:i w:val="0"/>
        </w:rPr>
        <w:t>Sue and Max Faulkner had an unexpected experience when judging in Italy just before Easter. Having agreed, at short notice, to judge an open show for the Labrador Club of Italy at Mercato San Severino, south of Naples, they were asked to do prize presentation at an exemption show on the day before. No problem, but then they were asked if, prior to the Labrador show they would do a verbal presentation, with a specimen dog, to the audience explaining how a judge worked and what they looked for. Max and Sue drew lots - Sue drew the short straw and gave the talk.</w:t>
      </w:r>
    </w:p>
    <w:p>
      <w:r>
        <w:rPr>
          <w:b w:val="0"/>
          <w:i w:val="0"/>
        </w:rPr>
        <w:t>At the show, they were then asked, not only to do the normal written report on each exhibit, but to give a verbal explanation to the audience as to why they placed the dogs in the order they chose.</w:t>
      </w:r>
    </w:p>
    <w:p>
      <w:r>
        <w:rPr>
          <w:b w:val="0"/>
          <w:i w:val="0"/>
        </w:rPr>
        <w:t>This two day event has been run for the past three years by a group of enthusiasts in the area to focus on the care and welfare of dogs, dogs as pets, etc. Several police forces who work with dogs give demonstrations and this year the event was spectacularly entertained by Milly Boccardo dancing with dogs who, in her everyday work trains rescue dogs for the fire service - much in demand the following week due to the earthquake.</w:t>
      </w:r>
    </w:p>
    <w:p>
      <w:r>
        <w:rPr>
          <w:b w:val="0"/>
          <w:i w:val="0"/>
        </w:rPr>
        <w:t>Several friends at the event, warned Sue and Max to watch out and be extremely careful if a tall, well suited man, wearing dark glasses and carrying a violin case appeared as one of the competitors, particularly if he had a large companion! (I suppose it is Mafia country AMB!)</w:t>
      </w:r>
      <w:r>
        <w:br/>
      </w:r>
      <w:r>
        <w:rPr>
          <w:b w:val="0"/>
          <w:i w:val="0"/>
        </w:rPr>
        <w:br/>
        <w:t>On the Saturday of the show, whilst some photos were being taken, a large well-suited man with dark glasses and a large companion strode into the ring. He demanded that he be photographed with some Labradors.</w:t>
      </w:r>
    </w:p>
    <w:p>
      <w:r>
        <w:rPr>
          <w:b w:val="0"/>
          <w:i w:val="0"/>
        </w:rPr>
        <w:t>In view of the previous warning, although this man had not been a competitor, no one was inclined to deny him and photographs were duly taken of him and the dogs; upon completion the man left.</w:t>
      </w:r>
    </w:p>
    <w:p>
      <w:r>
        <w:rPr>
          <w:b w:val="0"/>
          <w:i w:val="0"/>
        </w:rPr>
        <w:t>“Well” said Max to his Italian friends as the figure retreated. “ Who, was he?”</w:t>
      </w:r>
      <w:r>
        <w:br/>
      </w:r>
      <w:r>
        <w:rPr>
          <w:b w:val="0"/>
          <w:i w:val="0"/>
        </w:rPr>
        <w:br/>
        <w:t>The surprising answer was that no one had a clue who he was, but just thought it better to grant his wish!!</w:t>
      </w:r>
    </w:p>
    <w:p>
      <w:r>
        <w:rPr>
          <w:b w:val="0"/>
          <w:i w:val="0"/>
        </w:rPr>
        <w:t>At the Labrador show, which the Labrador Club of Italy was promoting to develop interest in Labradors in the south of Italy, Max judged the dogs and Sue the bitches.</w:t>
      </w:r>
    </w:p>
    <w:p>
      <w:r>
        <w:rPr>
          <w:b w:val="0"/>
          <w:i w:val="0"/>
        </w:rPr>
        <w:t>On complete agreement, their best in show was Int.Lux Ch. Aquamarine-Wave Swahili. Not being familiar with the dog, and the owner not handling the dog, they were surprised and pleased to find that it had been placed at Crufts. Reserve was a bitch Darklightstar Bonny and Best Puppy Aquamarine-Wave Henderson.</w:t>
      </w:r>
    </w:p>
    <w:p>
      <w:r>
        <w:rPr>
          <w:b w:val="0"/>
          <w:i w:val="0"/>
        </w:rPr>
        <w:t>A reminder for gardeners, its now time to start surrounding your emerging Hosta plants with dog-hair to prevent slug damage. I was pleased so many of you found this tip a great success last year and to hear from you that the filigree hosta leaf was a thing of the past.</w:t>
      </w:r>
    </w:p>
    <w:p>
      <w:r>
        <w:rPr>
          <w:b w:val="0"/>
          <w:i w:val="0"/>
        </w:rPr>
        <w:t>Having had ten mole-hills in a 3 square yard patch appear in the lawn overnight (to joint the hundreds of others we have now got in the dog-paddock), I am still looking out for successful mole removing remedies. Any more suggestions?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