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- 01/07/2022 - ISSUE"</w:t>
      </w:r>
      <w:r>
        <w:br/>
      </w:r>
      <w:r>
        <w:rPr>
          <w:b w:val="0"/>
          <w:i w:val="0"/>
        </w:rPr>
        <w:br/>
        <w:t>date_original: "01/07/2022 - ISSUE"</w:t>
      </w:r>
      <w:r>
        <w:br/>
      </w:r>
      <w:r>
        <w:rPr>
          <w:b w:val="0"/>
          <w:i w:val="0"/>
        </w:rPr>
        <w:br/>
        <w:t>source_url: "https://www.ourdogs.co.uk/members/breednotes/RetrieverLabradorMain.php"</w:t>
      </w:r>
      <w:r>
        <w:br/>
      </w:r>
      <w:r>
        <w:rPr>
          <w:b w:val="0"/>
          <w:i w:val="0"/>
        </w:rPr>
        <w:br/>
        <w:t>scraped_at: "2026-09-13T15:11:58"</w:t>
      </w:r>
      <w:r>
        <w:br/>
      </w:r>
      <w:r>
        <w:rPr>
          <w:b w:val="0"/>
          <w:i w:val="0"/>
        </w:rPr>
        <w:br/>
        <w:t>word_count: 908</w:t>
      </w:r>
    </w:p>
    <w:p>
      <w:r>
        <w:t>――――――――――――――――――――――――――――――</w:t>
      </w:r>
    </w:p>
    <w:p>
      <w:r>
        <w:rPr>
          <w:b w:val="0"/>
          <w:i w:val="0"/>
        </w:rPr>
        <w:t>NEWS MEMBERS' AREA SHOP SUBSCRIBE UPCOMING SHOWS MORE</w:t>
      </w:r>
    </w:p>
    <w:p>
      <w:r>
        <w:rPr>
          <w:b w:val="0"/>
          <w:i w:val="0"/>
        </w:rPr>
        <w:t>RETRIEVER LABRADOR</w:t>
      </w:r>
    </w:p>
    <w:p>
      <w:r>
        <w:rPr>
          <w:b w:val="0"/>
          <w:i w:val="0"/>
        </w:rPr>
        <w:t>Issue: 01/07/2022</w:t>
      </w:r>
    </w:p>
    <w:p>
      <w:r>
        <w:rPr>
          <w:b w:val="0"/>
          <w:i w:val="0"/>
        </w:rPr>
        <w:t>I do so miss going to Border Union always one of my favourite shows, but just too far on my own these days. I have many fond memories of the show each year and the wonderful afternoon teas we enjoyed at the tea-rooms in the gardens of the magnificent Floors Castle on the opposite side of the river.  This year there were 129 Labrador dogs and bitches entered under breed specialist Paul Collins. 44dogs and 85 bitches.  The results were:-</w:t>
      </w:r>
    </w:p>
    <w:p>
      <w:r>
        <w:rPr>
          <w:b w:val="0"/>
          <w:i w:val="0"/>
        </w:rPr>
        <w:t>Best of Breed CrammondkirkÃ¢â‚¬â„¢s Yo Yo JW (Miss L A Lewis), Dog Challenge Certificate    Sh Ch Naiken Elite Envoy (ai) JW Ir Jun Ch (Mr &amp; Mrs A R V &amp; Miss R Hodge), Reserve Dog Challenge Certificate, Carriegame Moonshine (Mr W &amp; Mrs G Dodd), Bitch Challenge Certificate CrammondkirkÃ¢â‚¬â„¢s Yo Yo JW (Miss L A Lewis), Reserve Bitch Challenge Certificate, Sh Ch Ramsayville Rhubarb Rock at Kinchyle (Mrs L Park), Best Puppy and 2nd in the Puppy Group under Murray Armstrong Halshimoor Prime Time at Shanorrell NAF TAF (Mr &amp; Mrs M J, Miss L &amp; Mr &amp; Mrs D P Rawlinson &amp; Balshaw), Best Veteran Sh Ch Ramsayville Rhubarb Rock at Kinchyle (Mrs L Park).</w:t>
      </w:r>
    </w:p>
    <w:p>
      <w:r>
        <w:rPr>
          <w:b w:val="0"/>
          <w:i w:val="0"/>
        </w:rPr>
        <w:t xml:space="preserve">Becci Hodge having won the Dog CC with Sh Ch Naiken Elite Envoy at Border Union, then went in the stakes and won the Champion Stakes with Sh Ch Naiken East Meets West plus Ã‚Â£ 50 prize money,  which doubtless will go towards buying a few drops of petrol or diesel on the way home; down the M6 on a Sunday night, meeting and queuing with all those car driving, day-trippers returning to Birmingham having spent the day in Blackpool. I certainly donÃ¢â‚¬â„¢t miss that drive or more correctly that queuing. </w:t>
      </w:r>
    </w:p>
    <w:p>
      <w:r>
        <w:rPr>
          <w:b w:val="0"/>
          <w:i w:val="0"/>
        </w:rPr>
        <w:t xml:space="preserve">BREED CLUB SECRETARIES are asked by Our Dogs to keep the all breed competition results  up to date. </w:t>
      </w:r>
    </w:p>
    <w:p>
      <w:r>
        <w:rPr>
          <w:b w:val="0"/>
          <w:i w:val="0"/>
        </w:rPr>
        <w:t xml:space="preserve">Please send your marked catalogue from your breed Ch Show to David Franks, 3 Canterbury Road, Offerton, Stockport, SK1 4DR. Or send the following information: </w:t>
      </w:r>
    </w:p>
    <w:p>
      <w:pPr>
        <w:pStyle w:val="ListNumber"/>
      </w:pPr>
      <w:r>
        <w:rPr>
          <w:b w:val="0"/>
          <w:i w:val="0"/>
        </w:rPr>
        <w:br/>
      </w:r>
      <w:r>
        <w:rPr>
          <w:b w:val="0"/>
          <w:i w:val="0"/>
        </w:rPr>
        <w:t>The name of the club</w:t>
      </w:r>
      <w:r>
        <w:rPr>
          <w:b w:val="0"/>
          <w:i w:val="0"/>
        </w:rPr>
        <w:br/>
      </w:r>
    </w:p>
    <w:p>
      <w:pPr>
        <w:pStyle w:val="ListNumber"/>
      </w:pPr>
      <w:r>
        <w:rPr>
          <w:b w:val="0"/>
          <w:i w:val="0"/>
        </w:rPr>
        <w:br/>
      </w:r>
      <w:r>
        <w:rPr>
          <w:b w:val="0"/>
          <w:i w:val="0"/>
        </w:rPr>
        <w:t>The date of the show</w:t>
      </w:r>
      <w:r>
        <w:rPr>
          <w:b w:val="0"/>
          <w:i w:val="0"/>
        </w:rPr>
        <w:br/>
      </w:r>
    </w:p>
    <w:p>
      <w:pPr>
        <w:pStyle w:val="ListNumber"/>
      </w:pPr>
      <w:r>
        <w:rPr>
          <w:b w:val="0"/>
          <w:i w:val="0"/>
        </w:rPr>
        <w:br/>
      </w:r>
      <w:r>
        <w:rPr>
          <w:b w:val="0"/>
          <w:i w:val="0"/>
        </w:rPr>
        <w:t>Name of Best Of Breed</w:t>
      </w:r>
      <w:r>
        <w:rPr>
          <w:b w:val="0"/>
          <w:i w:val="0"/>
        </w:rPr>
        <w:br/>
      </w:r>
    </w:p>
    <w:p>
      <w:pPr>
        <w:pStyle w:val="ListNumber"/>
      </w:pPr>
      <w:r>
        <w:rPr>
          <w:b w:val="0"/>
          <w:i w:val="0"/>
        </w:rPr>
        <w:br/>
      </w:r>
      <w:r>
        <w:rPr>
          <w:b w:val="0"/>
          <w:i w:val="0"/>
        </w:rPr>
        <w:t>Name of Best Opposite Sex in Breed</w:t>
      </w:r>
      <w:r>
        <w:rPr>
          <w:b w:val="0"/>
          <w:i w:val="0"/>
        </w:rPr>
        <w:br/>
      </w:r>
    </w:p>
    <w:p>
      <w:pPr>
        <w:pStyle w:val="ListNumber"/>
      </w:pPr>
      <w:r>
        <w:rPr>
          <w:b w:val="0"/>
          <w:i w:val="0"/>
        </w:rPr>
        <w:br/>
      </w:r>
      <w:r>
        <w:rPr>
          <w:b w:val="0"/>
          <w:i w:val="0"/>
        </w:rPr>
        <w:t>Name of Best Puppy In Breed</w:t>
      </w:r>
      <w:r>
        <w:rPr>
          <w:b w:val="0"/>
          <w:i w:val="0"/>
        </w:rPr>
        <w:br/>
      </w:r>
    </w:p>
    <w:p>
      <w:pPr>
        <w:pStyle w:val="ListNumber"/>
      </w:pPr>
      <w:r>
        <w:rPr>
          <w:b w:val="0"/>
          <w:i w:val="0"/>
        </w:rPr>
        <w:br/>
      </w:r>
      <w:r>
        <w:rPr>
          <w:b w:val="0"/>
          <w:i w:val="0"/>
        </w:rPr>
        <w:t xml:space="preserve">Name of owners </w:t>
      </w:r>
      <w:r>
        <w:rPr>
          <w:b w:val="0"/>
          <w:i w:val="0"/>
        </w:rPr>
        <w:br/>
      </w:r>
    </w:p>
    <w:p>
      <w:pPr>
        <w:pStyle w:val="ListNumber"/>
      </w:pPr>
      <w:r>
        <w:rPr>
          <w:b w:val="0"/>
          <w:i w:val="0"/>
        </w:rPr>
        <w:br/>
      </w:r>
      <w:r>
        <w:rPr>
          <w:b w:val="0"/>
          <w:i w:val="0"/>
        </w:rPr>
        <w:t>The name of the breeder/s as it appears in the catalogue (very important)</w:t>
      </w:r>
      <w:r>
        <w:rPr>
          <w:b w:val="0"/>
          <w:i w:val="0"/>
        </w:rPr>
        <w:br/>
      </w:r>
    </w:p>
    <w:p>
      <w:pPr>
        <w:pStyle w:val="ListNumber"/>
      </w:pPr>
      <w:r>
        <w:rPr>
          <w:b w:val="0"/>
          <w:i w:val="0"/>
        </w:rPr>
        <w:br/>
      </w:r>
      <w:r>
        <w:rPr>
          <w:b w:val="0"/>
          <w:i w:val="0"/>
        </w:rPr>
        <w:t xml:space="preserve">The names of the sire and dam (not required for Best Puppy In Breed) </w:t>
      </w:r>
      <w:r>
        <w:rPr>
          <w:b w:val="0"/>
          <w:i w:val="0"/>
        </w:rPr>
        <w:br/>
      </w:r>
    </w:p>
    <w:p>
      <w:r>
        <w:rPr>
          <w:b w:val="0"/>
          <w:i w:val="0"/>
        </w:rPr>
        <w:t>Max Faulkner the East Anglian Labrador Retriever ClubÃ¢â‚¬â„¢s Hon Treasurer  will be retiring at the next AGM in November,  anyone wishing to apply for the position must be a fully paid member  of EALRC. Please notify Mrs Claire Allen in writing with a Proposer and Seconder.  All nominations and propositions must reach Mrs Allen by 31st August 2022</w:t>
      </w:r>
    </w:p>
    <w:p>
      <w:r>
        <w:rPr>
          <w:b w:val="0"/>
          <w:i w:val="0"/>
        </w:rPr>
        <w:t>As can be expected, what a difference in entry numbers at benched all breed  Ch shows with entries at Ã‚Â£28 -30 per dog, plus car parking fee, and breed club Ch shows at Ã‚Â£10 to 15 per dog.</w:t>
      </w:r>
    </w:p>
    <w:p>
      <w:r>
        <w:rPr>
          <w:b w:val="0"/>
          <w:i w:val="0"/>
        </w:rPr>
        <w:t xml:space="preserve">The Secretary ofNorth West Lab breed club, Ginette  Oulton writes, Ã¢â‚¬Å"NWLRC are very happy to announce entries for their Champ Shows on Saturday 25th &amp; 26th June are-  Saturday : 227 dogs and bitches (77 Dogs and 150 Bitches)  and Sunday 26th June 2022  171 dogs and bitches (60 Dogs and 111 Bitches) . May we thank all that have supported us, our Sponsors Royal Canin &amp; Cobbydog, our Judges Miss Tracey James, Mrs Jenny King, Mrs Pam Blay, Mr Anthony Allen. </w:t>
      </w:r>
    </w:p>
    <w:p>
      <w:r>
        <w:rPr>
          <w:b w:val="0"/>
          <w:i w:val="0"/>
        </w:rPr>
        <w:t>Labrador entries for all breed Windsor Ch show on Sunday 3rd July are 144 Dogs and bitches for breed specialist  Arwyn Ellis.</w:t>
      </w:r>
    </w:p>
    <w:p>
      <w:r>
        <w:rPr>
          <w:b w:val="0"/>
          <w:i w:val="0"/>
        </w:rPr>
        <w:t>A week later On Sunday 10th July at East of England Ch show breed specialist Brian Hayward has drawn an entry of 176 dogs and bitches (77 dogs and 99 bitches).</w:t>
      </w:r>
    </w:p>
    <w:p>
      <w:r>
        <w:rPr>
          <w:b w:val="0"/>
          <w:i w:val="0"/>
        </w:rPr>
        <w:t>On Tuesday 12th July Cotswold and Wyevern LRC hold two shows on the same day at Malvern, the Ch show followed by an Open show. At the Ch show the judges are Dogs: Mr R.R. Pollock (Pollham) ~ Bitches: Mrs P. Williams and at the Open Show, the judge is David Todd. Paper entries have already closed. Online Entries close via Fosse Data in just a few days time, on Sunday 26th June.</w:t>
      </w:r>
    </w:p>
    <w:p>
      <w:r>
        <w:rPr>
          <w:b w:val="0"/>
          <w:i w:val="0"/>
        </w:rPr>
        <w:t>The Labrador Retriever Club is holding Championship and Open shows, back to back, at last years splendid venue near Tamworth. The first show, on 16th July, is the Championship Show with Judges Mrs Jackie Hodge (Dogs) and Mrs Fiona Braddon (Bitches) and also on 16th July the Open Show judged by  Kira Leith-Ross. The following day, Sunday 17th July there is another Championship Show with Judges Mr Anthony Allen (Dogs) and Mr Maurice Givan (Bitches)</w:t>
      </w:r>
    </w:p>
    <w:p>
      <w:r>
        <w:rPr>
          <w:b w:val="0"/>
          <w:i w:val="0"/>
        </w:rPr>
        <w:t>Labrador Retriever Club entries for these shows close on Monday 27th June 2022 at midnight. Entries can be made a www.fossedata.co.uk</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