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- 8 Sep 2006"</w:t>
      </w:r>
      <w:r>
        <w:br/>
      </w:r>
      <w:r>
        <w:rPr>
          <w:b w:val="0"/>
          <w:i w:val="0"/>
        </w:rPr>
        <w:br/>
        <w:t>date_original: "8 Sep 2006"</w:t>
      </w:r>
      <w:r>
        <w:br/>
      </w:r>
      <w:r>
        <w:rPr>
          <w:b w:val="0"/>
          <w:i w:val="0"/>
        </w:rPr>
        <w:br/>
        <w:t>source_url: "https://www.ourdogs.co.uk/members/breednotes/2006/RetrieverLabrador/RetrieverLabrador-sep8.htm"</w:t>
      </w:r>
      <w:r>
        <w:br/>
      </w:r>
      <w:r>
        <w:rPr>
          <w:b w:val="0"/>
          <w:i w:val="0"/>
        </w:rPr>
        <w:br/>
        <w:t>archive_type: "static_html"</w:t>
      </w:r>
      <w:r>
        <w:br/>
      </w:r>
      <w:r>
        <w:rPr>
          <w:b w:val="0"/>
          <w:i w:val="0"/>
        </w:rPr>
        <w:br/>
        <w:t>scraped_at: "2026-09-13T22:11:08"</w:t>
      </w:r>
      <w:r>
        <w:br/>
      </w:r>
      <w:r>
        <w:rPr>
          <w:b w:val="0"/>
          <w:i w:val="0"/>
        </w:rPr>
        <w:br/>
        <w:t>word_count: 1534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start this week’s notes with the sad news that Peggy and Arthur Kelley (Bradking) have had to say goodbye to their beloved yellow dog, Sh Ch Bradking Hugo, just a week short of his 14th birthday. He had lived a long, healthy and happy life right to the end; still able to jump the paddock fence in his teens! Finally, age, and the extreme heat of this summer, took its toll, and he now rests in peace in the lovely garden at Bradking, along with all his canine pals, who have gone before; a shrub planted for each beloved dog. Born in September, 1992, Hugo became the Labrador Breed Record holder, winning 50CCs between 1993 and 1998.</w:t>
      </w:r>
    </w:p>
    <w:p>
      <w:r>
        <w:rPr>
          <w:b w:val="0"/>
          <w:i w:val="0"/>
        </w:rPr>
        <w:t>In the early 90’s, at the time when I lived in Sutton Coldfield, only a couple of miles from the Bradking kennel, I used to spend many hours a week there. I saw Hugo the day he was born and watched as he grew up; he always stood out. He never went through any growing stage where he wasn’t balanced and eye-catching and he moved effortlessly all his life.</w:t>
      </w:r>
    </w:p>
    <w:p>
      <w:r>
        <w:rPr>
          <w:b w:val="0"/>
          <w:i w:val="0"/>
        </w:rPr>
        <w:t>I would drive Arthur and Hugo to some of the long distance championship shows along with my own dogs, and I knew Hugo very well. He was a kind, laid-back, biddable, gentleman of a dog who got on with everyone and everything. Certainly, although Arthur and Peggy had bred several Bradking champions over the years, Hugo was their dog of a lifetime.</w:t>
      </w:r>
    </w:p>
    <w:p>
      <w:r>
        <w:rPr>
          <w:b w:val="0"/>
          <w:i w:val="0"/>
        </w:rPr>
        <w:t>I can recall taking Hugo, and his litter brother Harvey, to some of their early Open shows around the Midlands. I found Hugo was a dream to handle and show, whilst brother, Harvey, would turn a deaf ear and insist on playing the fool, lying down or rolling on his back, which amused all the onlookers, but not me, because he would NOT get up! It certainly made me appreciate Hugo’s charms, and his will to please, even more.</w:t>
      </w:r>
    </w:p>
    <w:p>
      <w:r>
        <w:rPr>
          <w:b w:val="0"/>
          <w:i w:val="0"/>
        </w:rPr>
        <w:t>Hugo was Peg and Arthur’s last dog. Arthur is now in his 90s and I know this loss will leave a great hole in their lives. We send our thoughts, fond remembrances and utmost sympathy.</w:t>
      </w:r>
      <w:r>
        <w:br/>
      </w:r>
      <w:r>
        <w:rPr>
          <w:b w:val="0"/>
          <w:i w:val="0"/>
        </w:rPr>
        <w:br/>
        <w:t>The Scottish Kennel Club show was held at Ingleston, Edinburgh. Karl Gawthorpe judged an entry of 140 dogs and bitches. His CC winner and Best of Breed was Marion and David Hopkinson’s yearling yellow dog, Silver Suede over Rocheby, (Ahti Aspen of Finnwoods x Bridgeford Chrystal Clear), made up on the day. Many congratulations.</w:t>
      </w:r>
    </w:p>
    <w:p>
      <w:r>
        <w:rPr>
          <w:b w:val="0"/>
          <w:i w:val="0"/>
        </w:rPr>
        <w:t>The Allen family had a brilliant day. They won the Dog RCC with their yellow youngster, Allenies Mavarick (Allennies MacCallum x Allenies Graceful) and the Bitch CC with Allenies Jezzabel JW(Rocheby Old Smokey x Carromers Imogen of Allenie). The Bitch RCC was won by Noelene Dodd and Mrs Holt’s yellow, Eneleon Amber JW ShCM. (Cricklecreek Cruising Along x Trendlewood Ruby Tuesday). Best puppy was Carpenny Cleudo of Antonine owned by Linda McGillivray.</w:t>
      </w:r>
    </w:p>
    <w:p>
      <w:r>
        <w:rPr>
          <w:b w:val="0"/>
          <w:i w:val="0"/>
        </w:rPr>
        <w:t>Best wishes to Marlene Hepper, who I gather has had an operation in hospital. Get well soon, Marlene from all your friends.</w:t>
      </w:r>
    </w:p>
    <w:p>
      <w:r>
        <w:rPr>
          <w:b w:val="0"/>
          <w:i w:val="0"/>
        </w:rPr>
        <w:t>Midland Counties Labrador Retriever Club will be holding a 'Diamond Celebration Fun Day', on the 24th September 2006 at Elston Lodge Farm, Fosse Road, Elston, Newark, Notts, NG23 5PG (A46), by kind permission of Mrs Linda Mathews. Entries will be taken from 11.00a.m.and activities will start at 12.00 noon, consisting of a Match, a Scurry, Child Handling and 'Have - a - go' Agility. It will be free to enter, with all donations going to Labrador Rescue. There will also be a raffle (any donations of raffle prizes will be greatly appreciated) and refreshments will be available. For further information please ring Mandy Deane on 01522 788485.</w:t>
      </w:r>
    </w:p>
    <w:p>
      <w:r>
        <w:rPr>
          <w:b w:val="0"/>
          <w:i w:val="0"/>
        </w:rPr>
        <w:t>Allan Luty and Pauline Simpson send news of their niece, Charlotte Oldfield, another of our junior handlers. Charlotte started entering Junior Handling classes this year, with the young Labrador bitch, Gulsary Glenmorangie at Lakeabbey (Molly). They only began in January, when Charlotte was 7 and Molly was just twelve months old. They have now been awarded with their first YKC handling badge, for gaining 150 points from the classes they have entered at Open and Championship shows. Well done, what fun, we look forward to hearing of lots of success in the future, Charlotte.</w:t>
      </w:r>
    </w:p>
    <w:p>
      <w:r>
        <w:rPr>
          <w:b w:val="0"/>
          <w:i w:val="0"/>
        </w:rPr>
        <w:t>Mrs White from Wimborne, Dorset, had a wonderful day out with her yellow Labradors, at the Jersey Kennel Club Championship show where the judge was Anne Macdonald. She set out from Weymouth on the ferry to Jersey at 7am. The ferry takes 3 hours and she was in Jersey by 10am. Her Lembas Moonlight Sonata won Best of Breed and many trophys, but sadly these couldn’t be taken off the island. The cups could however be engraved with the winners name. What a lovely surprise, when a lady from Guernsey with Welsh Springer Spaniels paid £10 for all the engraving to be done, as a gift to a visitor to the island’s dog show. Mrs White was touched by the kindness shown by everyone throughout the day and would highly recommend a visit to the Jersey show to others in future. She also mentions that they caught a huge trout, which they cooked and ate for dinner!</w:t>
      </w:r>
    </w:p>
    <w:p>
      <w:r>
        <w:rPr>
          <w:b w:val="0"/>
          <w:i w:val="0"/>
        </w:rPr>
        <w:t>Ann Britton</w:t>
      </w:r>
      <w:r>
        <w:br/>
      </w:r>
      <w:r>
        <w:rPr>
          <w:b w:val="0"/>
          <w:i w:val="0"/>
        </w:rPr>
        <w:br/>
        <w:t>01989 720665</w:t>
      </w:r>
      <w:r>
        <w:br/>
      </w:r>
      <w:r>
        <w:rPr>
          <w:b w:val="0"/>
          <w:i w:val="0"/>
        </w:rPr>
        <w:br/>
        <w:t>email bowstones@btinternet.com</w:t>
      </w:r>
    </w:p>
    <w:p>
      <w:r>
        <w:rPr>
          <w:b w:val="0"/>
          <w:i w:val="0"/>
        </w:rPr>
        <w:t>Having just the two dogs and living where we do it is always a pleasure to attend Scottish shows. This August, however, we had a litter of 10 puppies and that ruled out attending SKC due to the possibility of infection. As one gets older it becomes apparent that breeding and rearing puppies does not get any easier. The puppy we have kept is definitely the loudest puppy overnight we have ever heard! He does more puddles, etc., in the kitchen than any puppy we have ever had. He gets stood on more than any puppy we have ever had. Phone calls from the owners of his litter mates tell us that the puppies hardly yelped overnight, seldom do anything inside, and are just perfect! What do they know that we don’t?</w:t>
      </w:r>
    </w:p>
    <w:p>
      <w:r>
        <w:rPr>
          <w:b w:val="0"/>
          <w:i w:val="0"/>
        </w:rPr>
        <w:t>It was good to hear most exhibitors seemed to enjoy SKC, especially the Allen family. First time championship show judge, Karl Gawthorpe awarded them the dog RCC with ALLENIE’S MAVERICK JW and later the Bitch CC with ALLENIE’S JEZZABEL JW. Star of the day, however, was the Hopkinson’s SILVER SUEDE OVER ROCHEBY, winning the dog CC and BOB. I think this makes him up. The Bitch RCC was Dodd and Holt’s ENELEON AMER JW. Best puppy was won by Linda McGillivray’s CARPENNY CLUDEO OF ANTONINE.</w:t>
      </w:r>
    </w:p>
    <w:p>
      <w:r>
        <w:rPr>
          <w:b w:val="0"/>
          <w:i w:val="0"/>
        </w:rPr>
        <w:t>Sadly Len Anthony has passed away. Len and his wife Margaret have not been around the rings for many years but they will be remembered for their beautiful yellow Sh Ch LLENMHAR GEMMA. Len served on the committee of the Labrador Club of Scotland for many years, and his funeral was attended by some of his old friends from the Labrador world in Scotland.</w:t>
      </w:r>
    </w:p>
    <w:p>
      <w:r>
        <w:rPr>
          <w:b w:val="0"/>
          <w:i w:val="0"/>
        </w:rPr>
        <w:t>Jim Nolan</w:t>
      </w:r>
      <w:r>
        <w:br/>
      </w:r>
      <w:r>
        <w:rPr>
          <w:b w:val="0"/>
          <w:i w:val="0"/>
        </w:rPr>
        <w:br/>
        <w:t>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