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- 22/02/2019 - ISSUE"</w:t>
      </w:r>
      <w:r>
        <w:br/>
      </w:r>
      <w:r>
        <w:rPr>
          <w:b w:val="0"/>
          <w:i w:val="0"/>
        </w:rPr>
        <w:br/>
        <w:t>date_original: "22/02/2019 - ISSUE"</w:t>
      </w:r>
      <w:r>
        <w:br/>
      </w:r>
      <w:r>
        <w:rPr>
          <w:b w:val="0"/>
          <w:i w:val="0"/>
        </w:rPr>
        <w:br/>
        <w:t>source_url: "https://www.ourdogs.co.uk/members/breednotes/RetrieverLabradorMain.php"</w:t>
      </w:r>
      <w:r>
        <w:br/>
      </w:r>
      <w:r>
        <w:rPr>
          <w:b w:val="0"/>
          <w:i w:val="0"/>
        </w:rPr>
        <w:br/>
        <w:t>scraped_at: "2026-09-13T15:20:58"</w:t>
      </w:r>
      <w:r>
        <w:br/>
      </w:r>
      <w:r>
        <w:rPr>
          <w:b w:val="0"/>
          <w:i w:val="0"/>
        </w:rPr>
        <w:br/>
        <w:t>word_count: 862</w:t>
      </w:r>
    </w:p>
    <w:p>
      <w:r>
        <w:t>――――――――――――――――――――――――――――――</w:t>
      </w:r>
    </w:p>
    <w:p>
      <w:r>
        <w:rPr>
          <w:b w:val="0"/>
          <w:i w:val="0"/>
        </w:rPr>
        <w:t>NEWS MEMBERS' AREA SHOP SUBSCRIBE UPCOMING SHOWS MORE</w:t>
      </w:r>
    </w:p>
    <w:p>
      <w:r>
        <w:rPr>
          <w:b w:val="0"/>
          <w:i w:val="0"/>
        </w:rPr>
        <w:t>RETRIEVER LABRADOR</w:t>
      </w:r>
    </w:p>
    <w:p>
      <w:r>
        <w:rPr>
          <w:b w:val="0"/>
          <w:i w:val="0"/>
        </w:rPr>
        <w:t>Issue: 22/02/2019</w:t>
      </w:r>
    </w:p>
    <w:p>
      <w:r>
        <w:rPr>
          <w:b w:val="0"/>
          <w:i w:val="0"/>
        </w:rPr>
        <w:t xml:space="preserve">Only a few weeks now to Crufts. Hopefully the 2019 outfits are chosen, the comfy shoes are worn in and everything is prepared, ready to go. </w:t>
      </w:r>
    </w:p>
    <w:p>
      <w:r>
        <w:rPr>
          <w:b w:val="0"/>
          <w:i w:val="0"/>
        </w:rPr>
        <w:t>Remember all entered Labradors must be healthy, clean, sweet smelling and turned out in sparkling condition as befits Crufts or in fact any Championship or Open show for that matter. Out of respect for the judges and ones own reputation, never forget, our exhibits are on show to the outside world: a world that does not necessarily approve of dog conformation and beauty shows.</w:t>
      </w:r>
    </w:p>
    <w:p>
      <w:r>
        <w:rPr>
          <w:b w:val="0"/>
          <w:i w:val="0"/>
        </w:rPr>
        <w:t>Preparation for our dog shows is no different from all livestock shows, including cattle, goat, or sheep shows. Most of the exhibits get a bath beforehand. I watched TV recently enthralled as Alpacas were being prepared for an agricultural show, so much care and attention from young and older handlers alike, demonstrating the exhibitors desire to maintain their reputation as good stockmen.</w:t>
      </w:r>
    </w:p>
    <w:p>
      <w:r>
        <w:rPr>
          <w:b w:val="0"/>
          <w:i w:val="0"/>
        </w:rPr>
        <w:t>I recall when I judged Crufts a few years ago, out of the near 300 beautifully presented bitches entered on the day, there were a memorable two or three Labradors that were just plain filthy and stank to high heaven.</w:t>
      </w:r>
    </w:p>
    <w:p>
      <w:r>
        <w:rPr>
          <w:b w:val="0"/>
          <w:i w:val="0"/>
        </w:rPr>
        <w:t>These poor animals were qualified, but certainly not presented in show condition. They were dirty and stained, with their coats crunchy and held together with filth. At the time I thought how long has this taken to build up? How can anyone live with this pong?</w:t>
      </w:r>
    </w:p>
    <w:p>
      <w:r>
        <w:rPr>
          <w:b w:val="0"/>
          <w:i w:val="0"/>
        </w:rPr>
        <w:t>I came to the conclusion that it must have taken a long time and possibly the owners were too busy, preoccupied with other things in life and had just become used to the horrible stink and sadly their friends didn't dare tell them.</w:t>
      </w:r>
    </w:p>
    <w:p>
      <w:r>
        <w:rPr>
          <w:b w:val="0"/>
          <w:i w:val="0"/>
        </w:rPr>
        <w:t>I still remember my shock and wondered why anyone should think it right or worth time and money to bring them to a beauty show in that state.</w:t>
      </w:r>
    </w:p>
    <w:p>
      <w:r>
        <w:rPr>
          <w:b w:val="0"/>
          <w:i w:val="0"/>
        </w:rPr>
        <w:t xml:space="preserve">As they approached me to be gone over, a strong horrid pong came with them, which receded as they moved away in their triangle, only to pervade the air once again as they returned. </w:t>
      </w:r>
    </w:p>
    <w:p>
      <w:r>
        <w:rPr>
          <w:b w:val="0"/>
          <w:i w:val="0"/>
        </w:rPr>
        <w:t xml:space="preserve">I was amazed. How could show-dogs smell like that? This wasn't accidental fox pooh, or from working in the field, it was plain, long term, dirty stinky dog. </w:t>
      </w:r>
    </w:p>
    <w:p>
      <w:r>
        <w:rPr>
          <w:b w:val="0"/>
          <w:i w:val="0"/>
        </w:rPr>
        <w:t>Horrible for those few dogs and horrid for the following exhibitor. I had to go back to the table and thoroughly cleanse my hands which were filthy, before considering touching another dog.</w:t>
      </w:r>
    </w:p>
    <w:p>
      <w:r>
        <w:rPr>
          <w:b w:val="0"/>
          <w:i w:val="0"/>
        </w:rPr>
        <w:t xml:space="preserve">I know when I was campaigning my dogs at shows years ago I was jokingly called the "clean lady", because my dogs and I were presented in pristine condition because for me, what's the point in qualifying any species, cow, horse, dog, and going to all the upheaval of getting to a show without correct preparation? </w:t>
      </w:r>
    </w:p>
    <w:p>
      <w:r>
        <w:rPr>
          <w:b w:val="0"/>
          <w:i w:val="0"/>
        </w:rPr>
        <w:t xml:space="preserve">So, hopefully, before Crufts, do remember, a thoroughly good grooming and maybe a bath might be in order but do make sure you allow at least a week before the show for the double coat to settle. Labradors are in Hall 5. </w:t>
      </w:r>
    </w:p>
    <w:p>
      <w:r>
        <w:rPr>
          <w:b w:val="0"/>
          <w:i w:val="0"/>
        </w:rPr>
        <w:t>Ring 29/30 - Retriever (Labrador) (D) Early Start 8.30 a.m.</w:t>
      </w:r>
    </w:p>
    <w:p>
      <w:r>
        <w:rPr>
          <w:b w:val="0"/>
          <w:i w:val="0"/>
        </w:rPr>
        <w:t>Ring 31/32 - Retriever (Labrador) (B) Early Start 8.00 a.m.</w:t>
      </w:r>
    </w:p>
    <w:p>
      <w:r>
        <w:rPr>
          <w:b w:val="0"/>
          <w:i w:val="0"/>
        </w:rPr>
        <w:t xml:space="preserve">The M42 leading to the NEC will be busy with commuter traffic, so allow plenty of extra time, plus even more time for the long walk from the distant carparks, unless you have purchased Drop Off for unloading on arrival at the door and then removing the vehicle to a distant park, to which you will have to walk at the end of the day, hence comfy shoes required. </w:t>
      </w:r>
    </w:p>
    <w:p>
      <w:r>
        <w:rPr>
          <w:b w:val="0"/>
          <w:i w:val="0"/>
        </w:rPr>
        <w:t>I write these notes each week on my iPad, which is forever infuriatingly changing the words I write into ones of its own preference, usually nothing to do with the topic. Such action could get one into big trouble if the replaced words go unnoticed and uncorrected. A pal sent me the following short poem which all those who use iPads will understand.</w:t>
      </w:r>
    </w:p>
    <w:p>
      <w:r>
        <w:rPr>
          <w:b w:val="0"/>
          <w:i w:val="0"/>
        </w:rPr>
        <w:t>Ode to the Spell Checker</w:t>
      </w:r>
    </w:p>
    <w:p>
      <w:r>
        <w:rPr>
          <w:b w:val="0"/>
          <w:i w:val="0"/>
        </w:rPr>
        <w:t>Eye halve a spelling chequer</w:t>
      </w:r>
    </w:p>
    <w:p>
      <w:r>
        <w:rPr>
          <w:b w:val="0"/>
          <w:i w:val="0"/>
        </w:rPr>
        <w:t>It came with my pea sea</w:t>
      </w:r>
    </w:p>
    <w:p>
      <w:r>
        <w:rPr>
          <w:b w:val="0"/>
          <w:i w:val="0"/>
        </w:rPr>
        <w:t>It plainly marques four my revue</w:t>
      </w:r>
    </w:p>
    <w:p>
      <w:r>
        <w:rPr>
          <w:b w:val="0"/>
          <w:i w:val="0"/>
        </w:rPr>
        <w:t>Miss steaks eye kin knot sea.</w:t>
      </w:r>
    </w:p>
    <w:p>
      <w:r>
        <w:rPr>
          <w:b w:val="0"/>
          <w:i w:val="0"/>
        </w:rPr>
        <w:t>Eye strike a key and type a word</w:t>
      </w:r>
    </w:p>
    <w:p>
      <w:r>
        <w:rPr>
          <w:b w:val="0"/>
          <w:i w:val="0"/>
        </w:rPr>
        <w:t>And weight four it two say</w:t>
      </w:r>
    </w:p>
    <w:p>
      <w:r>
        <w:rPr>
          <w:b w:val="0"/>
          <w:i w:val="0"/>
        </w:rPr>
        <w:t>Weather eye am wrong oar write</w:t>
      </w:r>
    </w:p>
    <w:p>
      <w:r>
        <w:rPr>
          <w:b w:val="0"/>
          <w:i w:val="0"/>
        </w:rPr>
        <w:t>It shows me strait a weigh.</w:t>
      </w:r>
    </w:p>
    <w:p>
      <w:r>
        <w:rPr>
          <w:b w:val="0"/>
          <w:i w:val="0"/>
        </w:rPr>
        <w:t>As soon as a mist ache is maid</w:t>
      </w:r>
    </w:p>
    <w:p>
      <w:r>
        <w:rPr>
          <w:b w:val="0"/>
          <w:i w:val="0"/>
        </w:rPr>
        <w:t>It nose bee fore two long</w:t>
      </w:r>
    </w:p>
    <w:p>
      <w:r>
        <w:rPr>
          <w:b w:val="0"/>
          <w:i w:val="0"/>
        </w:rPr>
        <w:t>And eye can put the error rite</w:t>
      </w:r>
    </w:p>
    <w:p>
      <w:r>
        <w:rPr>
          <w:b w:val="0"/>
          <w:i w:val="0"/>
        </w:rPr>
        <w:t>Its rare lea ever wrong.</w:t>
      </w:r>
    </w:p>
    <w:p>
      <w:r>
        <w:rPr>
          <w:b w:val="0"/>
          <w:i w:val="0"/>
        </w:rPr>
        <w:t>Eye have run this poem threw it</w:t>
      </w:r>
    </w:p>
    <w:p>
      <w:r>
        <w:rPr>
          <w:b w:val="0"/>
          <w:i w:val="0"/>
        </w:rPr>
        <w:t>I am shore your pleased two no</w:t>
      </w:r>
    </w:p>
    <w:p>
      <w:r>
        <w:rPr>
          <w:b w:val="0"/>
          <w:i w:val="0"/>
        </w:rPr>
        <w:t>Its letter perfect awl the weigh</w:t>
      </w:r>
    </w:p>
    <w:p>
      <w:r>
        <w:rPr>
          <w:b w:val="0"/>
          <w:i w:val="0"/>
        </w:rPr>
        <w:t>My chequer tolled me sew.</w:t>
      </w:r>
    </w:p>
    <w:p>
      <w:r>
        <w:rPr>
          <w:b w:val="0"/>
          <w:i w:val="0"/>
        </w:rPr>
        <w:t>Ann Britton</w:t>
      </w:r>
    </w:p>
    <w:p>
      <w:r>
        <w:rPr>
          <w:b w:val="0"/>
          <w:i w:val="0"/>
        </w:rPr>
        <w:t>01989720665</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