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- 19/08/2016 - ISSUE"</w:t>
      </w:r>
      <w:r>
        <w:br/>
      </w:r>
      <w:r>
        <w:rPr>
          <w:b w:val="0"/>
          <w:i w:val="0"/>
        </w:rPr>
        <w:br/>
        <w:t>date_original: "19/08/2016 - ISSUE"</w:t>
      </w:r>
      <w:r>
        <w:br/>
      </w:r>
      <w:r>
        <w:rPr>
          <w:b w:val="0"/>
          <w:i w:val="0"/>
        </w:rPr>
        <w:br/>
        <w:t>source_url: "https://www.ourdogs.co.uk/members/breednotes/RetrieverLabradorMain.php"</w:t>
      </w:r>
      <w:r>
        <w:br/>
      </w:r>
      <w:r>
        <w:rPr>
          <w:b w:val="0"/>
          <w:i w:val="0"/>
        </w:rPr>
        <w:br/>
        <w:t>scraped_at: "2026-09-13T15:28:09"</w:t>
      </w:r>
      <w:r>
        <w:br/>
      </w:r>
      <w:r>
        <w:rPr>
          <w:b w:val="0"/>
          <w:i w:val="0"/>
        </w:rPr>
        <w:br/>
        <w:t>word_count: 1254</w:t>
      </w:r>
    </w:p>
    <w:p>
      <w:r>
        <w:t>――――――――――――――――――――――――――――――</w:t>
      </w:r>
    </w:p>
    <w:p>
      <w:r>
        <w:rPr>
          <w:b w:val="0"/>
          <w:i w:val="0"/>
        </w:rPr>
        <w:t>NEWS MEMBERS' AREA SHOP SUBSCRIBE UPCOMING SHOWS MORE</w:t>
      </w:r>
    </w:p>
    <w:p>
      <w:r>
        <w:rPr>
          <w:b w:val="0"/>
          <w:i w:val="0"/>
        </w:rPr>
        <w:t>RETRIEVER LABRADOR</w:t>
      </w:r>
    </w:p>
    <w:p>
      <w:r>
        <w:rPr>
          <w:b w:val="0"/>
          <w:i w:val="0"/>
        </w:rPr>
        <w:t>Issue: 19/08/2016</w:t>
      </w:r>
    </w:p>
    <w:p>
      <w:r>
        <w:rPr>
          <w:b w:val="0"/>
          <w:i w:val="0"/>
        </w:rPr>
        <w:t>I was so sorry to learn that the Hon President of the Labrador Club of Scotland, Helen Steven of the well known and respected Rossbank kennels, built up over many years with her late husband John, had passed away on Wednesday 10 August 2016.</w:t>
      </w:r>
    </w:p>
    <w:p>
      <w:r>
        <w:rPr>
          <w:b w:val="0"/>
          <w:i w:val="0"/>
        </w:rPr>
        <w:t xml:space="preserve">The funeral will take place on Friday 19 August 2016 at Warriston Crematorium, Edinburgh, EH7 4HW, at 4pm. Family flowers only please.  All donations collected at the Crematorium will be donated to Kello Cottage Hospital, Biggar.  Registered Charity "Friends of Kello". </w:t>
      </w:r>
    </w:p>
    <w:p>
      <w:r>
        <w:rPr>
          <w:b w:val="0"/>
          <w:i w:val="0"/>
        </w:rPr>
        <w:t>Via Facebook Marion Hopkinson, of Rocheby Labradors and Chairman of Midland Counties Labrador Retriever Club summed the news up for those of us who had experienced the kindness and friendship of John and Helen Steven over many years . Marion wrote "What a sad day -- John and Helen were such stalwarts of our breed, always a smile and always kind and welcoming with a good humourous tale to tell, they had some wonderful dogs and many came down from their lovely champion Sandylands Clarence of Rossbank. Truly good people and the Labrador world is a much poorer place without them . David and Marion"</w:t>
      </w:r>
    </w:p>
    <w:p>
      <w:r>
        <w:rPr>
          <w:b w:val="0"/>
          <w:i w:val="0"/>
        </w:rPr>
        <w:t xml:space="preserve">Other dear friends added to the tributes. Linda McGillivray wrote "We were so sad to hear on Thursday morning that Helen Steven had passed away, we knew it was coming but it was still a shock. I met John &amp; Helen in 1980 &amp; we became great friends. We spent many super evenings at the puppy parties we all held when we each had a litter. With fantastic food &amp; a few Gins it was a great laugh. Now free of pain &amp; with your beloved John RIP Helen you were a lovely lady. </w:t>
      </w:r>
    </w:p>
    <w:p>
      <w:r>
        <w:rPr>
          <w:b w:val="0"/>
          <w:i w:val="0"/>
        </w:rPr>
        <w:t>And from Jim  and  Elise Nolan "Sad news of Helen Steven who has passed away. Having known Helen and her late husband John, and loved the friendship we shared since the 60s this is a very sad time for us. The Labrador Club of Scotland has lost a great friend."</w:t>
      </w:r>
    </w:p>
    <w:p>
      <w:r>
        <w:rPr>
          <w:b w:val="0"/>
          <w:i w:val="0"/>
        </w:rPr>
        <w:t>Another truly generous natured person lost from our midst. Our heartfelt condolences go to Helen and Johns  family.</w:t>
      </w:r>
    </w:p>
    <w:p>
      <w:r>
        <w:rPr>
          <w:b w:val="0"/>
          <w:i w:val="0"/>
        </w:rPr>
        <w:t>There follows an interesting piece regarding WSAVA vaccine guidelines.</w:t>
      </w:r>
    </w:p>
    <w:p>
      <w:r>
        <w:rPr>
          <w:b w:val="0"/>
          <w:i w:val="0"/>
        </w:rPr>
        <w:t>Now that kennels are being advised to accept titer tests in lieu of over-vaccination, it's worth noting the following paragraph from the WSAVA vaccine guidelines:</w:t>
      </w:r>
    </w:p>
    <w:p>
      <w:r>
        <w:rPr>
          <w:b w:val="0"/>
          <w:i w:val="0"/>
        </w:rPr>
        <w:t>"The presence of antibody (no matter what the titre) indicates protective immunity and immunological memory is present in that animal. Giving more frequent vaccines to animals in an attempt to increase antibody titre is a pointless exercise. It is impossible to create 'greater immunity' by attempting to increase an antibody titre."</w:t>
      </w:r>
    </w:p>
    <w:p>
      <w:r>
        <w:rPr>
          <w:b w:val="0"/>
          <w:i w:val="0"/>
        </w:rPr>
        <w:t>The take home message: once your dog is shown to be immune to the core viral diseases (distemper, parvo and adenovirus), then there is absolutely no need to revaccinate and risk allergic, autoimmune and neurological disease. Not even if you want your dog to go into a kennel."</w:t>
      </w:r>
    </w:p>
    <w:p>
      <w:r>
        <w:rPr>
          <w:b w:val="0"/>
          <w:i w:val="0"/>
        </w:rPr>
        <w:t>An article in the Telegraph last week points out that Home Insurance companies have stated those who advertise their absence from home on Facebook, which includes sending pictures from abroad whilst away, announcing you have arrived at such and such foreign airport, or stating you will be attending an event in future may well be invalidating their home insurance as such announcements have already proved to result in subsequent burglaries.</w:t>
      </w:r>
    </w:p>
    <w:p>
      <w:r>
        <w:rPr>
          <w:b w:val="0"/>
          <w:i w:val="0"/>
        </w:rPr>
        <w:t>Bournemouth championship show was judged by Caron Morton. There was an entry of 143 dogs and bitches. The winners were:-</w:t>
      </w:r>
    </w:p>
    <w:p>
      <w:r>
        <w:rPr>
          <w:b w:val="0"/>
          <w:i w:val="0"/>
        </w:rPr>
        <w:t xml:space="preserve">Dog CC Sharon Lamberts yellow Sh Ch Mattand Exodus JW </w:t>
      </w:r>
    </w:p>
    <w:p>
      <w:r>
        <w:rPr>
          <w:b w:val="0"/>
          <w:i w:val="0"/>
        </w:rPr>
        <w:t xml:space="preserve">Res Dog CC Miss C Jones black Hafnau Zebedee </w:t>
      </w:r>
    </w:p>
    <w:p>
      <w:r>
        <w:rPr>
          <w:b w:val="0"/>
          <w:i w:val="0"/>
        </w:rPr>
        <w:t>Bitch CC  and Best of Breed  Lennox and Morgans 19 months yellow Wilenmory Collabro , winning her crowning third CC on the day. Very many congratulations to you both on breeding your first champion Labrador always shown with such dignity. I am sure everyone is thrilled for you.</w:t>
      </w:r>
    </w:p>
    <w:p>
      <w:r>
        <w:rPr>
          <w:b w:val="0"/>
          <w:i w:val="0"/>
        </w:rPr>
        <w:t>Res Bitch CC was sussie abd Bonnie Wiles Dolehamhalt Dazzler Of Richbourne JW</w:t>
      </w:r>
    </w:p>
    <w:p>
      <w:r>
        <w:rPr>
          <w:b w:val="0"/>
          <w:i w:val="0"/>
        </w:rPr>
        <w:t>Best Puppy Sharon Lamberts bitch Mattand Excuse Me Sir</w:t>
      </w:r>
    </w:p>
    <w:p>
      <w:r>
        <w:rPr>
          <w:b w:val="0"/>
          <w:i w:val="0"/>
        </w:rPr>
        <w:t>Best Veteran winner was Brian and Trish Parrotts black Sh Ch Naiken Yelena At Lougin .</w:t>
      </w:r>
    </w:p>
    <w:p>
      <w:r>
        <w:rPr>
          <w:b w:val="0"/>
          <w:i w:val="0"/>
        </w:rPr>
        <w:t>The previous week at National Gundog Ch Show the 18 month old Bitch CC winner had won two classes, Yearling and Limit. In the challenge she stood in the Limit position in the line up, not in the Yearling position.</w:t>
      </w:r>
    </w:p>
    <w:p>
      <w:r>
        <w:rPr>
          <w:b w:val="0"/>
          <w:i w:val="0"/>
        </w:rPr>
        <w:t>Some discussion has taken place since then as to whom should / might be called in to challenge for the Reserve Challenge Certificate in such an instance. In this case only the second in Limit was called in by the judge, not the second in Yearling, which was the other class the CC winner had won.</w:t>
      </w:r>
    </w:p>
    <w:p>
      <w:r>
        <w:rPr>
          <w:b w:val="0"/>
          <w:i w:val="0"/>
        </w:rPr>
        <w:t xml:space="preserve">In fact, the judges decision is final and he/she can do what they like regarding whom to recall. He/she does not have to call any of the dogs placed second at all, but can award the RCC to only the first prize winners in the initial challenge. </w:t>
      </w:r>
    </w:p>
    <w:p>
      <w:r>
        <w:rPr>
          <w:b w:val="0"/>
          <w:i w:val="0"/>
        </w:rPr>
        <w:t xml:space="preserve">However should he wish to recall a second placed exhibit, that is also his/her free choice, and which seconds in particular are recalled are his/ her choice also. There is no set rule. </w:t>
      </w:r>
    </w:p>
    <w:p>
      <w:r>
        <w:rPr>
          <w:b w:val="0"/>
          <w:i w:val="0"/>
        </w:rPr>
        <w:t>We have all suffered from this , sometimes you are chosen, other times you hang around half a day only to find its all done and dusted and no one has been recalled other than the first prize winners. Yet we are all informally expected to "wait to the end to see" and woe betide if the 2nd placed animal is not in position to challenge for the RCC if called (as happened to me once at .Crufts when my bitch was still asleep on her bench, miles away. Well I hadn't expected the Graduate winner to take the Crufts CC. That was the last time I did the four minute mile!)</w:t>
      </w:r>
    </w:p>
    <w:p>
      <w:r>
        <w:rPr>
          <w:b w:val="0"/>
          <w:i w:val="0"/>
        </w:rPr>
        <w:t>A rule to the effect that in breeds averaging over 150 entries per championship show, all dogs placed second to the CC winner in as many classes as the CC winner has won must be called in to be considered for the RCC, might be something the Labrador Breed Council could discuss and forward to the KC  if they feel it appropriate.</w:t>
      </w:r>
    </w:p>
    <w:p>
      <w:r>
        <w:rPr>
          <w:b w:val="0"/>
          <w:i w:val="0"/>
        </w:rPr>
        <w:t xml:space="preserve">However whilst this stipulation might satisfy some, it could be annoying and cause unnecessary delays to other exhibitors too. </w:t>
      </w:r>
    </w:p>
    <w:p>
      <w:r>
        <w:rPr>
          <w:b w:val="0"/>
          <w:i w:val="0"/>
        </w:rPr>
        <w:t>Say for example the CC winner comes from a class where only two dogs are present in the class. One is top CC quality, the other one pure, much loved pet quality. Out of kindness the judge does not withhold from the second dog as it is a non qualifying class. However  if there was a fixed rule it would mean that this pet dog which had won 2nd out of two, whose owners only came for a morning out would be expected to stay right to the end of the day to stand in the challenge looking somewhat outclassed.  An interesting topic. Do make your thoughts clear to your breed club representatives.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