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- 11 Aug 2006"</w:t>
      </w:r>
      <w:r>
        <w:br/>
      </w:r>
      <w:r>
        <w:rPr>
          <w:b w:val="0"/>
          <w:i w:val="0"/>
        </w:rPr>
        <w:br/>
        <w:t>date_original: "11 Aug 2006"</w:t>
      </w:r>
      <w:r>
        <w:br/>
      </w:r>
      <w:r>
        <w:rPr>
          <w:b w:val="0"/>
          <w:i w:val="0"/>
        </w:rPr>
        <w:br/>
        <w:t>source_url: "https://www.ourdogs.co.uk/members/breednotes/2006/RetrieverLabrador/RetrieverLabrador-aug11.htm"</w:t>
      </w:r>
      <w:r>
        <w:br/>
      </w:r>
      <w:r>
        <w:rPr>
          <w:b w:val="0"/>
          <w:i w:val="0"/>
        </w:rPr>
        <w:br/>
        <w:t>archive_type: "static_html"</w:t>
      </w:r>
      <w:r>
        <w:br/>
      </w:r>
      <w:r>
        <w:rPr>
          <w:b w:val="0"/>
          <w:i w:val="0"/>
        </w:rPr>
        <w:br/>
        <w:t>scraped_at: "2026-09-13T22:08:51"</w:t>
      </w:r>
      <w:r>
        <w:br/>
      </w:r>
      <w:r>
        <w:rPr>
          <w:b w:val="0"/>
          <w:i w:val="0"/>
        </w:rPr>
        <w:br/>
        <w:t>word_count: 1327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There were no championship shows during the last weekend of July, but there were two very notable events which took place instead.</w:t>
      </w:r>
    </w:p>
    <w:p>
      <w:r>
        <w:rPr>
          <w:b w:val="0"/>
          <w:i w:val="0"/>
        </w:rPr>
        <w:t>There was a wonderful party held at the Sandylands kennels, most generously hosted by Erica Jayes (Sandylands) and Alan Taylor (Belroyd corgis) celebrating the memory of the late Gwen Broadley, (who I believe, would have been 100 years old this year), and the great successes of both kennels over many years. Friends from home and abroad attended the party.</w:t>
      </w:r>
    </w:p>
    <w:p>
      <w:r>
        <w:rPr>
          <w:b w:val="0"/>
          <w:i w:val="0"/>
        </w:rPr>
        <w:t>The other event was the brilliant, annual two-day Gundog Training weekend held at the Warringah kennels.</w:t>
      </w:r>
    </w:p>
    <w:p>
      <w:r>
        <w:rPr>
          <w:b w:val="0"/>
          <w:i w:val="0"/>
        </w:rPr>
        <w:t>David and Carole Coode hosted a tremendously informative and enjoyable at their lovely home, set in the rolling Herefordshire countryside. The weather was glorious, not too hot nor too cold. The trainers for the weekend were Joy Venturi Rose and her husband Chris. Students from the showing world came from far and wide for the course, and were accommodated overnight in local B and Bs. Carole Coode and friends, Di Hammond and Irene Collins set out the mid-day and mid-afternoon food sustenance; a welcome break and a sit-down, at brightly covered tables in the barn, being enjoyed by all. On the evening of the first day’s training, there was a most enjoyable dinner at one of the local Herefordshire good food restaurants, attended by students, their friends, plus welcome visitors from abroad.</w:t>
      </w:r>
    </w:p>
    <w:p>
      <w:r>
        <w:rPr>
          <w:b w:val="0"/>
          <w:i w:val="0"/>
        </w:rPr>
        <w:t>Diana Stevens, one of the students at the weekend writes the following lovely account of a truly memorable weekend:</w:t>
      </w:r>
    </w:p>
    <w:p>
      <w:r>
        <w:rPr>
          <w:b w:val="0"/>
          <w:i w:val="0"/>
        </w:rPr>
        <w:t>“A two-day Gundog training weekend was run at Warringah Valley View hosted by the Coodes on the weekend of 29th and 30th of July. I attended the first one they ran last year and was thrilled to be invited back again. The generosity of allowing a bunch of trainees plus dogs and vehicles to tramp all over your farm for two days is without measure and the idea of the weekend being aimed at people with showbred dogs to bring out their (often hidden) natural instincts and talents is both facinating and hugely beneficial. I'm sure many went being entirely unsure as to if their dogs would do a single thing asked of them, in fact I KNOW many did, but every single one I believe came home thrilled with their unexpectedly rapid progress.</w:t>
      </w:r>
    </w:p>
    <w:p>
      <w:r>
        <w:rPr>
          <w:b w:val="0"/>
          <w:i w:val="0"/>
        </w:rPr>
        <w:t>Our trainers were Joy Venturi Rose and Chris Rose, talented and sympathetic trainers who really understand training show-bred dogs and/or novice handlers. Chris, as ever was very patient and infinitely good humoured, Joy was fantastic at drawing out the upper end of everyone’s abilities and brilliant at explaining exactly WHY certain things were concentrated upon and repeated before any further steps forward can be taken.</w:t>
      </w:r>
    </w:p>
    <w:p>
      <w:r>
        <w:rPr>
          <w:b w:val="0"/>
          <w:i w:val="0"/>
        </w:rPr>
        <w:t>The Coodes have a perfect piece of land for such a weekend. With water, jumps, a small wood for hunting work and open fields we were well catered for, and talking of catering, Carole and her team of helpers produced wonderful lunches and teas with home made cakes (the banana cake was a taste sensation!) and we were all so grateful for all her efforts.</w:t>
      </w:r>
    </w:p>
    <w:p>
      <w:r>
        <w:rPr>
          <w:b w:val="0"/>
          <w:i w:val="0"/>
        </w:rPr>
        <w:t>The weather was fantastic. Two days of almost unbroken good weather with the odd bit of cloud cover blessed us. I think probably many of the 18 trainees were very nervous at the start of the first day. Some were very genuinely having their first bash at gundog training, often with young dogs who only had a basic grasp of obedience. Lying on the grass in the sun, watching beautifully constructed show dogs blossom from confusion on the first day into confidence on the second at what they were being asked was a absolute treat to behold. Another treat, being a delicious and quite noisy night out on the Saturday evening at a lovely country pub near to the Coodes. Having booked into that particular pub to stay, I fully admit to being one of the noisier ones! I also admit to my handling being a little less effective for the first few hours of Sunday morning because of it!</w:t>
      </w:r>
    </w:p>
    <w:p>
      <w:r>
        <w:rPr>
          <w:b w:val="0"/>
          <w:i w:val="0"/>
        </w:rPr>
        <w:t>The weekend is so much more than a social event (whilst being a fantastic one at that!). There were so many faces from the show circuit attending over the two days, many of them established championship show judges, some up and coming kennels for the future, all with a shared love of bringing out the working side of our dogs. I'm sure many who never trained before will go on to do more, and those who may not, will at least now have dogs who are clearer in their understanding of good manners. It was wonderful to watch all 18 dogs mingle, chat and play together all weekend without a grumble between any of them.</w:t>
      </w:r>
    </w:p>
    <w:p>
      <w:r>
        <w:rPr>
          <w:b w:val="0"/>
          <w:i w:val="0"/>
        </w:rPr>
        <w:t>My own youngster really surprised me as I took him considering him possibly the 'special needs child' of the group and he was, in fact a little star, so I was thrilled with his progress. I can only hope this becomes a regular feature of the Labrador calendar and send huge thanks to everyone involved in making it run so smoothly. Diana Stevens (Wylanbriar)”</w:t>
      </w:r>
    </w:p>
    <w:p>
      <w:r>
        <w:rPr>
          <w:b w:val="0"/>
          <w:i w:val="0"/>
        </w:rPr>
        <w:t>Many thanks, Diana, for this lovely account. It truly was a memorable weekend, hopefully to be repeated next year.</w:t>
      </w:r>
    </w:p>
    <w:p>
      <w:r>
        <w:rPr>
          <w:b w:val="0"/>
          <w:i w:val="0"/>
        </w:rPr>
        <w:t>Amanda Stewart writes with news of daughter, Katie who won the Junior Handler Class 6-11 under judge Kirsty Miller out of a class of 11 at Hereford &amp; County Kennel Society Open Show at Malvern. Katie then challenged the winner of the 12-16 class for the challenge of Best Junior Handler, and won. Hooray! As Mum says, “Katie and Molly are really enjoying competing and are such a good team together.” which is what its all about; training the youngsters in an extremely enjoyable pastime.</w:t>
      </w:r>
    </w:p>
    <w:p>
      <w:r>
        <w:rPr>
          <w:b w:val="0"/>
          <w:i w:val="0"/>
        </w:rPr>
        <w:t>Ann Britton tel: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