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Dec 2009"</w:t>
      </w:r>
      <w:r>
        <w:br/>
      </w:r>
      <w:r>
        <w:rPr>
          <w:b w:val="0"/>
          <w:i w:val="0"/>
        </w:rPr>
        <w:br/>
        <w:t>date_original: "11 Dec 2009"</w:t>
      </w:r>
      <w:r>
        <w:br/>
      </w:r>
      <w:r>
        <w:rPr>
          <w:b w:val="0"/>
          <w:i w:val="0"/>
        </w:rPr>
        <w:br/>
        <w:t>source_url: "https://www.ourdogs.co.uk/members/breednotes/2009/RetrieverLabrador/RetrieverLabrador-dec11.htm"</w:t>
      </w:r>
      <w:r>
        <w:br/>
      </w:r>
      <w:r>
        <w:rPr>
          <w:b w:val="0"/>
          <w:i w:val="0"/>
        </w:rPr>
        <w:br/>
        <w:t>archive_type: "static_html"</w:t>
      </w:r>
      <w:r>
        <w:br/>
      </w:r>
      <w:r>
        <w:rPr>
          <w:b w:val="0"/>
          <w:i w:val="0"/>
        </w:rPr>
        <w:br/>
        <w:t>scraped_at: "2026-09-13T22:01:48"</w:t>
      </w:r>
      <w:r>
        <w:br/>
      </w:r>
      <w:r>
        <w:rPr>
          <w:b w:val="0"/>
          <w:i w:val="0"/>
        </w:rPr>
        <w:br/>
        <w:t>word_count: 1057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David and Carole Coode, Warringah Labradors, who, as Accredited Breeders, have been awarded the Accolade for Excellence by the Kennel Club. This is a new award for Accredited Breeders whom the Kennel Club regards as setting exemplary standards in dog breeding. David and Carole’s kennel are amongst twelve kennels covering various breeds. Theirs is the only Labrador kennel as yet to be chosen. Members are selected for their extensive breeding experience and for their commitment to dog health and welfare.</w:t>
      </w:r>
    </w:p>
    <w:p>
      <w:r>
        <w:rPr>
          <w:b w:val="0"/>
          <w:i w:val="0"/>
        </w:rPr>
        <w:t>Bill Lambert, KC Health and Breeder Services Manager has said “The Accolade of Excellence is a new award that really sets the standard that we would like other breeders to follow. Kennel Club Accredited Breeders all agree to put the health and welfare of their dogs first and foremost, but those who have been given this accolade stand out in particular for their outstanding contribution to the dog world. We are very proud to have these great breeders as members of the Accredited Breeder Scheme and they are fully deserving of the accolade.</w:t>
      </w:r>
    </w:p>
    <w:p>
      <w:r>
        <w:rPr>
          <w:b w:val="0"/>
          <w:i w:val="0"/>
        </w:rPr>
        <w:t>The Accolade of Excellence is normally awarded to Kennel Club Accredited Breeders, who already qualify for the three existing accolades, (established breeders, membership of a breed club and breeder of animals qualifying for the Stud Book). All of the selected kennels will also have had a successful visit from an Accredited Breeder Advisor and have bred five or more British champions (any discipline). Those who received the Accolade of Excellence are made honorary members of the Kennel Club Accredited Breeder Scheme for five years.</w:t>
      </w:r>
    </w:p>
    <w:p>
      <w:r>
        <w:rPr>
          <w:b w:val="0"/>
          <w:i w:val="0"/>
        </w:rPr>
        <w:t>The continued development of the Kennel Club Accredited Breeder Scheme comes as the Kennel Club prepares to hand a petition into the government on Tuesday 1 December, which urges it to make the principles and standards expected of Accredited Breeders compulsory throughout the country. This would mean that anybody who does not follow responsible breeding practice, whether they breed pedigrees or cross breeds and whether they register with the Kennel Club or not, would be unable to sell puppies within the law.</w:t>
      </w:r>
    </w:p>
    <w:p>
      <w:r>
        <w:rPr>
          <w:b w:val="0"/>
          <w:i w:val="0"/>
        </w:rPr>
        <w:t>Whilst Christmas approaches and it is cold and chilly outside, spare a thought for the old, slightly deaf Labrador, hopefully living a comfy life in a warm kitchen as his twilight years pass by. I, like many of you I am sure, have experienced the gentle old dog who barks to himself for no apparent reason, save his aged hearing is faulty. I am sure many will feel empathy with the following words of this charming poem.</w:t>
      </w:r>
    </w:p>
    <w:p>
      <w:r>
        <w:rPr>
          <w:b w:val="0"/>
          <w:i w:val="0"/>
        </w:rPr>
        <w:t>“The Old Dog” based on a poem by Joyce Stranger</w:t>
      </w:r>
      <w:r>
        <w:br/>
      </w:r>
      <w:r>
        <w:rPr>
          <w:b w:val="0"/>
          <w:i w:val="0"/>
        </w:rPr>
        <w:br/>
        <w:t>I remember sounds and whoops, and calls and whistles;</w:t>
      </w:r>
      <w:r>
        <w:br/>
      </w:r>
      <w:r>
        <w:rPr>
          <w:b w:val="0"/>
          <w:i w:val="0"/>
        </w:rPr>
        <w:br/>
        <w:t>The gentle voice that praised and taught me how to play.</w:t>
      </w:r>
      <w:r>
        <w:br/>
      </w:r>
      <w:r>
        <w:rPr>
          <w:b w:val="0"/>
          <w:i w:val="0"/>
        </w:rPr>
        <w:br/>
        <w:t>I remember busy dog shows; the claps, the cheers, the laughter;</w:t>
      </w:r>
      <w:r>
        <w:br/>
      </w:r>
      <w:r>
        <w:rPr>
          <w:b w:val="0"/>
          <w:i w:val="0"/>
        </w:rPr>
        <w:br/>
        <w:t>The soft commands she gave me, to help me on my way.</w:t>
      </w:r>
    </w:p>
    <w:p>
      <w:r>
        <w:rPr>
          <w:b w:val="0"/>
          <w:i w:val="0"/>
        </w:rPr>
        <w:t>It's strange those lips are silent now, although I see them moving,</w:t>
      </w:r>
      <w:r>
        <w:br/>
      </w:r>
      <w:r>
        <w:rPr>
          <w:b w:val="0"/>
          <w:i w:val="0"/>
        </w:rPr>
        <w:br/>
        <w:t>As if that mouth were speaking still, but words, I cannot hear.</w:t>
      </w:r>
      <w:r>
        <w:br/>
      </w:r>
      <w:r>
        <w:rPr>
          <w:b w:val="0"/>
          <w:i w:val="0"/>
        </w:rPr>
        <w:br/>
        <w:t>The world is quiet, the wind moves, yet I cannot hear it shrieking,</w:t>
      </w:r>
      <w:r>
        <w:br/>
      </w:r>
      <w:r>
        <w:rPr>
          <w:b w:val="0"/>
          <w:i w:val="0"/>
        </w:rPr>
        <w:br/>
        <w:t>This silent world around me has become a place to fear.</w:t>
      </w:r>
    </w:p>
    <w:p>
      <w:r>
        <w:rPr>
          <w:b w:val="0"/>
          <w:i w:val="0"/>
        </w:rPr>
        <w:t>But she is still beside me, her soft hands stroke me gently,</w:t>
      </w:r>
      <w:r>
        <w:br/>
      </w:r>
      <w:r>
        <w:rPr>
          <w:b w:val="0"/>
          <w:i w:val="0"/>
        </w:rPr>
        <w:br/>
        <w:t>They clearly give me signals; I watch and understand.</w:t>
      </w:r>
      <w:r>
        <w:br/>
      </w:r>
      <w:r>
        <w:rPr>
          <w:b w:val="0"/>
          <w:i w:val="0"/>
        </w:rPr>
        <w:br/>
        <w:t>I creep up close beside her and lean against her, loving,</w:t>
      </w:r>
      <w:r>
        <w:br/>
      </w:r>
      <w:r>
        <w:rPr>
          <w:b w:val="0"/>
          <w:i w:val="0"/>
        </w:rPr>
        <w:br/>
        <w:t>My only comfort lately the touch of her dear hand.</w:t>
      </w:r>
    </w:p>
    <w:p>
      <w:r>
        <w:rPr>
          <w:b w:val="0"/>
          <w:i w:val="0"/>
        </w:rPr>
        <w:t>The bond we forged between us, when I was but a puppy</w:t>
      </w:r>
      <w:r>
        <w:br/>
      </w:r>
      <w:r>
        <w:rPr>
          <w:b w:val="0"/>
          <w:i w:val="0"/>
        </w:rPr>
        <w:br/>
        <w:t>Has taught me I can trust her, and although I am now old,</w:t>
      </w:r>
      <w:r>
        <w:br/>
      </w:r>
      <w:r>
        <w:rPr>
          <w:b w:val="0"/>
          <w:i w:val="0"/>
        </w:rPr>
        <w:br/>
        <w:t>She loves me still and needs me, and if I ask for stroking,</w:t>
      </w:r>
      <w:r>
        <w:br/>
      </w:r>
      <w:r>
        <w:rPr>
          <w:b w:val="0"/>
          <w:i w:val="0"/>
        </w:rPr>
        <w:br/>
        <w:t>Her hands caress me gently; my quiet world feels less cold.</w:t>
      </w:r>
    </w:p>
    <w:p>
      <w:r>
        <w:rPr>
          <w:b w:val="0"/>
          <w:i w:val="0"/>
        </w:rPr>
        <w:t>The silence is bemusing. I do not hear the barking.</w:t>
      </w:r>
      <w:r>
        <w:br/>
      </w:r>
      <w:r>
        <w:rPr>
          <w:b w:val="0"/>
          <w:i w:val="0"/>
        </w:rPr>
        <w:br/>
        <w:t>Although I bark a lot myself, it falls on quiet air.</w:t>
      </w:r>
      <w:r>
        <w:br/>
      </w:r>
      <w:r>
        <w:rPr>
          <w:b w:val="0"/>
          <w:i w:val="0"/>
        </w:rPr>
        <w:br/>
        <w:t>The busy world in which I lived is full of silent people</w:t>
      </w:r>
      <w:r>
        <w:br/>
      </w:r>
      <w:r>
        <w:rPr>
          <w:b w:val="0"/>
          <w:i w:val="0"/>
        </w:rPr>
        <w:br/>
        <w:t>They cannot understand me now, nor do they seem to care.</w:t>
      </w:r>
    </w:p>
    <w:p>
      <w:r>
        <w:rPr>
          <w:b w:val="0"/>
          <w:i w:val="0"/>
        </w:rPr>
        <w:t>Once I was a puppy and people stroked and loved me</w:t>
      </w:r>
      <w:r>
        <w:br/>
      </w:r>
      <w:r>
        <w:rPr>
          <w:b w:val="0"/>
          <w:i w:val="0"/>
        </w:rPr>
        <w:br/>
        <w:t>Now they see me coming, and quickly turn away.</w:t>
      </w:r>
      <w:r>
        <w:br/>
      </w:r>
      <w:r>
        <w:rPr>
          <w:b w:val="0"/>
          <w:i w:val="0"/>
        </w:rPr>
        <w:br/>
        <w:t>I have to bear their silence, but how I miss the friendship,</w:t>
      </w:r>
      <w:r>
        <w:br/>
      </w:r>
      <w:r>
        <w:rPr>
          <w:b w:val="0"/>
          <w:i w:val="0"/>
        </w:rPr>
        <w:br/>
        <w:t>My only treasured moments, the hands that soothe each day.</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