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 Mar 2006"</w:t>
      </w:r>
      <w:r>
        <w:br/>
      </w:r>
      <w:r>
        <w:rPr>
          <w:b w:val="0"/>
          <w:i w:val="0"/>
        </w:rPr>
        <w:br/>
        <w:t>date_original: "3 Mar 2006"</w:t>
      </w:r>
      <w:r>
        <w:br/>
      </w:r>
      <w:r>
        <w:rPr>
          <w:b w:val="0"/>
          <w:i w:val="0"/>
        </w:rPr>
        <w:br/>
        <w:t>source_url: "https://www.ourdogs.co.uk/members/breednotes/2006/RetrieverLabrador/RetrieverLabrador-mar3.htm"</w:t>
      </w:r>
      <w:r>
        <w:br/>
      </w:r>
      <w:r>
        <w:rPr>
          <w:b w:val="0"/>
          <w:i w:val="0"/>
        </w:rPr>
        <w:br/>
        <w:t>archive_type: "static_html"</w:t>
      </w:r>
      <w:r>
        <w:br/>
      </w:r>
      <w:r>
        <w:rPr>
          <w:b w:val="0"/>
          <w:i w:val="0"/>
        </w:rPr>
        <w:br/>
        <w:t>scraped_at: "2026-09-13T22:10:16"</w:t>
      </w:r>
      <w:r>
        <w:br/>
      </w:r>
      <w:r>
        <w:rPr>
          <w:b w:val="0"/>
          <w:i w:val="0"/>
        </w:rPr>
        <w:br/>
        <w:t>word_count: 1896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Many thanks to all those who have telephoned, sent cards, flowers and good wishes following my husband, George’s recent spell in hospital. Happily, he is now home, improving day by day and looking forward to attending some shows once spring comes along.</w:t>
      </w:r>
    </w:p>
    <w:p>
      <w:r>
        <w:rPr>
          <w:b w:val="0"/>
          <w:i w:val="0"/>
        </w:rPr>
        <w:t>In what must surely register as one of my worst weeks ever, whilst George was in hospital, here a new radiator had burst upstairs and flooded part of the house upstairs and down, leaving much renovation work to be carried out over the next few months. As if we hadn’t had enough grief, the following day I finally had to have dear Sh Ch Bowstones Susanna put to sleep. She was such an extra special girl, and had lived a long, healthy, happy and active life until just a few weeks ago. A loyal companion, she won 5 CCs, 1BOB and 3RCCs and was then retired so I could bring on the next generation, her daughter by Ch Bowstones Carruthers, the black bitch, Sh Ch Bowstones Martha Black winner of 4CCs, 3 BOBs, 3 RCCs and a Group 3.</w:t>
      </w:r>
    </w:p>
    <w:p>
      <w:r>
        <w:rPr>
          <w:b w:val="0"/>
          <w:i w:val="0"/>
        </w:rPr>
        <w:t>Susanna lives on through her great- grandson, Llanstinan Buzby Bowstones JW, winner of 1CC and 5RCCs. She rests in a sunny corner of our paddock, much treasured and never to be forgotten.</w:t>
      </w:r>
    </w:p>
    <w:p>
      <w:r>
        <w:rPr>
          <w:b w:val="0"/>
          <w:i w:val="0"/>
        </w:rPr>
        <w:t>I understand that Brian Lowe (Raybooth), has had a fall and has also been in hospital. We send him our very best wishes for a speedy recovery.</w:t>
      </w:r>
    </w:p>
    <w:p>
      <w:r>
        <w:rPr>
          <w:b w:val="0"/>
          <w:i w:val="0"/>
        </w:rPr>
        <w:t>Driffield Championship Show will be held during the first week of October 2006 at Wetherby Racecourse, just off the A1.</w:t>
      </w:r>
    </w:p>
    <w:p>
      <w:r>
        <w:rPr>
          <w:b w:val="0"/>
          <w:i w:val="0"/>
        </w:rPr>
        <w:t>Cotswold and Wyevern LRC held their Open show at Norton Village Hall, Nr Worcester. The judge was Mrs E Matulla, (Dolwen). Best in Show was Vic and Janet Cole’s yellow Sh Ch Stajantors Robin. Lunch was extremely enjoyable, as ever, thanks to the hardworking team of committee members in the kitchen.</w:t>
      </w:r>
    </w:p>
    <w:p>
      <w:r>
        <w:rPr>
          <w:b w:val="0"/>
          <w:i w:val="0"/>
        </w:rPr>
        <w:t>News from Noelene Dodd. “My new baby Eneleon Loch Morrie (Cricklecrek Cruising Along x Eneleon Quial), had his first show at which he went BP and then won the Gundog Puppy Group. Eneleon Amber JW ShCM was BOB and won the Gundog Group. A lovely double for our lovely breed.</w:t>
      </w:r>
    </w:p>
    <w:p>
      <w:r>
        <w:rPr>
          <w:b w:val="0"/>
          <w:i w:val="0"/>
        </w:rPr>
        <w:t>June Cooper, Area-Co-Ordinator of Labrador Rescue SE and Central writes “Labrador Rescue South East and Central will, as usual be setting up their stall at the East Anglian Labrador Club Championship Show. This will be on Saturday March 4th at Wood Green Animal Shelter, Godmanchester and as always we are very grateful to the Committee for giving us this opportunity. The charity rehomed in excess of 500 Labradors last year. This is a lot of dogs. We have a wonderful team of helpers without whom we could not cope, and together with the added support of generous donations, we are very proud of our record.</w:t>
      </w:r>
    </w:p>
    <w:p>
      <w:r>
        <w:rPr>
          <w:b w:val="0"/>
          <w:i w:val="0"/>
        </w:rPr>
        <w:t>I am hoping that yet again, I can ask you as exhibitors and visitors to the show, to remember us when packing your show bags to maybe add a little something for our stall? Every little helps. The charity has had to find considerable sums of money again this past year for veterinary fees, kennelling bills and so on. Many of our rescued dogs have needed treatment before they could be rehomed, and with vets fees as they are at present this puts a great strain on the resources.</w:t>
      </w:r>
    </w:p>
    <w:p>
      <w:r>
        <w:rPr>
          <w:b w:val="0"/>
          <w:i w:val="0"/>
        </w:rPr>
        <w:t>Fortunately many of the vets allow us a discount for rescued dogs which is a great help, but we often have to give support to the new owners if the dogs come with an on going problem, and they often do.</w:t>
      </w:r>
    </w:p>
    <w:p>
      <w:r>
        <w:rPr>
          <w:b w:val="0"/>
          <w:i w:val="0"/>
        </w:rPr>
        <w:t>Between now and March 4th please have a "sort out" and bring us some donations for the stall. Alongside our bric-a-brac stall we will have a selection of new products which are always popular. Looking forward to seeing you and hoping you all have a good day.</w:t>
      </w:r>
    </w:p>
    <w:p>
      <w:r>
        <w:rPr>
          <w:b w:val="0"/>
          <w:i w:val="0"/>
        </w:rPr>
        <w:t>Allen Parton’s wonder assistance dog Endal has been in the national newspapers yet again, complete with a photograph of him in the Daily Telegraph, loading Allen’s credit card into a chip and pin machine when out shopping. Allen enclosed the following article about his beloved companion for our enjoyment :- That famous saying that "you can't teach an old dog new tricks" is not one you could easily apply to ten year old Labrador Endal. “Super dog” Endal has once again conquered modern technology as though born to it. With his usual enthusiasm he nonchalantly uses the Chip and Pin machine when shopping with his disabled partner, Royal Navy Gulf War veteran Allen Parton.</w:t>
      </w:r>
    </w:p>
    <w:p>
      <w:r>
        <w:rPr>
          <w:b w:val="0"/>
          <w:i w:val="0"/>
        </w:rPr>
        <w:t>“What can I say?” says Allen, “At 10 years old Endal still amazes me with his ability to do things that dogs don’t usually do!”</w:t>
      </w:r>
    </w:p>
    <w:p>
      <w:r>
        <w:rPr>
          <w:b w:val="0"/>
          <w:i w:val="0"/>
        </w:rPr>
        <w:t>Previously, Endal’s role at the supermarket checkout was to unload the basket (which he had just filled) onto the conveyor, and then to use Allen’s wallet to pay the assistant, collect the wallet, and make sure he returned it to Allen. But with the introduction of Chip and Pin that is no longer his task. Allen says “Stretching from the wheelchair to put my card in the machine is painful, and my involuntary shaking makes it difficult and embarrassing in front of a long queue of people”. So Endal has come to the rescue and learnt to put the card in the machine and remove it at the end of the transaction. Allen only has to key in the number. “I’m sure Endal could learn to do that too”, says Allen, “but then I would be redundant so I’ll not tell him my pin code just yet”.</w:t>
      </w:r>
    </w:p>
    <w:p>
      <w:r>
        <w:rPr>
          <w:b w:val="0"/>
          <w:i w:val="0"/>
        </w:rPr>
        <w:t>Clanfield's Coop store manager Mr Paul Bailey said "we are all now so used to seeing Allen and Endal coming into the store most days and going about their shopping. It really is truly awe-inspiring to watch this partnership at work and it is something the store's staff never tire of witnessing as Endal conducts his work with such dedication and professionalism. Gently taking items off the shelves and filling Allen's shopping basket with pin-point accuracy, as they proceed up and down the aisles. With faithful Endal at his side Allen is able to shop totally independently and the only time we ever have to help is if something they want is on a high shelf.</w:t>
      </w:r>
    </w:p>
    <w:p>
      <w:r>
        <w:rPr>
          <w:b w:val="0"/>
          <w:i w:val="0"/>
        </w:rPr>
        <w:t>We have always prided ourselves on the service that we provide to our disabled customers and because of that we welcome all assistance dogs to our store. Endal has become a firm favourite with all our staff and customers young and old, his enabling skills are humbling and his ability to aid Allen to shop at our store is just so incredible.</w:t>
      </w:r>
    </w:p>
    <w:p>
      <w:r>
        <w:rPr>
          <w:b w:val="0"/>
          <w:i w:val="0"/>
        </w:rPr>
        <w:t>We all know and have heard about Endal's amazing ability to be able to operate a cashpoint machine, without being taught to do so, by putting the card into the machine (still the only dog in the world to be able to do this) and then taking the money, card and receipt out and passing it all to Allen. We have all witnessed this for ourselves at the stores own</w:t>
      </w:r>
      <w:r>
        <w:br/>
      </w:r>
      <w:r>
        <w:rPr>
          <w:b w:val="0"/>
          <w:i w:val="0"/>
        </w:rPr>
        <w:br/>
        <w:t>cashpoint machine... so this really is just a natural progression in a very illustrious career and another thing to proudly add to his CV!</w:t>
      </w:r>
    </w:p>
    <w:p>
      <w:r>
        <w:rPr>
          <w:b w:val="0"/>
          <w:i w:val="0"/>
        </w:rPr>
        <w:t>Allen was asked if there is still a justification for Assistance Dogs like Endal now that so many things are automated. He replied “I think Endal has secured his future by adapting to all these advancements in technology like push button doors. I am really lucky to have an assistance dog who is able to problem solve and work things out for himself. Only when you become dependant on others through illness or accident do you realise how hard it is to keep asking for help with small tasks. Endal notices if I drop something and has usually caught it and put it back on my lap before I even realise it has gone. Stretching from the wheelchair to reach for things is difficult but Endal helps make me so independent that I believe there is nothing we cannot achieve together.”</w:t>
      </w:r>
    </w:p>
    <w:p>
      <w:r>
        <w:rPr>
          <w:b w:val="0"/>
          <w:i w:val="0"/>
        </w:rPr>
        <w:t>There are other examples of Endal’s amazing ability to master new technology. Allen says " Quite recently we had the opportunity of trying out South West Trains’ new rolling stock that replaced the ageing slam door trains that had plied the region’s network for some 40 years. When the train pulled into the station there was no time to start teaching Endal how to operate the equipment. Without any prompting, reliable Endal just leapt up and operated the train’s push button system to open the door and then went on inside to operate the inside doors Another of Endal’s recent challenges has been to adapt to the new childproof doors on washing machines when carrying out one of the tasks that all assistance dogs are taught to do.</w:t>
      </w:r>
    </w:p>
    <w:p>
      <w:r>
        <w:rPr>
          <w:b w:val="0"/>
          <w:i w:val="0"/>
        </w:rPr>
        <w:t>Having a thinking, problem solving dog meant he soon mastered and adapted to pushing a button to open the doors. Endal has taught me one great lesson in life, which is that one should never say never. New tricks “a breeze” for an old Dog!</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