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- 07/10/2011"</w:t>
      </w:r>
      <w:r>
        <w:br/>
      </w:r>
      <w:r>
        <w:rPr>
          <w:b w:val="0"/>
          <w:i w:val="0"/>
        </w:rPr>
        <w:br/>
        <w:t>date_original: "07/10/2011"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"2026-09-13T22:47:45"</w:t>
      </w:r>
      <w:r>
        <w:br/>
      </w:r>
      <w:r>
        <w:rPr>
          <w:b w:val="0"/>
          <w:i w:val="0"/>
        </w:rPr>
        <w:br/>
        <w:t>word_count: 1541</w:t>
      </w:r>
    </w:p>
    <w:p>
      <w:r>
        <w:t>――――――――――――――――――――――――――――――</w:t>
      </w:r>
    </w:p>
    <w:p>
      <w:r>
        <w:rPr>
          <w:b w:val="0"/>
          <w:i w:val="0"/>
        </w:rPr>
        <w:t>NEWS MEMBERS' AREA SHOP SUBSCRIBE UPCOMING SHOWS MORE</w:t>
      </w:r>
    </w:p>
    <w:p>
      <w:r>
        <w:rPr>
          <w:b w:val="0"/>
          <w:i w:val="0"/>
        </w:rPr>
        <w:t>RETRIEVER LABRADOR</w:t>
      </w:r>
    </w:p>
    <w:p>
      <w:r>
        <w:rPr>
          <w:b w:val="0"/>
          <w:i w:val="0"/>
        </w:rPr>
        <w:t>Issue: 07/10/2011</w:t>
      </w:r>
    </w:p>
    <w:p>
      <w:r>
        <w:rPr>
          <w:b w:val="0"/>
          <w:i w:val="0"/>
        </w:rPr>
        <w:t>There will be an eye testing session at Styrrup, Nr Doncaster, South Yorkshire organised by Marion Hopkinson on 20th October 2011. For more details and appointments ring Marion on 01302742791.</w:t>
      </w:r>
    </w:p>
    <w:p>
      <w:r>
        <w:rPr>
          <w:b w:val="0"/>
          <w:i w:val="0"/>
        </w:rPr>
        <w:t>As the weather returned to high summer with most unseasonal October temperatures of near 30degrees C, three championship shows were held within four days, starting on the Wednesday in the Midlands and heading up north via Wetherby, Yorkshire on the Friday, to near Newcastle upon Tyne on the Saturday.</w:t>
      </w:r>
    </w:p>
    <w:p>
      <w:r>
        <w:rPr>
          <w:b w:val="0"/>
          <w:i w:val="0"/>
        </w:rPr>
        <w:t>The Yellow Labrador Club championship show, which is open to all colours of Labradors not just yellows, was held on Wednesday 28th September at the Sky Blue Connection, Coventry, followed two days later by Driffield at Wetherby Racecourse and the very next day, by Northumberland and Durham Lab Club. Whilst I was working hard in the heat at home over the weekend, cutting hedges and rapidly growing lawns and fighting off the moles, which have once again returned and are making mountains with a vengeance, I had to admire everyone's stamina!</w:t>
      </w:r>
    </w:p>
    <w:p>
      <w:r>
        <w:rPr>
          <w:b w:val="0"/>
          <w:i w:val="0"/>
        </w:rPr>
        <w:t>It was an impressive few days for Alan and Linda Porter- Lindall. The results of the three shows certainly highlighted the success of their black dog Sh Ch Lindall Redemption, winning, as the results show, not only  in his own right, but his progeny doing him proud too. Well done.</w:t>
      </w:r>
    </w:p>
    <w:p>
      <w:r>
        <w:rPr>
          <w:b w:val="0"/>
          <w:i w:val="0"/>
        </w:rPr>
        <w:t>To start at the beginning, the Yellow Lab club championship show, with Members entry fees of just Â£6 per class and generous prize money for class winners down to VHC, plus the luxury of benching, returned to its previous venue, indoors at the Sky Blue Connection at Ryton on Dunsmore near Coventry after a few years at the Kennel Club Building at Stoneleigh, near Warwick. The judges were Fiona Braddon (Dogs) and Margaret Rooth (Bitches) with an entry of 316.</w:t>
      </w:r>
    </w:p>
    <w:p>
      <w:r>
        <w:rPr>
          <w:b w:val="0"/>
          <w:i w:val="0"/>
        </w:rPr>
        <w:t>Judging commenced indoors at 9am. Outside the temperature hovered around 30 degrees C and the sun blazed down in a perfect clear blue sky all day. At 11am there was a short break for a one minutes silence following a brief address by the club Chairman, Richard Wiles in memory of the late club President, Brian Yeowart. (An account of Brian Yeowarts memorial service kindly sent in by James Hindley follows later in these notes).</w:t>
      </w:r>
    </w:p>
    <w:p>
      <w:r>
        <w:rPr>
          <w:b w:val="0"/>
          <w:i w:val="0"/>
        </w:rPr>
        <w:t>A first Dog CC and Best in Show was won by the rising five year old yellow, Rocheby Brigadoon at Beauvoir owned by Mr A J Beaudains (Sh Ch Silver Suede over Rocheby x Rocheby Sandylands Warm Wishes) from Jersey.</w:t>
      </w:r>
    </w:p>
    <w:p>
      <w:r>
        <w:rPr>
          <w:b w:val="0"/>
          <w:i w:val="0"/>
        </w:rPr>
        <w:t>The Dog RCC went to the Porters black, Sh Ch Lindall Redemption (Lindall Court Masterpiece x Lindall Will She).</w:t>
      </w:r>
    </w:p>
    <w:p>
      <w:r>
        <w:rPr>
          <w:b w:val="0"/>
          <w:i w:val="0"/>
        </w:rPr>
        <w:t>The Bitch CC winner was Richard Staffords yellow, Sh Ch Kimvalley Star Attraction at Farnfield (Jayncourt Star Turn of Sandylands  x Langshott Black Velvet of Kimvalley) winning, I believe, her fifteenth CC.</w:t>
      </w:r>
    </w:p>
    <w:p>
      <w:r>
        <w:rPr>
          <w:b w:val="0"/>
          <w:i w:val="0"/>
        </w:rPr>
        <w:t>The Porters then won the Bitch RCC with their black, Sh Ch Lindall Dreamy (Sh Ch Lindall Redemption x Lindall Brittany) whilst Best Puppy was Judith Charltons yellow bitch, Foxrush Rebecca (Sh Ch Lindall Redemption x Sh Ch Foxrush Ovaltine) who beat her black litter brother, Foxrush Rag Trade, winner of Best Puppy Dog, to the final award.</w:t>
      </w:r>
    </w:p>
    <w:p>
      <w:r>
        <w:rPr>
          <w:b w:val="0"/>
          <w:i w:val="0"/>
        </w:rPr>
        <w:t>Sandra Hibbert judged Driffield two days later and from an entry of 183 her winners were Dog CC the Hodge family's chocolate, winning his 15th CC, Sh Ch Naiken Way Out West JW. The Dog RCC was Italian exhibitor, Rosa Agostini's Rosemade Call Me Again</w:t>
      </w:r>
    </w:p>
    <w:p>
      <w:r>
        <w:rPr>
          <w:b w:val="0"/>
          <w:i w:val="0"/>
        </w:rPr>
        <w:t>Bitch CC and Best of Breed was the Porters black, Sh Ch Lindall Dreamy (Sh Ch Lindall Redemption x Lindall Brittany) whilst the Bitch RCC went to Marlene Heppers black, Mardas Ramona Chase JW (Sh Ch Lindall Redemption x Sh Ch Mardas Sahara Silk).</w:t>
      </w:r>
    </w:p>
    <w:p>
      <w:r>
        <w:rPr>
          <w:b w:val="0"/>
          <w:i w:val="0"/>
        </w:rPr>
        <w:t>Best Puppy in Breed was Wendy Richmond and her husband's black, Keydella Krissy By Brigglebank (Sh Ch Lindall Redemption x Keydella Kristie).</w:t>
      </w:r>
    </w:p>
    <w:p>
      <w:r>
        <w:rPr>
          <w:b w:val="0"/>
          <w:i w:val="0"/>
        </w:rPr>
        <w:t>In the Puppy Stakes, 2nd was the Hodge family's black dog, Naiken Zephyr (Sh Ch Naiken Way Out West JW x Ch Naiken Russian Rhythm).</w:t>
      </w:r>
    </w:p>
    <w:p>
      <w:r>
        <w:rPr>
          <w:b w:val="0"/>
          <w:i w:val="0"/>
        </w:rPr>
        <w:t>The very next day, Northumberland and Durham Lab Club championship show was held. Sussie Wiles, Secretary of the Yellow Lab Club whose championship show had been run so smoothly just three days before, judged the Dogs and Anne Taylor the Bitchest.  From an entry of 245 dogs and bitches the Dog CC went to the Porters black, Sh Ch Lindall Redemption and the Dog RCC to John and Saudjie Crook's black , Balroin Weathertop John Barleycorn ((Sh Ch Rocheby Old Smikey x Balrion Weathertop Jane Eyre). The Bitch CC, her third and Best in Show, was won by Brian Parrotts black, Naiken Yelenda at Lougin (Am Ch Ghoststone Hyspire Dressed to Impress (Imp USA) x Ch Naiken Russian Rhythm). The Bitch RCC was another for Marlene Heppers black, Mardas Ramona Chase JW (Sh Ch Lindall Redemption x Sh Ch Mardas Sahara Silk).</w:t>
      </w:r>
    </w:p>
    <w:p>
      <w:r>
        <w:rPr>
          <w:b w:val="0"/>
          <w:i w:val="0"/>
        </w:rPr>
        <w:t>Best puppy was Marion Hopkinsons yellow dog Rocheby Peter Pan.</w:t>
      </w:r>
    </w:p>
    <w:p>
      <w:r>
        <w:rPr>
          <w:b w:val="0"/>
          <w:i w:val="0"/>
        </w:rPr>
        <w:t>Brian and Trish Parrotts black two and a half year old, Naiken Yelenda at Lougin won her first CC under Richard Stafford at Richmond 2010, her second CC at Kent Surrey and Sussex LRC 2011 under Margaret Litherland and now her third at N and D LRC 2011 under Anne Taylor. Many congratulations to owners Brian and Trish and to the Hodge family, her breeders for yet another good one.</w:t>
      </w:r>
    </w:p>
    <w:p>
      <w:r>
        <w:rPr>
          <w:b w:val="0"/>
          <w:i w:val="0"/>
        </w:rPr>
        <w:t>Although I was not at the event, mention must go to the enthusiastic committee at N and D LRC who organized the show and I gather at short notice managed to get judging transferred outside in the sunshine rather than indoors so as to enjoy the last of the golden Indian summer. The class results were even up on Facebook  by mid afternoon by which time  exhibitors were enjoying cakes and chocolates washed down with sangria . Sounds a good do. Well done to you all.</w:t>
      </w:r>
    </w:p>
    <w:p>
      <w:r>
        <w:rPr>
          <w:b w:val="0"/>
          <w:i w:val="0"/>
        </w:rPr>
        <w:t>James Hindley has kindly sent his reminiscences of Brian Yeowart's memorial service.</w:t>
      </w:r>
    </w:p>
    <w:p>
      <w:r>
        <w:rPr>
          <w:b w:val="0"/>
          <w:i w:val="0"/>
        </w:rPr>
        <w:t>"On Friday 9th September many of Brian's friends were welcomed by his wife Vera and family at St Peter's Church, Chailey, Sussex for a Service of Thanksgiving.</w:t>
      </w:r>
    </w:p>
    <w:p>
      <w:r>
        <w:rPr>
          <w:b w:val="0"/>
          <w:i w:val="0"/>
        </w:rPr>
        <w:t>Choral works were sung beautifully by a small choir and hymns were sung by us all. Brian and Vera's granddaughters Clare and Sarah both read moving passages and their son Geoffrey gave a eulogy that revealed the character of Brian as we all knew and loved him. His beloved Delnabo estate in Scotland and it's restoration, aided by Mac Bedford, also David &amp; Katie Taylor, was spoken of warmly by Geoffrey.  Brian's love of his Labradors and Labrador people, it seemed, enhanced his and Vera's pleasure in entertaining guests and hosting Trials there. Many of those present will have been touched to have enjoyed times there.</w:t>
      </w:r>
    </w:p>
    <w:p>
      <w:r>
        <w:rPr>
          <w:b w:val="0"/>
          <w:i w:val="0"/>
        </w:rPr>
        <w:t>The family invited us back to Newick Park, a beautiful country house set in a traditional parkland setting, for a warm send off for this kindest of Labrador enthusiasts. Brian and Vera's youngest son Richard announced the arrival of a Spitfire overhead and we all gathered in front of the house to be rewarded with the most spectacular rolls and dives demonstrating great skill. A fitting tribute to a man who helped to keep Spitfires flying in his RAF days followed by Service in the Fleet Air Arm"</w:t>
      </w:r>
    </w:p>
    <w:p>
      <w:r>
        <w:rPr>
          <w:b w:val="0"/>
          <w:i w:val="0"/>
        </w:rPr>
        <w:t>Brian achieved great things with his family and his busy working life. His Labradors gave him pleasure to the end as his constant companions and he was proud of his achievements in the competitive field, too. He was especially proud of his Langshotts who won well at trials and shows and Ch. Langshott Caprice, his full Champion. I am sure his loyal patronage of The Yellow Labrador Club will be sorely missed by them- he was President and a great supporter of all Club activities</w:t>
      </w:r>
    </w:p>
    <w:p>
      <w:r>
        <w:rPr>
          <w:b w:val="0"/>
          <w:i w:val="0"/>
        </w:rPr>
        <w:t>Our thoughts are with Vera and her supportive family in their time of great loss; I am sure all those who knew Brian will feel fortunate to have shared his friendship and mutual pleasure of the Labrador".</w:t>
      </w:r>
    </w:p>
    <w:p>
      <w:r>
        <w:rPr>
          <w:b w:val="0"/>
          <w:i w:val="0"/>
        </w:rPr>
        <w:t>Leigh Lesley attended Kent Surrey and Sussex Open show and writes "</w:t>
      </w:r>
    </w:p>
    <w:p>
      <w:r>
        <w:rPr>
          <w:b w:val="0"/>
          <w:i w:val="0"/>
        </w:rPr>
        <w:t>I had a great day at KSS yesterday;  under judge, Ginette Oulton (Oulsmi) from an entry of 108 with just 20 absentees, my very cheeky Sybil, aka Steeleigh Hot to Handle JW, won Limit Bitch, Best Bitch &amp; then BIS so definitely worth my journey down there ! I also won veteran with Star Performer &amp; Post Grad Bitch with Sybil's sister Betty Boo ( S. Hot Shot JW ) . The sisters then won the brace class, so we drove back with fresh supplies of Royal Canin filling the car !! RBIS &amp; BVIS was Sh Ch Gamesemere Orlando &amp; BPIS was Barleybay Broderick". Well done Leigh.</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