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- 22/01/2021 - ISSUE"</w:t>
      </w:r>
      <w:r>
        <w:br/>
      </w:r>
      <w:r>
        <w:rPr>
          <w:b w:val="0"/>
          <w:i w:val="0"/>
        </w:rPr>
        <w:br/>
        <w:t>date_original: "22/01/2021 - ISSUE"</w:t>
      </w:r>
      <w:r>
        <w:br/>
      </w:r>
      <w:r>
        <w:rPr>
          <w:b w:val="0"/>
          <w:i w:val="0"/>
        </w:rPr>
        <w:br/>
        <w:t>source_url: "https://www.ourdogs.co.uk/members/breednotes/RetrieverLabradorMain.php"</w:t>
      </w:r>
      <w:r>
        <w:br/>
      </w:r>
      <w:r>
        <w:rPr>
          <w:b w:val="0"/>
          <w:i w:val="0"/>
        </w:rPr>
        <w:br/>
        <w:t>scraped_at: "2026-09-13T15:15:49"</w:t>
      </w:r>
      <w:r>
        <w:br/>
      </w:r>
      <w:r>
        <w:rPr>
          <w:b w:val="0"/>
          <w:i w:val="0"/>
        </w:rPr>
        <w:br/>
        <w:t>word_count: 939</w:t>
      </w:r>
    </w:p>
    <w:p>
      <w:r>
        <w:t>――――――――――――――――――――――――――――――</w:t>
      </w:r>
    </w:p>
    <w:p>
      <w:r>
        <w:rPr>
          <w:b w:val="0"/>
          <w:i w:val="0"/>
        </w:rPr>
        <w:t>NEWS MEMBERS' AREA SHOP SUBSCRIBE UPCOMING SHOWS MORE</w:t>
      </w:r>
    </w:p>
    <w:p>
      <w:r>
        <w:rPr>
          <w:b w:val="0"/>
          <w:i w:val="0"/>
        </w:rPr>
        <w:t>RETRIEVER LABRADOR</w:t>
      </w:r>
    </w:p>
    <w:p>
      <w:r>
        <w:rPr>
          <w:b w:val="0"/>
          <w:i w:val="0"/>
        </w:rPr>
        <w:t>Issue: 22/01/2021</w:t>
      </w:r>
    </w:p>
    <w:p>
      <w:r>
        <w:rPr>
          <w:b w:val="0"/>
          <w:i w:val="0"/>
        </w:rPr>
        <w:t>Hooray, it looks like thereÃ¢â‚¬â„¢s a tiny light at the end of the Covid tunnel. Whilst the over 80s and over 70 age-groups are currently receiving their Covid jabs and we are told the first jab of two for that group should be complete by February 15th, I gather the government is anticipating that by early September every person in the country, who wishes to take up the offer of a Covid vaccination, will have received it. This includes the second jab required up to 12 weeks after the first one. Fingers crossed this comes to pass and normal life might, some day, resume once more.</w:t>
      </w:r>
    </w:p>
    <w:p>
      <w:r>
        <w:rPr>
          <w:b w:val="0"/>
          <w:i w:val="0"/>
        </w:rPr>
        <w:t>Good news of a future event comes from East Anglian Lab Club, Ã¢â‚¬Å"Thanks to a kind offer from The East of England Agricultural Society, East Anglian Labrador Club Ch Show show will be held back to back with the SocietyÃ¢â‚¬â„¢s Championship Show. The breed Club event will be on Sunday 11th July 2021.Ã¢â‚¬Â</w:t>
      </w:r>
    </w:p>
    <w:p>
      <w:r>
        <w:rPr>
          <w:b w:val="0"/>
          <w:i w:val="0"/>
        </w:rPr>
        <w:t>Following a recent fall before Christmas, Di Beckett (Kimvalley) had to spend some time in hospital. She has now moved to Hatchmore Nursing Home Ltd, Picasso Wing Room 2, Hatchmore Common Lane, Great Torrington, North Devon EX38 7AT Tel 01805 625 721</w:t>
      </w:r>
    </w:p>
    <w:p>
      <w:r>
        <w:rPr>
          <w:b w:val="0"/>
          <w:i w:val="0"/>
        </w:rPr>
        <w:t>Di would love to hear from her friends, so do drop her a line, a card or give her a phone call. She will be so pleased to hear from you.</w:t>
      </w:r>
    </w:p>
    <w:p>
      <w:r>
        <w:rPr>
          <w:b w:val="0"/>
          <w:i w:val="0"/>
        </w:rPr>
        <w:t>BBC are staging a weekly dog grooming competition Pooch Perfect, on BBC 1 on Thursday evenings at 8pm presented by Sheridan Smith.</w:t>
      </w:r>
    </w:p>
    <w:p>
      <w:r>
        <w:rPr>
          <w:b w:val="0"/>
          <w:i w:val="0"/>
        </w:rPr>
        <w:t>Richard Stafford (Farnfield) has a very talented daughter Georgia Ashton-Fuller, a multi-award winning groomer. Georgia will be appearing in the next heat of Pooch Perfect on Thursday 21st January, this coming week, where, according to the BBCs website, they will tackle out of control coats of Cocker Spaniels. We will all be wishing her lots of luck and hope to see her getting through to the quarter-finals.</w:t>
      </w:r>
    </w:p>
    <w:p>
      <w:r>
        <w:rPr>
          <w:b w:val="0"/>
          <w:i w:val="0"/>
        </w:rPr>
        <w:t>As we all remain under Covid lockdown and 88590 people have died to date in the UK so far, it is annoying to see people blatantly ignoring the rules.</w:t>
      </w:r>
    </w:p>
    <w:p>
      <w:r>
        <w:rPr>
          <w:b w:val="0"/>
          <w:i w:val="0"/>
        </w:rPr>
        <w:t>I have witnessed large groups of uncaring people arriving by car at the tiny village where I live and been astounded to watch them ambling around the village together, in extremely close contact, certainly under one metre apart, laughing and giggling, hanging on to each otherÃ¢â‚¬â„¢s words, with not a face mask in place.</w:t>
      </w:r>
    </w:p>
    <w:p>
      <w:r>
        <w:rPr>
          <w:b w:val="0"/>
          <w:i w:val="0"/>
        </w:rPr>
        <w:t xml:space="preserve">As I understood it, at the moment during Lockdown, one person can meet one other for safe distanced exercise outdoors near home. </w:t>
      </w:r>
    </w:p>
    <w:p>
      <w:r>
        <w:rPr>
          <w:b w:val="0"/>
          <w:i w:val="0"/>
        </w:rPr>
        <w:t>There was a group of about twenty people arrived last weekend, presumably they had driven out here from Gloucester fifteen miles away, where the Covid infection is rife and the hospital is overflowing with Covid patients. Never a thought that this group could be spreading the virus, or maybe they just donÃ¢â‚¬â„¢t care. That is, until they get it, at which point they will expect an NHS bed to be free and a nurse to look after them in hospital.</w:t>
      </w:r>
    </w:p>
    <w:p>
      <w:r>
        <w:rPr>
          <w:b w:val="0"/>
          <w:i w:val="0"/>
        </w:rPr>
        <w:t>It reminded me of the following poem I read recently, (sorry I do not have the authors name), caringly written perhaps to remind us all to stay safely at home, not to spread the virus and to respect the current lockdown situation :-</w:t>
      </w:r>
    </w:p>
    <w:p>
      <w:r>
        <w:rPr>
          <w:b w:val="0"/>
          <w:i w:val="0"/>
        </w:rPr>
        <w:t>Ã¢â‚¬Å"They said the world was closed today</w:t>
      </w:r>
    </w:p>
    <w:p>
      <w:r>
        <w:rPr>
          <w:b w:val="0"/>
          <w:i w:val="0"/>
        </w:rPr>
        <w:t>So I went to have a look,</w:t>
      </w:r>
    </w:p>
    <w:p>
      <w:r>
        <w:rPr>
          <w:b w:val="0"/>
          <w:i w:val="0"/>
        </w:rPr>
        <w:t>I found it with the shutters down</w:t>
      </w:r>
    </w:p>
    <w:p>
      <w:r>
        <w:rPr>
          <w:b w:val="0"/>
          <w:i w:val="0"/>
        </w:rPr>
        <w:t>And the phone was off the hook.</w:t>
      </w:r>
    </w:p>
    <w:p>
      <w:r>
        <w:rPr>
          <w:b w:val="0"/>
          <w:i w:val="0"/>
        </w:rPr>
        <w:t>So I stood there for a little while</w:t>
      </w:r>
    </w:p>
    <w:p>
      <w:r>
        <w:rPr>
          <w:b w:val="0"/>
          <w:i w:val="0"/>
        </w:rPr>
        <w:t>But no one was around,</w:t>
      </w:r>
    </w:p>
    <w:p>
      <w:r>
        <w:rPr>
          <w:b w:val="0"/>
          <w:i w:val="0"/>
        </w:rPr>
        <w:t>Then Silence came and startled me</w:t>
      </w:r>
    </w:p>
    <w:p>
      <w:r>
        <w:rPr>
          <w:b w:val="0"/>
          <w:i w:val="0"/>
        </w:rPr>
        <w:t>With the most alarming sound.</w:t>
      </w:r>
    </w:p>
    <w:p>
      <w:r>
        <w:rPr>
          <w:b w:val="0"/>
          <w:i w:val="0"/>
        </w:rPr>
        <w:t>I asked him where the others were,</w:t>
      </w:r>
    </w:p>
    <w:p>
      <w:r>
        <w:rPr>
          <w:b w:val="0"/>
          <w:i w:val="0"/>
        </w:rPr>
        <w:t>And why the streets were bare.</w:t>
      </w:r>
    </w:p>
    <w:p>
      <w:r>
        <w:rPr>
          <w:b w:val="0"/>
          <w:i w:val="0"/>
        </w:rPr>
        <w:t>He whispered Ã¢â‚¬ËœLife had run away</w:t>
      </w:r>
    </w:p>
    <w:p>
      <w:r>
        <w:rPr>
          <w:b w:val="0"/>
          <w:i w:val="0"/>
        </w:rPr>
        <w:t>While Death was playing there.</w:t>
      </w:r>
    </w:p>
    <w:p>
      <w:r>
        <w:rPr>
          <w:b w:val="0"/>
          <w:i w:val="0"/>
        </w:rPr>
        <w:t>Ã¢â‚¬ËœOh noÃ¢â‚¬â„¢ I said Ã¢â‚¬ËœIt canÃ¢â‚¬â„¢t be true</w:t>
      </w:r>
    </w:p>
    <w:p>
      <w:r>
        <w:rPr>
          <w:b w:val="0"/>
          <w:i w:val="0"/>
        </w:rPr>
        <w:t>For Life is not afraidÃ¢â‚¬â„¢.</w:t>
      </w:r>
    </w:p>
    <w:p>
      <w:r>
        <w:rPr>
          <w:b w:val="0"/>
          <w:i w:val="0"/>
        </w:rPr>
        <w:t>Ã¢â‚¬ËœBut no one ever goesÃ¢â‚¬â„¢ he said</w:t>
      </w:r>
    </w:p>
    <w:p>
      <w:r>
        <w:rPr>
          <w:b w:val="0"/>
          <w:i w:val="0"/>
        </w:rPr>
        <w:t>Ã¢â‚¬ËœWhere Death has ever played.Ã¢â‚¬â„¢</w:t>
      </w:r>
    </w:p>
    <w:p>
      <w:r>
        <w:rPr>
          <w:b w:val="0"/>
          <w:i w:val="0"/>
        </w:rPr>
        <w:t>I understood and walked away</w:t>
      </w:r>
    </w:p>
    <w:p>
      <w:r>
        <w:rPr>
          <w:b w:val="0"/>
          <w:i w:val="0"/>
        </w:rPr>
        <w:t>As Hope was standing there</w:t>
      </w:r>
    </w:p>
    <w:p>
      <w:r>
        <w:rPr>
          <w:b w:val="0"/>
          <w:i w:val="0"/>
        </w:rPr>
        <w:t>With Courage in her afterglow</w:t>
      </w:r>
    </w:p>
    <w:p>
      <w:r>
        <w:rPr>
          <w:b w:val="0"/>
          <w:i w:val="0"/>
        </w:rPr>
        <w:t>And the sunlight in her hair.</w:t>
      </w:r>
    </w:p>
    <w:p>
      <w:r>
        <w:rPr>
          <w:b w:val="0"/>
          <w:i w:val="0"/>
        </w:rPr>
        <w:t>She said Ã¢â‚¬ËœGo home to those you love</w:t>
      </w:r>
    </w:p>
    <w:p>
      <w:r>
        <w:rPr>
          <w:b w:val="0"/>
          <w:i w:val="0"/>
        </w:rPr>
        <w:t>This is no place to be,</w:t>
      </w:r>
    </w:p>
    <w:p>
      <w:r>
        <w:rPr>
          <w:b w:val="0"/>
          <w:i w:val="0"/>
        </w:rPr>
        <w:t>For if we walk these streets today</w:t>
      </w:r>
    </w:p>
    <w:p>
      <w:r>
        <w:rPr>
          <w:b w:val="0"/>
          <w:i w:val="0"/>
        </w:rPr>
        <w:t>Then no one shall be freeÃ¢â‚¬â„¢.</w:t>
      </w:r>
    </w:p>
    <w:p>
      <w:r>
        <w:rPr>
          <w:b w:val="0"/>
          <w:i w:val="0"/>
        </w:rPr>
        <w:t>She threw her light to lead the way</w:t>
      </w:r>
    </w:p>
    <w:p>
      <w:r>
        <w:rPr>
          <w:b w:val="0"/>
          <w:i w:val="0"/>
        </w:rPr>
        <w:t>And showed me where to go,</w:t>
      </w:r>
    </w:p>
    <w:p>
      <w:r>
        <w:rPr>
          <w:b w:val="0"/>
          <w:i w:val="0"/>
        </w:rPr>
        <w:t>The very road that Life had gone</w:t>
      </w:r>
    </w:p>
    <w:p>
      <w:r>
        <w:rPr>
          <w:b w:val="0"/>
          <w:i w:val="0"/>
        </w:rPr>
        <w:t>Where the future flowers grow.</w:t>
      </w:r>
    </w:p>
    <w:p>
      <w:r>
        <w:rPr>
          <w:b w:val="0"/>
          <w:i w:val="0"/>
        </w:rPr>
        <w:t>Then Death showed me another way,</w:t>
      </w:r>
    </w:p>
    <w:p>
      <w:r>
        <w:rPr>
          <w:b w:val="0"/>
          <w:i w:val="0"/>
        </w:rPr>
        <w:t>But I didnÃ¢â‚¬â„¢t want to look,</w:t>
      </w:r>
    </w:p>
    <w:p>
      <w:r>
        <w:rPr>
          <w:b w:val="0"/>
          <w:i w:val="0"/>
        </w:rPr>
        <w:t>So I stumbled home in time for tea</w:t>
      </w:r>
    </w:p>
    <w:p>
      <w:r>
        <w:rPr>
          <w:b w:val="0"/>
          <w:i w:val="0"/>
        </w:rPr>
        <w:t>And I read another book.</w:t>
      </w:r>
    </w:p>
    <w:p>
      <w:r>
        <w:rPr>
          <w:b w:val="0"/>
          <w:i w:val="0"/>
        </w:rPr>
        <w:t>It was called The World is Closed Today</w:t>
      </w:r>
    </w:p>
    <w:p>
      <w:r>
        <w:rPr>
          <w:b w:val="0"/>
          <w:i w:val="0"/>
        </w:rPr>
        <w:t>And the streets we shouldnÃ¢â‚¬â„¢t roam,</w:t>
      </w:r>
    </w:p>
    <w:p>
      <w:r>
        <w:rPr>
          <w:b w:val="0"/>
          <w:i w:val="0"/>
        </w:rPr>
        <w:t>The first line said Ã¢â‚¬ËœJust please be safeÃ¢â‚¬â„¢</w:t>
      </w:r>
    </w:p>
    <w:p>
      <w:r>
        <w:rPr>
          <w:b w:val="0"/>
          <w:i w:val="0"/>
        </w:rPr>
        <w:t>And the ending - Ã¢â‚¬ËœStay at HomeÃ¢â‚¬â„¢Ã¢â‚¬Â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