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- 15/01/2016 - ISSUE"</w:t>
      </w:r>
      <w:r>
        <w:br/>
      </w:r>
      <w:r>
        <w:rPr>
          <w:b w:val="0"/>
          <w:i w:val="0"/>
        </w:rPr>
        <w:br/>
        <w:t>date_original: "15/01/2016 - ISSUE"</w:t>
      </w:r>
      <w:r>
        <w:br/>
      </w:r>
      <w:r>
        <w:rPr>
          <w:b w:val="0"/>
          <w:i w:val="0"/>
        </w:rPr>
        <w:br/>
        <w:t>source_url: "https://www.ourdogs.co.uk/members/breednotes/RetrieverLabradorMain.php"</w:t>
      </w:r>
      <w:r>
        <w:br/>
      </w:r>
      <w:r>
        <w:rPr>
          <w:b w:val="0"/>
          <w:i w:val="0"/>
        </w:rPr>
        <w:br/>
        <w:t>scraped_at: "2026-09-13T15:29:43"</w:t>
      </w:r>
      <w:r>
        <w:br/>
      </w:r>
      <w:r>
        <w:rPr>
          <w:b w:val="0"/>
          <w:i w:val="0"/>
        </w:rPr>
        <w:br/>
        <w:t>word_count: 712</w:t>
      </w:r>
    </w:p>
    <w:p>
      <w:r>
        <w:t>――――――――――――――――――――――――――――――</w:t>
      </w:r>
    </w:p>
    <w:p>
      <w:r>
        <w:rPr>
          <w:b w:val="0"/>
          <w:i w:val="0"/>
        </w:rPr>
        <w:t>NEWS MEMBERS' AREA SHOP SUBSCRIBE UPCOMING SHOWS MORE</w:t>
      </w:r>
    </w:p>
    <w:p>
      <w:r>
        <w:rPr>
          <w:b w:val="0"/>
          <w:i w:val="0"/>
        </w:rPr>
        <w:t>RETRIEVER LABRADOR</w:t>
      </w:r>
    </w:p>
    <w:p>
      <w:r>
        <w:rPr>
          <w:b w:val="0"/>
          <w:i w:val="0"/>
        </w:rPr>
        <w:t>Issue: 15/01/2016</w:t>
      </w:r>
    </w:p>
    <w:p>
      <w:r>
        <w:rPr>
          <w:b w:val="0"/>
          <w:i w:val="0"/>
        </w:rPr>
        <w:t>Retriever Labrador</w:t>
      </w:r>
    </w:p>
    <w:p>
      <w:r>
        <w:rPr>
          <w:b w:val="0"/>
          <w:i w:val="0"/>
        </w:rPr>
        <w:t>The 2016 Ch show season for Labradors opened with Boston Championship show, held on Friday 8th January at East of England Showground and judged by Geoff Allen. From an entry of 140 dogs and bitches his winners were Dog CC and Best of Breed, Sharon Lamberts yellow, Mattand Exodus, 2015 Pup of the Year winner and Top Puppy 2015 winning his first CC at 18 months. The Dog RCC winner was a new name to me, Callaghans Claychalk Costa Zaire , I gather making what proved to be a very worthwhile and successful trip over the water from Ireland. What a fantastic day for the same owner who also won the Bitch CC with Oakhouse Olympic Flame of Bannabeach.</w:t>
      </w:r>
    </w:p>
    <w:p>
      <w:r>
        <w:rPr>
          <w:b w:val="0"/>
          <w:i w:val="0"/>
        </w:rPr>
        <w:t>Roger and Yo Shirton won the Bitch RCC with their yellow Woolman Proper Fancy Free whilst</w:t>
      </w:r>
    </w:p>
    <w:p>
      <w:r>
        <w:rPr>
          <w:b w:val="0"/>
          <w:i w:val="0"/>
        </w:rPr>
        <w:t>Best Puppy was Linda McGillivrays cleverly named black Minor Puppy, Antonine Cinderfella.</w:t>
      </w:r>
    </w:p>
    <w:p>
      <w:r>
        <w:rPr>
          <w:b w:val="0"/>
          <w:i w:val="0"/>
        </w:rPr>
        <w:t>Many Congratulations to the 2015 Labrador Show Competition Winners:-</w:t>
      </w:r>
    </w:p>
    <w:p>
      <w:r>
        <w:rPr>
          <w:b w:val="0"/>
          <w:i w:val="0"/>
        </w:rPr>
        <w:t>Dog World/Arden Grange Top Dog Competition 2015: Sh Ch Rocheby Sensational</w:t>
      </w:r>
    </w:p>
    <w:p>
      <w:r>
        <w:rPr>
          <w:b w:val="0"/>
          <w:i w:val="0"/>
        </w:rPr>
        <w:t>Our Dogs/Arden Grange Top Breeder Competition 2015: Rocheby - Mrs DM Hopkinson</w:t>
      </w:r>
    </w:p>
    <w:p>
      <w:r>
        <w:rPr>
          <w:b w:val="0"/>
          <w:i w:val="0"/>
        </w:rPr>
        <w:t>Our Dogs/Natures Menu Top Puppy Competition 2015: Mattand Exodus - Ms S Lambert</w:t>
      </w:r>
    </w:p>
    <w:p>
      <w:r>
        <w:rPr>
          <w:b w:val="0"/>
          <w:i w:val="0"/>
        </w:rPr>
        <w:t>Dog World/Royal Canin Top Stud Dog Competition 2015: Rocheby Town Cryer</w:t>
      </w:r>
    </w:p>
    <w:p>
      <w:r>
        <w:rPr>
          <w:b w:val="0"/>
          <w:i w:val="0"/>
        </w:rPr>
        <w:t>Dog World/Yumega Top Brood Bitch Competition 2015: Rocheby Wild Snowdrop.</w:t>
      </w:r>
    </w:p>
    <w:p>
      <w:r>
        <w:rPr>
          <w:b w:val="0"/>
          <w:i w:val="0"/>
        </w:rPr>
        <w:t>What a splendid year for the Rocheby kennel.</w:t>
      </w:r>
    </w:p>
    <w:p>
      <w:r>
        <w:rPr>
          <w:b w:val="0"/>
          <w:i w:val="0"/>
        </w:rPr>
        <w:t>With reference to this years forthcoming Blackpool Championship show, there is an error in the printed schedule. Please note the Labrador judge will be Hans Van Den Berg and not as stated in the schedule (which says Rony Doedijns ).</w:t>
      </w:r>
    </w:p>
    <w:p>
      <w:r>
        <w:rPr>
          <w:b w:val="0"/>
          <w:i w:val="0"/>
        </w:rPr>
        <w:t>At Swansea and DCC Open Show at the Neath Sports Centre SA10 7BE (M4 J 43 Heads of the Valleys A 465) on Saturday 13th February there will be 2 Labrador Classes, Graduate and Open with judge Ben Ashcroft (Eschenhof), who is also judging the Gundog AVs (incl AV Puppy and AV Special Veteran) and Group; with Stakes classes and BIS etc being judged by Jan Pain (Ravensbeech).</w:t>
      </w:r>
    </w:p>
    <w:p>
      <w:r>
        <w:rPr>
          <w:b w:val="0"/>
          <w:i w:val="0"/>
        </w:rPr>
        <w:t>Schedules can be downloaded at Fosse Data, or posted out if wished by contact with Hon Sec Mrs Robin Paisey (01792 310622)</w:t>
      </w:r>
    </w:p>
    <w:p>
      <w:r>
        <w:rPr>
          <w:b w:val="0"/>
          <w:i w:val="0"/>
        </w:rPr>
        <w:t>or email: paisey1@hotmail.com Postal entries close 25 Jan (postmark) and online midnight 27 Jan . See Our Dogs advert Friday 8th Jan .</w:t>
      </w:r>
    </w:p>
    <w:p>
      <w:r>
        <w:rPr>
          <w:b w:val="0"/>
          <w:i w:val="0"/>
        </w:rPr>
        <w:t>Optigen are offering 30% discount off DNA tests, at Val Tiller's next Optigen 20/20 Clinic, on Tuesday, 2nd February, 2016. Labradors are invited to be DNA tested for prcd-PRA, RD/OSD, NARC &amp; HNPK. You may attend the clinic at Epsom, Surrey, or be a Postal Participant. For full details, and to book places, please email: val.tiller@talk21.com or Tel: (01372) 273597.</w:t>
      </w:r>
    </w:p>
    <w:p>
      <w:r>
        <w:rPr>
          <w:b w:val="0"/>
          <w:i w:val="0"/>
        </w:rPr>
        <w:t>News from Glenys Fryer, Labrador Rescue North West, following Jean Harris's funeral.</w:t>
      </w:r>
    </w:p>
    <w:p>
      <w:r>
        <w:rPr>
          <w:b w:val="0"/>
          <w:i w:val="0"/>
        </w:rPr>
        <w:t>Glenys writes "It was with sadness that we received the news of the loss of Jean whom I had known for many years from showing Labradors. Jean was such a lovely person. She always had a kind word and her dogs were a credit to her wealth of knowledge of how the breed should be in temperament and health. Today we received donations in lieu of flowers from Jeans friends and family of Â£271.45 for which we thank them . Jeans dogs were found loving homes through our rescue.They were Jack aged two, Holly aged eight and Whitby aged twelve.</w:t>
      </w:r>
    </w:p>
    <w:p>
      <w:r>
        <w:rPr>
          <w:b w:val="0"/>
          <w:i w:val="0"/>
        </w:rPr>
        <w:t>Whitby sadly has a carcinoma but her twilight days will be safe in the loving warmth of the Jones family for which we are all so grateful. Caron, despite the recent sad loss of her own beloved dog, offered Whitby her final, twilight home fully aware of the bittersweet sacrifice that will eventually have to be made".</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