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- 20/11/2015 - ISSUE"</w:t>
      </w:r>
      <w:r>
        <w:br/>
      </w:r>
      <w:r>
        <w:rPr>
          <w:b w:val="0"/>
          <w:i w:val="0"/>
        </w:rPr>
        <w:br/>
        <w:t>date_original: "20/11/2015 - ISSUE"</w:t>
      </w:r>
      <w:r>
        <w:br/>
      </w:r>
      <w:r>
        <w:rPr>
          <w:b w:val="0"/>
          <w:i w:val="0"/>
        </w:rPr>
        <w:br/>
        <w:t>source_url: "https://www.ourdogs.co.uk/members/breednotes/RetrieverLabradorMain.php"</w:t>
      </w:r>
      <w:r>
        <w:br/>
      </w:r>
      <w:r>
        <w:rPr>
          <w:b w:val="0"/>
          <w:i w:val="0"/>
        </w:rPr>
        <w:br/>
        <w:t>scraped_at: "2026-09-13T15:30:06"</w:t>
      </w:r>
      <w:r>
        <w:br/>
      </w:r>
      <w:r>
        <w:rPr>
          <w:b w:val="0"/>
          <w:i w:val="0"/>
        </w:rPr>
        <w:br/>
        <w:t>word_count: 974</w:t>
      </w:r>
    </w:p>
    <w:p>
      <w:r>
        <w:t>――――――――――――――――――――――――――――――</w:t>
      </w:r>
    </w:p>
    <w:p>
      <w:r>
        <w:rPr>
          <w:b w:val="0"/>
          <w:i w:val="0"/>
        </w:rPr>
        <w:t>NEWS MEMBERS' AREA SHOP SUBSCRIBE UPCOMING SHOWS MORE</w:t>
      </w:r>
    </w:p>
    <w:p>
      <w:r>
        <w:rPr>
          <w:b w:val="0"/>
          <w:i w:val="0"/>
        </w:rPr>
        <w:t>RETRIEVER LABRADOR</w:t>
      </w:r>
    </w:p>
    <w:p>
      <w:r>
        <w:rPr>
          <w:b w:val="0"/>
          <w:i w:val="0"/>
        </w:rPr>
        <w:t>Issue: 20/11/2015</w:t>
      </w:r>
    </w:p>
    <w:p>
      <w:r>
        <w:rPr>
          <w:b w:val="0"/>
          <w:i w:val="0"/>
        </w:rPr>
        <w:t>Retriever Labrador</w:t>
      </w:r>
      <w:r>
        <w:br/>
      </w:r>
      <w:r>
        <w:rPr>
          <w:b w:val="0"/>
          <w:i w:val="0"/>
        </w:rPr>
        <w:br/>
        <w:t>Heading the Labrador leader board so far in this years Our Dogs Top Breeder competition is Marion Hopkinsonâ€™s Rocheby kennel, whilst Our Dogs Top Labrador Puppy to date is Sharon Lamberts yellow dog, Mattand Exodus JW . Only the results of LKA to go and these annual awards will be confirmed.</w:t>
      </w:r>
      <w:r>
        <w:br/>
      </w:r>
      <w:r>
        <w:rPr>
          <w:b w:val="0"/>
          <w:i w:val="0"/>
        </w:rPr>
        <w:br/>
        <w:t>The schedule for the Labrador Club of Wales Championship show on Saturday February 6th 2016 dropped through the letterbox the other day. What a treat to actually be sent a show schedule, so few schedules arrive through the post these days, even to those people who have regularly supported the various shows for donkeys years. I gather the only sure way of getting a schedule is to download your own from mainly Fosse Data or Higham Press web-sites but doing this via my very slow and temperamental internet broadband connection is a pain and I tend to forget and consequently I have missed entering very many shows this year. Interesting to hear that many other Labrador exhibitors, country dwellers of my era, are having the very same problem</w:t>
      </w:r>
      <w:r>
        <w:br/>
      </w:r>
      <w:r>
        <w:rPr>
          <w:b w:val="0"/>
          <w:i w:val="0"/>
        </w:rPr>
        <w:br/>
        <w:t>Ah well, good to know I am not alone; the descending entry numbers seem to prove it too especially when compared to years when schedules were more available. Labrador entries were considerably higher in those days, championship shows averaging around 100 dogs more than now.</w:t>
      </w:r>
      <w:r>
        <w:br/>
      </w:r>
      <w:r>
        <w:rPr>
          <w:b w:val="0"/>
          <w:i w:val="0"/>
        </w:rPr>
        <w:br/>
        <w:t>As show organisers are we not in the business of selling our future events to exhibitors rather than appearing unwilling to circulate the schedules? Do remember, not everyone lives in a fast Broadband area.</w:t>
      </w:r>
      <w:r>
        <w:br/>
      </w:r>
      <w:r>
        <w:rPr>
          <w:b w:val="0"/>
          <w:i w:val="0"/>
        </w:rPr>
        <w:br/>
        <w:t>On the plus side, by not downloading schedules and therefore missing closing dates, I have certainly saved loads of money on entry fees and diesel this year.</w:t>
      </w:r>
      <w:r>
        <w:br/>
      </w:r>
      <w:r>
        <w:rPr>
          <w:b w:val="0"/>
          <w:i w:val="0"/>
        </w:rPr>
        <w:br/>
        <w:t>Anyway Labrador Club of Wales does send out schedules. Its championship show has a new venue at Chepstow Leisure Centre, Chepstow, Monmouthshire, NP16 5LR, which for exhibitors from England is much nearer than the former venue at Cardiff and with experienced judges, Richard Morris and Penny Carpanini taking charge of the two rings, hopefully the show will be well supported. For more information contact club secretary, Margaret Barker tel 01443842585</w:t>
      </w:r>
      <w:r>
        <w:br/>
      </w:r>
      <w:r>
        <w:rPr>
          <w:b w:val="0"/>
          <w:i w:val="0"/>
        </w:rPr>
        <w:br/>
        <w:t>Gundog Breeds of Scotland championship show was held at Ingleston, Edinburgh on a wet and windy Saturday 14th November. The judges were Sue Marskell and Joan Woodall. From an entry of 167 the Dog CC, his crowning third and Best of Breed, was won by the Browns and Greasley Adams yellow, Ramsayville Rock Solid JW. (Sh Ch Fin Ch Follies Ivar x Sudeo Mystique at Ramsayville) handled by Louise Lewis as Margaret Brown was away judging Labradors in Atlanta; the latter name always reminds me of the American classic film of my youth, â€œGone With the Windâ€ and Atlanta burning in the American Civil War, against which background Clark Gable, as blockade runner/rogue Rhett Butler, and Vivienne Leigh, as Southern belle, Scarlett Oâ€™Hara, conducted their turbulent affair. Hot stuff for those days!</w:t>
      </w:r>
      <w:r>
        <w:br/>
      </w:r>
      <w:r>
        <w:rPr>
          <w:b w:val="0"/>
          <w:i w:val="0"/>
        </w:rPr>
        <w:br/>
        <w:t>I digress, Ramsayville Rock Solid JW was made up in just four weeks, he won his first CC under me at Midland Counties Canine Society on October 23rd; his 2nd CC the following weekend at West England Lab Club under Penny Carpanini and now his 3rd CC and BOB and shortlisted in the Group under Sue Marskell on November 14th.</w:t>
      </w:r>
      <w:r>
        <w:br/>
      </w:r>
      <w:r>
        <w:rPr>
          <w:b w:val="0"/>
          <w:i w:val="0"/>
        </w:rPr>
        <w:br/>
        <w:t>The Dog RCC went to another very promising yellow youngster from Junior, Maxine Crocker Williams yellow, Alkamhurst Russell Square (Fin Ch Devonshires London Edition x Spell Maker at Alkamhurst)</w:t>
      </w:r>
      <w:r>
        <w:br/>
      </w:r>
      <w:r>
        <w:rPr>
          <w:b w:val="0"/>
          <w:i w:val="0"/>
        </w:rPr>
        <w:br/>
        <w:t>The Bitch CC was another for Marion Hopkinsons yellow, Sh Ch Rocheby Sensational (Rocheby Town Cryer x Rocheby Wild Snowdrop), whilst the Bitch RCC was won by Mrs Flocktons Post Graduate winner, the yellow, Dysonleigh Tickled Pink (Sh Ch Adoraden Hallmark at Suttonpark x Dysonleigh Summer Breeze)</w:t>
      </w:r>
      <w:r>
        <w:br/>
      </w:r>
      <w:r>
        <w:rPr>
          <w:b w:val="0"/>
          <w:i w:val="0"/>
        </w:rPr>
        <w:br/>
        <w:t>Best Puppy in Breed was Caroline Campbells yellow Binnaig Atomic Blonde.</w:t>
      </w:r>
      <w:r>
        <w:br/>
      </w:r>
      <w:r>
        <w:rPr>
          <w:b w:val="0"/>
          <w:i w:val="0"/>
        </w:rPr>
        <w:br/>
        <w:t>The Labrador Club held their Open Show at Norton near Worcester the day after Gundog Breeds of Scotland. The club always puts on a really enjoyable show with hot lunch prepared by Erica Jayes and her team of helpers. Even though I had missed the entry closing date, (but I certainly did received a schedule), I was looking forward to visiting the show for a good lunch on the Saturday. I told a pal of mine of my planned Saturday lunch out, only to be laughed at and informed that I wouldnâ€™t be getting any lunch at Norton on the Saturday as the show was actually on the Sunday due to Gundog Breeds of Scotland occupying the Saturday slot!</w:t>
      </w:r>
      <w:r>
        <w:br/>
      </w:r>
      <w:r>
        <w:rPr>
          <w:b w:val="0"/>
          <w:i w:val="0"/>
        </w:rPr>
        <w:br/>
        <w:t>Anyway, Sunday lunch at the Lab Club was equally enjoyable. Hats off to the catering ladies and gentlemen helpers. The judge on the day was Jenny Dobson (Lakemeadow), and from an entry of 116 dogs and bitches. Best Dog and Best in Show was the Wyatts chocolate Sh Ch Meadowleigh Brown Sugar. Best Bitch was Brian Parrotts black, Lougin Lyin Eyes and Best puppy David Coodes black Warringahs Merrityme. Best Veteran was Naiken Celtic Jeweller at Celtwood.</w:t>
      </w:r>
      <w:r>
        <w:br/>
      </w:r>
      <w:r>
        <w:rPr>
          <w:b w:val="0"/>
          <w:i w:val="0"/>
        </w:rPr>
        <w:br/>
        <w:t>The United Spaniel Associations annual seminar will be held at Baginton Village Hall, near Coventry, CV8 3AB on 6th December. Open to all, tickets are Â£15, including two breaks for coffee and cookies and also lunch, topics include First Aid for Your Dog, The Great British Canine Bake Off, How to take Professional Photos of your Dog and Breeding and Rearing a Litter. For more information or to book a place contact Mrs Gina Bowers, Meadowcroft, The Belt Road, Gainsborough DN21 1QA tel 01427 811405</w:t>
      </w:r>
      <w:r>
        <w:br/>
      </w:r>
      <w:r>
        <w:rPr>
          <w:b w:val="0"/>
          <w:i w:val="0"/>
        </w:rPr>
        <w:br/>
        <w:t>Registration is from 8.30am. There will be a welcome by the President of United Spaniel Association at 10am, after which the interesting programme will commence, closing around 4pm.</w:t>
      </w:r>
      <w:r>
        <w:br/>
      </w:r>
      <w:r>
        <w:rPr>
          <w:b w:val="0"/>
          <w:i w:val="0"/>
        </w:rPr>
        <w:br/>
        <w:t>Ann Britton</w:t>
      </w:r>
      <w:r>
        <w:br/>
      </w:r>
      <w:r>
        <w:rPr>
          <w:b w:val="0"/>
          <w:i w:val="0"/>
        </w:rPr>
        <w:br/>
        <w:t>01989720665</w:t>
      </w:r>
      <w:r>
        <w:br/>
      </w:r>
      <w:r>
        <w:rPr>
          <w:b w:val="0"/>
          <w:i w:val="0"/>
        </w:rPr>
        <w:br/>
        <w:t>email bowstones @btinternet.com</w:t>
      </w:r>
      <w:r>
        <w:br/>
      </w:r>
      <w:r>
        <w:rPr>
          <w:b w:val="0"/>
          <w:i w:val="0"/>
        </w:rPr>
        <w:br/>
        <w:t>01989720665</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