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- 17/01/2025 - ISSUE"</w:t>
      </w:r>
      <w:r>
        <w:br/>
      </w:r>
      <w:r>
        <w:rPr>
          <w:b w:val="0"/>
          <w:i w:val="0"/>
        </w:rPr>
        <w:br/>
        <w:t>date_original: "17/01/2025 - ISSUE"</w:t>
      </w:r>
      <w:r>
        <w:br/>
      </w:r>
      <w:r>
        <w:rPr>
          <w:b w:val="0"/>
          <w:i w:val="0"/>
        </w:rPr>
        <w:br/>
        <w:t>source_url: "https://www.ourdogs.co.uk/members/breednotes/RetrieverLabradorMain.php"</w:t>
      </w:r>
      <w:r>
        <w:br/>
      </w:r>
      <w:r>
        <w:rPr>
          <w:b w:val="0"/>
          <w:i w:val="0"/>
        </w:rPr>
        <w:br/>
        <w:t>scraped_at: "2026-09-13T15:06:39"</w:t>
      </w:r>
      <w:r>
        <w:br/>
      </w:r>
      <w:r>
        <w:rPr>
          <w:b w:val="0"/>
          <w:i w:val="0"/>
        </w:rPr>
        <w:br/>
        <w:t>word_count: 600</w:t>
      </w:r>
    </w:p>
    <w:p>
      <w:r>
        <w:t>――――――――――――――――――――――――――――――</w:t>
      </w:r>
    </w:p>
    <w:p>
      <w:r>
        <w:rPr>
          <w:b w:val="0"/>
          <w:i w:val="0"/>
        </w:rPr>
        <w:t>NEWS MEMBERS' AREA SHOP SUBSCRIBE UPCOMING SHOWS MORE</w:t>
      </w:r>
    </w:p>
    <w:p>
      <w:r>
        <w:rPr>
          <w:b w:val="0"/>
          <w:i w:val="0"/>
        </w:rPr>
        <w:t>RETRIEVER LABRADOR</w:t>
      </w:r>
    </w:p>
    <w:p>
      <w:r>
        <w:rPr>
          <w:b w:val="0"/>
          <w:i w:val="0"/>
        </w:rPr>
        <w:t>Issue: 17/01/2025</w:t>
      </w:r>
    </w:p>
    <w:p>
      <w:r>
        <w:rPr>
          <w:b w:val="0"/>
          <w:i w:val="0"/>
        </w:rPr>
        <w:t xml:space="preserve">When the majority of us make any excuse to stay warm and cosy indoors during the inhospitable post Christmas days and the horrible temperatures of early January, not so our non stop octogenarian, David Coode. Oh no, whereâ€™s David? </w:t>
      </w:r>
    </w:p>
    <w:p>
      <w:r>
        <w:rPr>
          <w:b w:val="0"/>
          <w:i w:val="0"/>
        </w:rPr>
        <w:t xml:space="preserve">On January 6th, he was competing at Eastern Counties Golden Retriever Club where his yellow bitch Warringahâ€™s Pippingarra gained her Show Gundog Working Certificate. She becomes the kennels 20th Champion plus 3 others with just their bench title. </w:t>
      </w:r>
    </w:p>
    <w:p>
      <w:r>
        <w:rPr>
          <w:b w:val="0"/>
          <w:i w:val="0"/>
        </w:rPr>
        <w:t>At least David acknowledged afterwards that the weather on the day was pretty appalling, with driving rain and a very cold wind. By the following week the snow and permafrost had arrived. Definitely indoors time perhaps helping Carole move into their new home?</w:t>
      </w:r>
    </w:p>
    <w:p>
      <w:r>
        <w:rPr>
          <w:b w:val="0"/>
          <w:i w:val="0"/>
        </w:rPr>
        <w:t>I was sorry to hear poor Judi Neachell was hospitalised in the New Year suffering with flu. Judi, I hope you are feeling stronger soon.</w:t>
      </w:r>
    </w:p>
    <w:p>
      <w:r>
        <w:rPr>
          <w:b w:val="0"/>
          <w:i w:val="0"/>
        </w:rPr>
        <w:t>Many thanks to Anne Hoban for the report on West of England Lab Club Open Show.</w:t>
      </w:r>
    </w:p>
    <w:p>
      <w:r>
        <w:rPr>
          <w:b w:val="0"/>
          <w:i w:val="0"/>
        </w:rPr>
        <w:t>Anne writes, â€œWith a nice entry, the threat of snow arriving later on, did put a few people off making the trip to our first Open Show of the New Year on January 4th at Woolavington Village Hall under Judge Ryan Ennis-Holden (Mariank) but a nice day was had by all helped by super refreshments &amp; a chatty atmosphere.</w:t>
      </w:r>
    </w:p>
    <w:p>
      <w:r>
        <w:rPr>
          <w:b w:val="0"/>
          <w:i w:val="0"/>
        </w:rPr>
        <w:t xml:space="preserve">The main winners were: Best Dog &amp; BIS was Chris &amp; Claire Millsâ€™ Sh Ch Lembas Maui. Reserve BIS &amp; BOS went to Debbie Goodwinâ€™s yellow, McFarwins Flashing Lights. Reserve Best Dog was Steph Perkinsâ€™s Carromer Teguila By Keeninspires. Reserve Best Bitch went to Lembas Lucia. The Best Veteran award was given to Linda H Majorâ€™s Linjor Rigby. Best Puppy in Show &amp; Best Chocolate was Kirsty Jonesâ€™s Serengochâ€™s Calistoga. Best Baby Puppy was Susie &amp; Don Kennettâ€™s Magnavalleys Mimosa. </w:t>
      </w:r>
    </w:p>
    <w:p>
      <w:r>
        <w:rPr>
          <w:b w:val="0"/>
          <w:i w:val="0"/>
        </w:rPr>
        <w:t xml:space="preserve">Congrats to all in the awards and thank you to anyone who kindly contributed to our raffle, refreshments or gave rosette donations. </w:t>
      </w:r>
    </w:p>
    <w:p>
      <w:r>
        <w:rPr>
          <w:b w:val="0"/>
          <w:i w:val="0"/>
        </w:rPr>
        <w:t>Our next Open Show on May 10th, is a long way off but we look forward to welcoming you at that time when our judge will be Steve Oâ€™Brien (Maxfield)â€</w:t>
      </w:r>
    </w:p>
    <w:p>
      <w:r>
        <w:rPr>
          <w:b w:val="0"/>
          <w:i w:val="0"/>
        </w:rPr>
        <w:t xml:space="preserve">Last weeks deep snow and ice and such low temperatures as we have rarely seen, have not made it easy looking after energetic Labradors and Terriers who seem to enjoy the outside world regardless of the weatherâ€¦.even more so if I am out there with themâ€¦.no chance! </w:t>
      </w:r>
    </w:p>
    <w:p>
      <w:r>
        <w:rPr>
          <w:b w:val="0"/>
          <w:i w:val="0"/>
        </w:rPr>
        <w:t xml:space="preserve">In the end as it was so difficult for me to safely get across the ice covered terrace to the dogs heated kennels without breaking an ankle, I abandoned the whole idea and brought all of the dogs indoors until the weather got better. They couldnâ€™t believe their luck and are really enjoying themselves, but roll on a nice dry sunny spring day for the deep Spring Cleaning! </w:t>
      </w:r>
    </w:p>
    <w:p>
      <w:r>
        <w:rPr>
          <w:b w:val="0"/>
          <w:i w:val="0"/>
        </w:rPr>
        <w:t>Yes, itâ€™s cleaned every day at the moment but is looking a trifle â€œdog earedâ€. Donâ€™t know what George would say about the arrangement. Sensible, hopefully.</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