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- 24/05/2013"</w:t>
      </w:r>
      <w:r>
        <w:br/>
      </w:r>
      <w:r>
        <w:rPr>
          <w:b w:val="0"/>
          <w:i w:val="0"/>
        </w:rPr>
        <w:br/>
        <w:t>date_original: "24/05/2013"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"2026-09-13T22:43:53"</w:t>
      </w:r>
      <w:r>
        <w:br/>
      </w:r>
      <w:r>
        <w:rPr>
          <w:b w:val="0"/>
          <w:i w:val="0"/>
        </w:rPr>
        <w:br/>
        <w:t>word_count: 457</w:t>
      </w:r>
    </w:p>
    <w:p>
      <w:r>
        <w:t>――――――――――――――――――――――――――――――</w:t>
      </w:r>
    </w:p>
    <w:p>
      <w:r>
        <w:rPr>
          <w:b w:val="0"/>
          <w:i w:val="0"/>
        </w:rPr>
        <w:t>NEWS MEMBERS' AREA SHOP SUBSCRIBE UPCOMING SHOWS MORE</w:t>
      </w:r>
    </w:p>
    <w:p>
      <w:r>
        <w:rPr>
          <w:b w:val="0"/>
          <w:i w:val="0"/>
        </w:rPr>
        <w:t>RETRIEVER LABRADOR</w:t>
      </w:r>
    </w:p>
    <w:p>
      <w:r>
        <w:rPr>
          <w:b w:val="0"/>
          <w:i w:val="0"/>
        </w:rPr>
        <w:t>Issue: 24/05/2013</w:t>
      </w:r>
    </w:p>
    <w:p>
      <w:r>
        <w:rPr>
          <w:b w:val="0"/>
          <w:i w:val="0"/>
        </w:rPr>
        <w:t>As the months of the year hurry by with little sign of spring or summer settling in, the morning news has now reported that the Jet Stream, which controls our climate has settled in its new, more southerly position and the current wet dreary weather we are experiencing over most of Europe is set to continue.</w:t>
      </w:r>
    </w:p>
    <w:p>
      <w:r>
        <w:rPr>
          <w:b w:val="0"/>
          <w:i w:val="0"/>
        </w:rPr>
        <w:t>Emphasising that, I gather the weather on Gundog day at SKC was wet. Such a shame, championship show committees put in so much unpaid effort throughout the year to put on good shows and the weather on show days can make or break things.</w:t>
      </w:r>
    </w:p>
    <w:p>
      <w:r>
        <w:rPr>
          <w:b w:val="0"/>
          <w:i w:val="0"/>
        </w:rPr>
        <w:t>Sussie Wiles was the judge at SKC and her winners were Dog CC the yellow, Waterlines Le Bon shown by Linda McGillivray; Dog RCC Mr and Mrs Gardners Rewari Extra Edition. Bitch CC and Best of Breed, from Veteran, Anne Taylors, Ch Fabracken Remember Me demonstrating yet again that those who mature quietly and steadily, tend to keep their looks forever. Best Puppy was Wendy Southwell's Driffwold Dash of Salt.</w:t>
      </w:r>
    </w:p>
    <w:p>
      <w:r>
        <w:rPr>
          <w:b w:val="0"/>
          <w:i w:val="0"/>
        </w:rPr>
        <w:t>Several energetic exhibitors drove up to SKC in Scotland, showed their dogs and returned south to compete at the Lab Club of Wales show in Caerphilly where the sun shone brightly, (only to be replaced by more rain the very next day).</w:t>
      </w:r>
    </w:p>
    <w:p>
      <w:r>
        <w:rPr>
          <w:b w:val="0"/>
          <w:i w:val="0"/>
        </w:rPr>
        <w:t>Margaret Barker, Secretary Labrador Retriever Club Of Wales writes: "The Labrador Retriever Club Of Wales held its spring Open Show on Sunday May</w:t>
      </w:r>
    </w:p>
    <w:p>
      <w:r>
        <w:rPr>
          <w:b w:val="0"/>
          <w:i w:val="0"/>
        </w:rPr>
        <w:t>19th in Caerphilly. Judge Sue Merrill (Gostwyk, Ireland) drew 74 dogs and bitches making a total of 99 entries in the 23 breed classes.</w:t>
      </w:r>
    </w:p>
    <w:p>
      <w:r>
        <w:rPr>
          <w:b w:val="0"/>
          <w:i w:val="0"/>
        </w:rPr>
        <w:t>Best in Show was Amanda Stewart's yellow dog, Streamanda Top Knotch J.W.</w:t>
      </w:r>
    </w:p>
    <w:p>
      <w:r>
        <w:rPr>
          <w:b w:val="0"/>
          <w:i w:val="0"/>
        </w:rPr>
        <w:t>(Lembas Top Ranking J.W./Ludalor Moonlight Over Streamanda).</w:t>
      </w:r>
    </w:p>
    <w:p>
      <w:r>
        <w:rPr>
          <w:b w:val="0"/>
          <w:i w:val="0"/>
        </w:rPr>
        <w:t>Reserve Best in Show and Best Opposite Sex was Ann Britton's yellow bitch,</w:t>
      </w:r>
    </w:p>
    <w:p>
      <w:r>
        <w:rPr>
          <w:b w:val="0"/>
          <w:i w:val="0"/>
        </w:rPr>
        <w:t>Martinstide Pastiche Of Bowstones J.W. (Sh.Ch. Rocheby Statesman/Martinstide</w:t>
      </w:r>
    </w:p>
    <w:p>
      <w:r>
        <w:rPr>
          <w:b w:val="0"/>
          <w:i w:val="0"/>
        </w:rPr>
        <w:t>Patchwork)</w:t>
      </w:r>
    </w:p>
    <w:p>
      <w:r>
        <w:rPr>
          <w:b w:val="0"/>
          <w:i w:val="0"/>
        </w:rPr>
        <w:t>Best Puppy In Show went to Penny Carpanini's black dog minor puppy Carpenny</w:t>
      </w:r>
    </w:p>
    <w:p>
      <w:r>
        <w:rPr>
          <w:b w:val="0"/>
          <w:i w:val="0"/>
        </w:rPr>
        <w:t>Primo (Priorise Spending Time/Carpenny Wholly)</w:t>
      </w:r>
    </w:p>
    <w:p>
      <w:r>
        <w:rPr>
          <w:b w:val="0"/>
          <w:i w:val="0"/>
        </w:rPr>
        <w:t>Full results are available on www.labclubofwales.co.</w:t>
      </w:r>
    </w:p>
    <w:p>
      <w:r>
        <w:rPr>
          <w:b w:val="0"/>
          <w:i w:val="0"/>
        </w:rPr>
        <w:t>Mairi Brown has yet again produced another excellent yearbook for the Lab Club of Scotland. The 2013 edition is once again a masterful production.</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