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Oct 2007"</w:t>
      </w:r>
      <w:r>
        <w:br/>
      </w:r>
      <w:r>
        <w:rPr>
          <w:b w:val="0"/>
          <w:i w:val="0"/>
        </w:rPr>
        <w:br/>
        <w:t>date_original: "26 Oct 2007"</w:t>
      </w:r>
      <w:r>
        <w:br/>
      </w:r>
      <w:r>
        <w:rPr>
          <w:b w:val="0"/>
          <w:i w:val="0"/>
        </w:rPr>
        <w:br/>
        <w:t>source_url: "https://www.ourdogs.co.uk/members/breednotes/2007/RetrieverLabrador/RetrieverLabrador-oct26.htm"</w:t>
      </w:r>
      <w:r>
        <w:br/>
      </w:r>
      <w:r>
        <w:rPr>
          <w:b w:val="0"/>
          <w:i w:val="0"/>
        </w:rPr>
        <w:br/>
        <w:t>archive_type: "static_html"</w:t>
      </w:r>
      <w:r>
        <w:br/>
      </w:r>
      <w:r>
        <w:rPr>
          <w:b w:val="0"/>
          <w:i w:val="0"/>
        </w:rPr>
        <w:br/>
        <w:t>scraped_at: "2026-09-13T22:08:23"</w:t>
      </w:r>
      <w:r>
        <w:br/>
      </w:r>
      <w:r>
        <w:rPr>
          <w:b w:val="0"/>
          <w:i w:val="0"/>
        </w:rPr>
        <w:br/>
        <w:t>word_count: 1234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Club Of Scotland are holding a Breed Specific Seminar, with Hands on Assessment, on Sunday 11th November at the Lanark Agricultural Centre, Muirglen, Hyndford Road, Lanark ML11 9AK. The principal guest speaker is Mr David Craig. Places are available for both the seminar and the Hands On Assessment, although the latter is restricted to 20. Please contact Secretary, Nancy Farquharson (01382 459099 answer phone during the day) or President Margaret Brown (01324851312) for more information or to book a place.</w:t>
      </w:r>
    </w:p>
    <w:p>
      <w:r>
        <w:rPr>
          <w:b w:val="0"/>
          <w:i w:val="0"/>
        </w:rPr>
        <w:t>I was saddened to hear that yet another Retriever enthusiast, Brenda Phillips has died. Well known for her Exclyst Flatcoat Retrievers, in recent years she also awarded CCs in Labradors.</w:t>
      </w:r>
      <w:r>
        <w:br/>
      </w:r>
      <w:r>
        <w:rPr>
          <w:b w:val="0"/>
          <w:i w:val="0"/>
        </w:rPr>
        <w:br/>
        <w:t>On 13th October, the Labrador Retriever Club of Wales held their Open show sponsored by Gelert dog food. The venue was Coleg Gwent, at Usk, Monmouthshire, just off the A449 dual carriageway. A new venue for the club’s Open show; it was a great success. I always find that the venue can add so much to everyone’s relaxed enjoyment of an event, (or completely detract from it) and this excellent one seemed to tick all the plus boxes. It certainly has to rank amongst the best available for Open shows. Exhibitors from different parts of the country commented on how easy it was to get to, both from the M4 in the south and also the M50/M5 to the north. The car parking was quiet, safe and secure, surrounded by acres of woodland. Immediately adjacent was the naturally well-lit hall with its light coloured walls and floor, which made everything appear bright and cheerful on what was in fact, a still, slightly dull, damp and misty, autumnal day.</w:t>
      </w:r>
    </w:p>
    <w:p>
      <w:r>
        <w:rPr>
          <w:b w:val="0"/>
          <w:i w:val="0"/>
        </w:rPr>
        <w:t>I understand several other breed clubs, including the Golden Retrievers and Welsh Springer Spaniels have already found this gem of a venue, and here’s hoping that this first visit by the LRC of Wales will be the start of a long tradition.</w:t>
      </w:r>
    </w:p>
    <w:p>
      <w:r>
        <w:rPr>
          <w:b w:val="0"/>
          <w:i w:val="0"/>
        </w:rPr>
        <w:t>The ringside seating was well filled with happily chatting Labrador enthusiasts amongst whom it was good to see and welcome, plenty of new younger faces, as well as we older seasoned campaigners. The calm of the venue seemed to percolate the whole environment; not one single bark or grumble from any of the dogs throughout the whole day. As for the catering; well it was brilliant, just what the doctor ordered! The best bacon butties I have had for years, made with nice crispy bacon, and so much freshly made produce by courtesy of the committee ladies, that we were absolutely spoilt for choice. All in all it was a really good, well-organised show with a great atmosphere and prize money too! The judge was Huw Bishop. (Brynlluan). Best in Show was won by Chris and Claire Mills yellow dog, My Jack Spratt at Lembas (Hempsbeck Willies Choice x Tuppence a Bag at Hodexal) and Reserve Best in Show was Ronwein Phillips yellow bitch, Shardonell Blue Ribbon at Sheenaron (Keenes Blueprint x Sheenaropn Merry Holiberri of Shardanell). Best Dog Puppy was Richard Stafford’s black Baileydale Bo Diddley Farnfield and Best Bitch Puppy was Linda Majors yellow Linjor Zara.</w:t>
      </w:r>
    </w:p>
    <w:p>
      <w:r>
        <w:rPr>
          <w:b w:val="0"/>
          <w:i w:val="0"/>
        </w:rPr>
        <w:t>As we set off for home; several exhibitors were packing up their vehicles for the drive north and overnight stay near Bolton, to attend North West LRC championship show the following morning. Here the judges were Eva Rautela (Dogs) and Val Foss (Bitches). From an entry of 231 the winners were - Best in Show and Dog CC Marion Hopkinsons yellow, Sh Ch Silver Suede over Rocheby. The Brown family had another brilliant day winning the Dog RCC with their yellow Ramsayville Rain Stops Play and also the Bitch CC with the yellow, Sh Ch Alanwood Spring Breeze over Ramsayville. The Bitch RCC was won by Jean and Gary Johnsons yellow, Cremino Christmas Rose JW whilst Judith Charltons yellow, Foxrush Ovaltine went Best Puppy in Show, her 11th Best puppy win, completing an all yellow line up. Congratulations to this most forward thinking club, whose show results were posted on their sparkling new, most impressive website, more or less as the classes were judged. A great success, as I gather were the new yellow jerseys which the committee members were sporting.</w:t>
      </w:r>
    </w:p>
    <w:p>
      <w:r>
        <w:rPr>
          <w:b w:val="0"/>
          <w:i w:val="0"/>
        </w:rPr>
        <w:t>More news from the north west, but this time a short trip across the Irish Sea to the Isle of Man where Manx residents, Jen and Ron Casey have been enjoying continued success at the Isle of Man dog shows. Jen attended the Manin Kennel Association’s AV Open show on 23rd September held outside in the picturesque setting of the Crossags Centre, Ramsey, Isle of Man.</w:t>
      </w:r>
    </w:p>
    <w:p>
      <w:r>
        <w:rPr>
          <w:b w:val="0"/>
          <w:i w:val="0"/>
        </w:rPr>
        <w:t>The weather was warm, mainly sunny, with a slight breeze. The judge was Dagmar Kenis Pordham (Solstrand), who judged the Hound Group at Crufts 2007. Jen and Ron’s 12month old yellow bitch Carpenny Sorrenta of Ballachrink (Angelpoise Apollo of Crawcrook x Sh Ch Mambrinos Spellbound of Carpenny) won 1st Post Graduate Labrador (12) and Best of Breed. They then showed her in Junior Bitch (12), Maiden Bitch (8), and Novice Bitch (12), all of which classes she won, whilst kennelmate Carpenny Thunderbird of Ballachrink (Tiger Tiger of Carpenny x Carpenny Wicked) won the Sporting class. What a memorable show. Well done.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