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- 22/11/2002"</w:t>
      </w:r>
      <w:r>
        <w:br/>
      </w:r>
      <w:r>
        <w:rPr>
          <w:b w:val="0"/>
          <w:i w:val="0"/>
        </w:rPr>
        <w:br/>
        <w:t>date_original: "22/11/2002"</w:t>
      </w:r>
      <w:r>
        <w:br/>
      </w:r>
      <w:r>
        <w:rPr>
          <w:b w:val="0"/>
          <w:i w:val="0"/>
        </w:rPr>
        <w:br/>
        <w:t>source_url: "https://www.ourdogs.co.uk/members/breednotes/2002/RetrieverLabrador/November2002/RetrieverLabrador221102.htm"</w:t>
      </w:r>
      <w:r>
        <w:br/>
      </w:r>
      <w:r>
        <w:rPr>
          <w:b w:val="0"/>
          <w:i w:val="0"/>
        </w:rPr>
        <w:br/>
        <w:t>archive_type: "static_html"</w:t>
      </w:r>
      <w:r>
        <w:br/>
      </w:r>
      <w:r>
        <w:rPr>
          <w:b w:val="0"/>
          <w:i w:val="0"/>
        </w:rPr>
        <w:br/>
        <w:t>scraped_at: "2026-09-13T22:20:01"</w:t>
      </w:r>
      <w:r>
        <w:br/>
      </w:r>
      <w:r>
        <w:rPr>
          <w:b w:val="0"/>
          <w:i w:val="0"/>
        </w:rPr>
        <w:br/>
        <w:t>word_count: 1057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breed has another Show Champion. Erica Jayes and Garner Anthony’s black dog Rockabee Blue Peter of Sandylands (Rocheby Navy Blue ex Sandylands Gypsy of Rockabee), was made up at SKC, where the judge was Mrs Diana Beckett.</w:t>
      </w:r>
    </w:p>
    <w:p>
      <w:r>
        <w:rPr>
          <w:b w:val="0"/>
          <w:i w:val="0"/>
        </w:rPr>
        <w:t>Blue Peter, who was bred by Margaret Thorpe and Eileen Walker, is one of the most gorgeous headed black Labradors I have ever encountered, I could look at his melting expression all day long, the epitome of kindness and intelligence. As you might guess I am a fan of his. He won his first CC at LKA where I was the judge and his 2nd at Gundog Society of Wales where the judge was Mrs Brenda Phillips. Blue Peter also has several RCCs. Many Congratulations.</w:t>
      </w:r>
    </w:p>
    <w:p>
      <w:r>
        <w:rPr>
          <w:b w:val="0"/>
          <w:i w:val="0"/>
        </w:rPr>
        <w:t>The Res Dog CC went to another lovely black, Mr and Mrs Neal’s Amberstope Blue Moon (Rocheby Navy Blue ex Carromers Heaven Sent at Amberstope).</w:t>
      </w:r>
    </w:p>
    <w:p>
      <w:r>
        <w:rPr>
          <w:b w:val="0"/>
          <w:i w:val="0"/>
        </w:rPr>
        <w:t>Angela Williams and David Craig’s black, to whom I have also given top honours, Sh Ch Foulby Agatha Christie, won the Bitch CC and Best of Breed, whilst the Res Bitch CC was another for Caron Morton’s black, Dakross Billie Holliday (Rocheby Navy Blue ex Charway Ballymary of Dakross).</w:t>
      </w:r>
    </w:p>
    <w:p>
      <w:r>
        <w:rPr>
          <w:b w:val="0"/>
          <w:i w:val="0"/>
        </w:rPr>
        <w:t>All in all, an excellent day for Rocheby Navy Blue progeny, such a loss that he is no longer alive following an accident at a relatively young age.</w:t>
      </w:r>
    </w:p>
    <w:p>
      <w:r>
        <w:rPr>
          <w:b w:val="0"/>
          <w:i w:val="0"/>
        </w:rPr>
        <w:t>My Mary Rose is still thriving on motherhood. Her brood of boys (and 1 girl) are 6 weeks old now and she is still as attentive as she was on day one. How she will cope when they go to their new homes I cannot imagine. Every time she comes back into the puppy room, she counts them just to make sure they are all still present and correct and to make sure no-one has pinched one whilst her back was turned!</w:t>
      </w:r>
    </w:p>
    <w:p>
      <w:r>
        <w:rPr>
          <w:b w:val="0"/>
          <w:i w:val="0"/>
        </w:rPr>
        <w:t>As I have said many times before, for me, looking after puppies is a full time job, very enjoyable and all engrossing. I wouldn’t miss a minute of it, yet I always wonder how on earth people cope when they have litters at home and then go out to work every day. It must be such a hard job, feeding, cleaning etc and then getting oneself purified sweet-smelling and ready for a day’s work. I marvel at their stamina!</w:t>
      </w:r>
    </w:p>
    <w:p>
      <w:r>
        <w:rPr>
          <w:b w:val="0"/>
          <w:i w:val="0"/>
        </w:rPr>
        <w:t>Short notes this week, busy with planning LKA for you all to enjoy!</w:t>
      </w:r>
    </w:p>
    <w:p>
      <w:r>
        <w:rPr>
          <w:b w:val="0"/>
          <w:i w:val="0"/>
        </w:rPr>
        <w:t>Ann Britton 01989 720665</w:t>
      </w:r>
      <w:r>
        <w:br/>
      </w:r>
      <w:r>
        <w:rPr>
          <w:b w:val="0"/>
          <w:i w:val="0"/>
        </w:rPr>
        <w:br/>
        <w:t>Fax 01989 720550</w:t>
      </w:r>
      <w:r>
        <w:br/>
      </w:r>
      <w:r>
        <w:rPr>
          <w:b w:val="0"/>
          <w:i w:val="0"/>
        </w:rPr>
        <w:br/>
        <w:t>email bowstones@btinternet.com</w:t>
      </w:r>
    </w:p>
    <w:p>
      <w:r>
        <w:rPr>
          <w:b w:val="0"/>
          <w:i w:val="0"/>
        </w:rPr>
        <w:t>Diana Beckett drew a very good entry at Gundog Breeds Association of Scotland at Ingliston where her Best of Breed was Sh Ch Foulby Agatha Christie, making David Craig and Angela Williams very happy. Best Oppostite Sex and winning his 3rd CC was Rockabee Blue Peter of Sandylands, owned by Garner Anthony and Erica Jayes. Reserve CCs went to Mr and Mrs L. Neal’s Amberstope Blue Moon, and to Karen Morton’s Darkross Billie Holiday. Best Puppy was Halshimoor Jackanory, Jane and Mark Rawlinson’s yellow dog.</w:t>
      </w:r>
    </w:p>
    <w:p>
      <w:r>
        <w:rPr>
          <w:b w:val="0"/>
          <w:i w:val="0"/>
        </w:rPr>
        <w:t>It was nice to see Marlene Hepper at the show handling her dogs very ably. Marlene has struggled to get better after her terrible accident on the way home from SKC last year. It was very sad to hear she has withdrawn from judging Crufts 2003 as she cannot cope physically with the bending required throughout a long day. Many consider Crufts the highest honour in their judging career and while Marlene is not fit to fulfil this appointment we are so glad she had been considered worthy of the appointment. I believe Anne Taylor is the replacement judge.</w:t>
      </w:r>
    </w:p>
    <w:p>
      <w:r>
        <w:rPr>
          <w:b w:val="0"/>
          <w:i w:val="0"/>
        </w:rPr>
        <w:t>John and Helen Steven are now off to Barbados after their recent Ruby Wedding, attended by many of their friends and family. It was a great evening with excellent food, good company, and the grandchildren had a wonderful time with games and laughter going on much of the evening. It was most enjoyable listening to the speeches hearing how the happy couple first met and while many of the guests took part in the boisterous games with the children, for example "musical bumps" Louise Crook did not, as the future Balrion youngster is due around the 1st of January.</w:t>
      </w:r>
    </w:p>
    <w:p>
      <w:r>
        <w:rPr>
          <w:b w:val="0"/>
          <w:i w:val="0"/>
        </w:rPr>
        <w:t>Jim Nolan</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