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- 28/03/2025 - ISSUE"</w:t>
      </w:r>
      <w:r>
        <w:br/>
      </w:r>
      <w:r>
        <w:rPr>
          <w:b w:val="0"/>
          <w:i w:val="0"/>
        </w:rPr>
        <w:br/>
        <w:t>date_original: "28/03/2025 - ISSUE"</w:t>
      </w:r>
      <w:r>
        <w:br/>
      </w:r>
      <w:r>
        <w:rPr>
          <w:b w:val="0"/>
          <w:i w:val="0"/>
        </w:rPr>
        <w:br/>
        <w:t>source_url: "https://www.ourdogs.co.uk/members/breednotes/RetrieverLabradorMain.php"</w:t>
      </w:r>
      <w:r>
        <w:br/>
      </w:r>
      <w:r>
        <w:rPr>
          <w:b w:val="0"/>
          <w:i w:val="0"/>
        </w:rPr>
        <w:br/>
        <w:t>scraped_at: "2026-09-13T15:06:06"</w:t>
      </w:r>
      <w:r>
        <w:br/>
      </w:r>
      <w:r>
        <w:rPr>
          <w:b w:val="0"/>
          <w:i w:val="0"/>
        </w:rPr>
        <w:br/>
        <w:t>word_count: 983</w:t>
      </w:r>
    </w:p>
    <w:p>
      <w:r>
        <w:t>――――――――――――――――――――――――――――――</w:t>
      </w:r>
    </w:p>
    <w:p>
      <w:r>
        <w:rPr>
          <w:b w:val="0"/>
          <w:i w:val="0"/>
        </w:rPr>
        <w:t>NEWS MEMBERS' AREA SHOP SUBSCRIBE UPCOMING SHOWS MORE</w:t>
      </w:r>
    </w:p>
    <w:p>
      <w:r>
        <w:rPr>
          <w:b w:val="0"/>
          <w:i w:val="0"/>
        </w:rPr>
        <w:t>RETRIEVER LABRADOR</w:t>
      </w:r>
    </w:p>
    <w:p>
      <w:r>
        <w:rPr>
          <w:b w:val="0"/>
          <w:i w:val="0"/>
        </w:rPr>
        <w:t>Issue: 28/03/2025</w:t>
      </w:r>
    </w:p>
    <w:p>
      <w:r>
        <w:rPr>
          <w:b w:val="0"/>
          <w:i w:val="0"/>
        </w:rPr>
        <w:t>Kent Surrey and Sussex Lab Club CH show was held on Sunday 23rd March. The judges were Louis Blunt - 55 Dogs and Eric Parr - 71 Bitches.  Congratulations to the winners who were: Dog CC and Best In Show  Int Sh Ch/nl Sh Ch Carpenny )(Mr Jh &amp; Mr R Stigt &amp; Wolstenholme-Egerton), Dog RCC Warringahs The Bluff JW SGWC Mr D Coode, Bitch CC, Reserve Best In Show Naiken Evita (ai), (Mr T Lapper) Best Opposite Sex In Show, Bitch RCC - Naiken Evita (ai), (Mr T Lapper), Serengochs Knockin Boots Miss KL Jones Best Puppy In Show Baileydale Bottoms Up, ) (Mr A &amp; Mrs J Metcalfe), Reserve Best Puppy In Show Naiken Island Hopping (ai), Mr &amp; Mrs A R V &amp; Miss R Hodge and Best Veteran In Show   Nld Ch Carpenny Pharoh, Breed: Retriever (Labrador) (Mr Jh &amp; Mr R Stigt &amp; Wolstenholme-Egerton)</w:t>
      </w:r>
    </w:p>
    <w:p>
      <w:r>
        <w:rPr>
          <w:b w:val="0"/>
          <w:i w:val="0"/>
        </w:rPr>
        <w:t>For those looking for Eye Testing Midland Counties Labrador Retriever Club will be holding an eye clinic at their championship show on the 19th of April at Newark Showground in the Lady Eastwood Hall. The eye panelist  is Susan Manning who works out of Pride Vets in Derby. The eye tests are Â£45 . If you would like to attend, please contact Julia Lewis jlewisuk@aol.com.</w:t>
      </w:r>
    </w:p>
    <w:p>
      <w:r>
        <w:rPr>
          <w:b w:val="0"/>
          <w:i w:val="0"/>
        </w:rPr>
        <w:t>Those wishing to attend a Labrador Breed Appreciation Day/MCE/Group Monitoring Session will find there is one planned, organised by Northumberland and Durham Labrador Retriever Club on Saturday, 3rd of May 2025. The presenter is David Craig Labrador breed specialist. The venue is Bowburn Community Centre, Durham Road, Bowburn Durham DH6 5AT.</w:t>
      </w:r>
    </w:p>
    <w:p>
      <w:r>
        <w:rPr>
          <w:b w:val="0"/>
          <w:i w:val="0"/>
        </w:rPr>
        <w:t>For  those wishing to attend the morning talk without lunch, starting at 10 am, the cost is Â£25, whilst  the all day session including lunch, exam and mentoring the cost is Â£35. Places are limited and preference will be given to club members . Places can be booked by paying on the club website via PayPal using direct credit card or PayPal account account https://.www.ndlabclub.co.uk/enter-our-next-showevent.html. For further enquiries contact the show secretary Cheryl Mitchell on 07852 593349 if you have any queries.</w:t>
      </w:r>
    </w:p>
    <w:p>
      <w:r>
        <w:rPr>
          <w:b w:val="0"/>
          <w:i w:val="0"/>
        </w:rPr>
        <w:t xml:space="preserve">Having been showing Labs for very many decades it seems so odd to be stuck at home not driving much yet but at least slowly  recovering from the lurgy that started way back in the ring at URC last autumn. </w:t>
      </w:r>
    </w:p>
    <w:p>
      <w:r>
        <w:rPr>
          <w:b w:val="0"/>
          <w:i w:val="0"/>
        </w:rPr>
        <w:t>One thing I do miss is receiving schedules in the post and knowing which shows are forthcoming. In the past I rarely missed entering a show. I realise times have changed, the younger generation are tech savvy and donâ€™t rely on the post, plus the cost of printing schedules and posting them is just so prohibitive these days that most older people like myself are resigned to not seeing schedules and miss entering. We only know about upcoming shows after the closing date has passed. No wonder entry numbers are halved!</w:t>
      </w:r>
    </w:p>
    <w:p>
      <w:r>
        <w:rPr>
          <w:b w:val="0"/>
          <w:i w:val="0"/>
        </w:rPr>
        <w:t xml:space="preserve">One such show was KSS Labrador Club Championship show held this past weekend. I hadnâ€™t a clue it was on.  When my husband was alive we always exhibited at this show. I donâ€™t know if it is still held at Maidstone Market Hall where it used to be. I recall the last mile of the drive there was always quite tricky, at last finding the place with relief. Working out the way home round the one-way system was equally interesting.  Out of the venue and up the hill and then where? Select a motorway that might eventually go north.  This year exhibitors werenâ€™t  helped as the M25 was closed over the weekend for roadworks, so presumably only those with local road knowledge would be at an advantage.  One year because it was a long journey, we met a pal early on the M4 motorway and decided to just use the one car, unloading her dogs and bags into my car and leaving her car in the paid-for parking for the day at the services.   Further down the M4 we stopped for a comfort break at another services  and to exercise the dogs. We all agreed to meet back at the car once done. On returning to the car, we waited and waited but no sign of our passenger and we knew we had quite a long way to go to Maidstone before the show started.  After about half an hour a bedraggled human and dog approached covered in stinking mud from head to foot with an equally muddy smelly dog.  What on earth had happened? </w:t>
      </w:r>
    </w:p>
    <w:p>
      <w:r>
        <w:rPr>
          <w:b w:val="0"/>
          <w:i w:val="0"/>
        </w:rPr>
        <w:t xml:space="preserve">Evidently, a keen walker and wanting her dogs comfortably exercised for the day she had spied in the distance a luscious area of green grass at the far reaches of the  vast motorway service station car park onto which greenness she marched with the dog. It turned out, far from a green grassy meadow,  it was the sump for the service station foul water system and very horrid and smelly it was too.  We cleaned her up eventually in the services, found dry clothing and set off to complete the journey to Maidstone. Luckily this bad start improved and the dog showing day ended happily as she won the CC with her now sweet smelling dog.  Whenever KSS Ch show comes around each year, I never forget to smile at this lovely memory!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